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2586C" w14:textId="7EC4CA85" w:rsidR="009F7E46" w:rsidRPr="00D20EEB" w:rsidRDefault="009F7E46" w:rsidP="009F7E46">
      <w:pPr>
        <w:spacing w:before="1100"/>
        <w:jc w:val="center"/>
        <w:rPr>
          <w:lang w:val="nb-NO"/>
        </w:rPr>
      </w:pPr>
      <w:r>
        <w:rPr>
          <w:b/>
          <w:sz w:val="36"/>
          <w:lang w:val="nb-NO"/>
        </w:rPr>
        <w:t>PROPOSAL</w:t>
      </w:r>
      <w:r w:rsidRPr="00D20EEB">
        <w:rPr>
          <w:b/>
          <w:sz w:val="36"/>
          <w:lang w:val="nb-NO"/>
        </w:rPr>
        <w:br/>
        <w:t>HIBAH PENELITIAN INTERNAL</w:t>
      </w:r>
    </w:p>
    <w:p w14:paraId="4F670F29" w14:textId="77777777" w:rsidR="009F7E46" w:rsidRDefault="009F7E46" w:rsidP="009F7E46">
      <w:pPr>
        <w:jc w:val="center"/>
        <w:rPr>
          <w:b/>
          <w:sz w:val="24"/>
          <w:lang w:val="nb-NO"/>
        </w:rPr>
      </w:pPr>
      <w:r w:rsidRPr="00D20EEB">
        <w:rPr>
          <w:b/>
          <w:sz w:val="24"/>
          <w:lang w:val="nb-NO"/>
        </w:rPr>
        <w:t>BERBASIS RENSTRA PENELITIAN DAN PkM 2026–2030</w:t>
      </w:r>
    </w:p>
    <w:p w14:paraId="1307BABD" w14:textId="2A93A34D" w:rsidR="009F7E46" w:rsidRPr="00D20EEB" w:rsidRDefault="009F7E46" w:rsidP="009F7E46">
      <w:pPr>
        <w:jc w:val="center"/>
        <w:rPr>
          <w:lang w:val="nb-NO"/>
        </w:rPr>
      </w:pPr>
      <w:r>
        <w:rPr>
          <w:noProof/>
        </w:rPr>
        <w:drawing>
          <wp:inline distT="0" distB="0" distL="0" distR="0" wp14:anchorId="7CEC951D" wp14:editId="1B217911">
            <wp:extent cx="1432560" cy="1432560"/>
            <wp:effectExtent l="0" t="0" r="0" b="0"/>
            <wp:docPr id="820350475" name="Picture 1" descr="A yellow emblem with blue wings and a book with a person holding a fl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350475" name="Picture 1" descr="A yellow emblem with blue wings and a book with a person holding a flam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2560" cy="1432560"/>
                    </a:xfrm>
                    <a:prstGeom prst="rect">
                      <a:avLst/>
                    </a:prstGeom>
                    <a:noFill/>
                    <a:ln>
                      <a:noFill/>
                    </a:ln>
                  </pic:spPr>
                </pic:pic>
              </a:graphicData>
            </a:graphic>
          </wp:inline>
        </w:drawing>
      </w:r>
    </w:p>
    <w:p w14:paraId="3FBD6F43" w14:textId="445E4B8C" w:rsidR="009F7E46" w:rsidRPr="00F227DE" w:rsidRDefault="009F7E46" w:rsidP="009F7E46">
      <w:pPr>
        <w:spacing w:before="440"/>
        <w:jc w:val="center"/>
        <w:rPr>
          <w:sz w:val="24"/>
          <w:szCs w:val="24"/>
          <w:lang w:val="nb-NO"/>
        </w:rPr>
      </w:pPr>
      <w:r w:rsidRPr="00D20EEB">
        <w:rPr>
          <w:b/>
          <w:sz w:val="24"/>
          <w:lang w:val="nb-NO"/>
        </w:rPr>
        <w:t>JUDUL PENELITIAN</w:t>
      </w:r>
      <w:r w:rsidRPr="00D20EEB">
        <w:rPr>
          <w:b/>
          <w:sz w:val="24"/>
          <w:lang w:val="nb-NO"/>
        </w:rPr>
        <w:br/>
      </w:r>
      <w:r w:rsidRPr="00D20EEB">
        <w:rPr>
          <w:b/>
          <w:sz w:val="24"/>
          <w:lang w:val="nb-NO"/>
        </w:rPr>
        <w:br/>
      </w:r>
      <w:r w:rsidR="009A0E52" w:rsidRPr="00F227DE">
        <w:rPr>
          <w:sz w:val="24"/>
          <w:szCs w:val="24"/>
        </w:rPr>
        <w:t>PERANCANGAN DASHBOARD BUSINESS INTELLIGENCE MENGGUNAKAN METODOLOGI RALPH KIMBALL UNTUK OPTIMALISASI EVALUASI PERFORMA PENJUALAN RITEL</w:t>
      </w:r>
    </w:p>
    <w:p w14:paraId="61622F3C" w14:textId="30065057" w:rsidR="009F7E46" w:rsidRPr="00F227DE" w:rsidRDefault="009F7E46" w:rsidP="009F7E46">
      <w:pPr>
        <w:spacing w:before="440"/>
        <w:jc w:val="center"/>
        <w:rPr>
          <w:sz w:val="24"/>
          <w:szCs w:val="24"/>
          <w:lang w:val="nb-NO"/>
        </w:rPr>
      </w:pPr>
      <w:r w:rsidRPr="00F227DE">
        <w:rPr>
          <w:sz w:val="24"/>
          <w:szCs w:val="24"/>
          <w:lang w:val="nb-NO"/>
        </w:rPr>
        <w:t xml:space="preserve">Ketua Tim: </w:t>
      </w:r>
      <w:r w:rsidR="009A0E52" w:rsidRPr="00F227DE">
        <w:rPr>
          <w:sz w:val="24"/>
          <w:szCs w:val="24"/>
          <w:lang w:val="nb-NO"/>
        </w:rPr>
        <w:t>Zainudin Husain, S.Kom., M.Kom</w:t>
      </w:r>
      <w:r w:rsidRPr="00F227DE">
        <w:rPr>
          <w:sz w:val="24"/>
          <w:szCs w:val="24"/>
          <w:lang w:val="nb-NO"/>
        </w:rPr>
        <w:br/>
        <w:t xml:space="preserve">NIDN/NIDK/NUPTK: </w:t>
      </w:r>
      <w:r w:rsidR="009A0E52" w:rsidRPr="00F227DE">
        <w:rPr>
          <w:sz w:val="24"/>
          <w:szCs w:val="24"/>
          <w:lang w:val="nb-NO"/>
        </w:rPr>
        <w:t>0911128703</w:t>
      </w:r>
      <w:r w:rsidRPr="00F227DE">
        <w:rPr>
          <w:sz w:val="24"/>
          <w:szCs w:val="24"/>
          <w:lang w:val="nb-NO"/>
        </w:rPr>
        <w:br/>
        <w:t xml:space="preserve">Program Studi/Fakultas: </w:t>
      </w:r>
      <w:r w:rsidR="009A0E52" w:rsidRPr="00F227DE">
        <w:rPr>
          <w:sz w:val="24"/>
          <w:szCs w:val="24"/>
          <w:lang w:val="nb-NO"/>
        </w:rPr>
        <w:t>Teknologi Informasi/ TEKNIK</w:t>
      </w:r>
    </w:p>
    <w:p w14:paraId="7640EECF" w14:textId="66F42AA8" w:rsidR="00021266" w:rsidRDefault="009F7E46" w:rsidP="009F7E46">
      <w:pPr>
        <w:spacing w:before="1500"/>
        <w:jc w:val="center"/>
      </w:pPr>
      <w:r w:rsidRPr="00D20EEB">
        <w:rPr>
          <w:b/>
          <w:sz w:val="22"/>
          <w:lang w:val="nb-NO"/>
        </w:rPr>
        <w:t>LEMBAGA PENELITIAN, PENGEMBANGAN, DAN PENGABDIAN KEPADA MASYARAKAT (LP3M)</w:t>
      </w:r>
      <w:r w:rsidRPr="00D20EEB">
        <w:rPr>
          <w:b/>
          <w:sz w:val="22"/>
          <w:lang w:val="nb-NO"/>
        </w:rPr>
        <w:br/>
        <w:t>UNIVERSITAS GORONTALO</w:t>
      </w:r>
      <w:r w:rsidRPr="00D20EEB">
        <w:rPr>
          <w:b/>
          <w:sz w:val="22"/>
          <w:lang w:val="nb-NO"/>
        </w:rPr>
        <w:br/>
        <w:t>20</w:t>
      </w:r>
      <w:r w:rsidR="009A0E52">
        <w:rPr>
          <w:b/>
          <w:sz w:val="22"/>
          <w:lang w:val="nb-NO"/>
        </w:rPr>
        <w:t>26</w:t>
      </w:r>
    </w:p>
    <w:p w14:paraId="34166766" w14:textId="77777777" w:rsidR="00021266" w:rsidRDefault="0086301C">
      <w:r>
        <w:br w:type="page"/>
      </w:r>
    </w:p>
    <w:p w14:paraId="5A89729E" w14:textId="77777777" w:rsidR="00021266" w:rsidRDefault="0086301C">
      <w:pPr>
        <w:spacing w:before="160" w:after="100"/>
      </w:pPr>
      <w:r>
        <w:rPr>
          <w:b/>
          <w:sz w:val="24"/>
        </w:rPr>
        <w:lastRenderedPageBreak/>
        <w:t>A. IDENTITAS USULAN</w:t>
      </w:r>
    </w:p>
    <w:tbl>
      <w:tblPr>
        <w:tblStyle w:val="TableGrid"/>
        <w:tblW w:w="0" w:type="auto"/>
        <w:jc w:val="center"/>
        <w:tblLook w:val="04A0" w:firstRow="1" w:lastRow="0" w:firstColumn="1" w:lastColumn="0" w:noHBand="0" w:noVBand="1"/>
      </w:tblPr>
      <w:tblGrid>
        <w:gridCol w:w="3120"/>
        <w:gridCol w:w="6182"/>
      </w:tblGrid>
      <w:tr w:rsidR="00021266" w14:paraId="10F4DF45" w14:textId="77777777">
        <w:trPr>
          <w:jc w:val="center"/>
        </w:trPr>
        <w:tc>
          <w:tcPr>
            <w:tcW w:w="4561" w:type="dxa"/>
            <w:shd w:val="clear" w:color="auto" w:fill="EAF2F8"/>
            <w:tcMar>
              <w:top w:w="90" w:type="dxa"/>
              <w:left w:w="90" w:type="dxa"/>
              <w:bottom w:w="90" w:type="dxa"/>
              <w:right w:w="90" w:type="dxa"/>
            </w:tcMar>
            <w:vAlign w:val="center"/>
          </w:tcPr>
          <w:p w14:paraId="65FF0AF0" w14:textId="77777777" w:rsidR="00021266" w:rsidRDefault="0086301C">
            <w:pPr>
              <w:spacing w:after="0"/>
            </w:pPr>
            <w:proofErr w:type="spellStart"/>
            <w:r>
              <w:rPr>
                <w:b/>
                <w:sz w:val="18"/>
              </w:rPr>
              <w:t>Judul</w:t>
            </w:r>
            <w:proofErr w:type="spellEnd"/>
            <w:r>
              <w:rPr>
                <w:b/>
                <w:sz w:val="18"/>
              </w:rPr>
              <w:t xml:space="preserve"> </w:t>
            </w:r>
            <w:proofErr w:type="spellStart"/>
            <w:r>
              <w:rPr>
                <w:b/>
                <w:sz w:val="18"/>
              </w:rPr>
              <w:t>Penelitian</w:t>
            </w:r>
            <w:proofErr w:type="spellEnd"/>
          </w:p>
        </w:tc>
        <w:tc>
          <w:tcPr>
            <w:tcW w:w="4561" w:type="dxa"/>
            <w:tcMar>
              <w:top w:w="90" w:type="dxa"/>
              <w:left w:w="90" w:type="dxa"/>
              <w:bottom w:w="90" w:type="dxa"/>
              <w:right w:w="90" w:type="dxa"/>
            </w:tcMar>
            <w:vAlign w:val="center"/>
          </w:tcPr>
          <w:p w14:paraId="0453767A" w14:textId="7FAFB096" w:rsidR="00021266" w:rsidRDefault="001E1092">
            <w:pPr>
              <w:spacing w:after="0"/>
            </w:pPr>
            <w:proofErr w:type="spellStart"/>
            <w:r w:rsidRPr="001E1092">
              <w:rPr>
                <w:sz w:val="18"/>
              </w:rPr>
              <w:t>Perancangan</w:t>
            </w:r>
            <w:proofErr w:type="spellEnd"/>
            <w:r w:rsidRPr="001E1092">
              <w:rPr>
                <w:sz w:val="18"/>
              </w:rPr>
              <w:t xml:space="preserve"> Dashboard Business Intelligence </w:t>
            </w:r>
            <w:proofErr w:type="spellStart"/>
            <w:r w:rsidRPr="001E1092">
              <w:rPr>
                <w:sz w:val="18"/>
              </w:rPr>
              <w:t>Menggunakan</w:t>
            </w:r>
            <w:proofErr w:type="spellEnd"/>
            <w:r w:rsidRPr="001E1092">
              <w:rPr>
                <w:sz w:val="18"/>
              </w:rPr>
              <w:t xml:space="preserve"> </w:t>
            </w:r>
            <w:proofErr w:type="spellStart"/>
            <w:r w:rsidRPr="001E1092">
              <w:rPr>
                <w:sz w:val="18"/>
              </w:rPr>
              <w:t>Metodologi</w:t>
            </w:r>
            <w:proofErr w:type="spellEnd"/>
            <w:r w:rsidRPr="001E1092">
              <w:rPr>
                <w:sz w:val="18"/>
              </w:rPr>
              <w:t xml:space="preserve"> Ralph Kimball </w:t>
            </w:r>
            <w:proofErr w:type="spellStart"/>
            <w:r w:rsidRPr="001E1092">
              <w:rPr>
                <w:sz w:val="18"/>
              </w:rPr>
              <w:t>untuk</w:t>
            </w:r>
            <w:proofErr w:type="spellEnd"/>
            <w:r w:rsidRPr="001E1092">
              <w:rPr>
                <w:sz w:val="18"/>
              </w:rPr>
              <w:t xml:space="preserve"> </w:t>
            </w:r>
            <w:proofErr w:type="spellStart"/>
            <w:r w:rsidRPr="001E1092">
              <w:rPr>
                <w:sz w:val="18"/>
              </w:rPr>
              <w:t>Optimalisasi</w:t>
            </w:r>
            <w:proofErr w:type="spellEnd"/>
            <w:r w:rsidRPr="001E1092">
              <w:rPr>
                <w:sz w:val="18"/>
              </w:rPr>
              <w:t xml:space="preserve"> </w:t>
            </w:r>
            <w:proofErr w:type="spellStart"/>
            <w:r w:rsidRPr="001E1092">
              <w:rPr>
                <w:sz w:val="18"/>
              </w:rPr>
              <w:t>Evaluasi</w:t>
            </w:r>
            <w:proofErr w:type="spellEnd"/>
            <w:r w:rsidRPr="001E1092">
              <w:rPr>
                <w:sz w:val="18"/>
              </w:rPr>
              <w:t xml:space="preserve"> Performa </w:t>
            </w:r>
            <w:proofErr w:type="spellStart"/>
            <w:r w:rsidRPr="001E1092">
              <w:rPr>
                <w:sz w:val="18"/>
              </w:rPr>
              <w:t>Penjualan</w:t>
            </w:r>
            <w:proofErr w:type="spellEnd"/>
            <w:r w:rsidRPr="001E1092">
              <w:rPr>
                <w:sz w:val="18"/>
              </w:rPr>
              <w:t xml:space="preserve"> </w:t>
            </w:r>
            <w:proofErr w:type="spellStart"/>
            <w:r w:rsidRPr="001E1092">
              <w:rPr>
                <w:sz w:val="18"/>
              </w:rPr>
              <w:t>Ritel</w:t>
            </w:r>
            <w:proofErr w:type="spellEnd"/>
          </w:p>
        </w:tc>
      </w:tr>
      <w:tr w:rsidR="00021266" w:rsidRPr="003F1B29" w14:paraId="7903BB62" w14:textId="77777777">
        <w:trPr>
          <w:jc w:val="center"/>
        </w:trPr>
        <w:tc>
          <w:tcPr>
            <w:tcW w:w="4561" w:type="dxa"/>
            <w:shd w:val="clear" w:color="auto" w:fill="EAF2F8"/>
            <w:tcMar>
              <w:top w:w="90" w:type="dxa"/>
              <w:left w:w="90" w:type="dxa"/>
              <w:bottom w:w="90" w:type="dxa"/>
              <w:right w:w="90" w:type="dxa"/>
            </w:tcMar>
            <w:vAlign w:val="center"/>
          </w:tcPr>
          <w:p w14:paraId="1D260F58" w14:textId="77777777" w:rsidR="00021266" w:rsidRDefault="0086301C">
            <w:pPr>
              <w:spacing w:after="0"/>
            </w:pPr>
            <w:proofErr w:type="spellStart"/>
            <w:r>
              <w:rPr>
                <w:b/>
                <w:sz w:val="18"/>
              </w:rPr>
              <w:t>Ketua</w:t>
            </w:r>
            <w:proofErr w:type="spellEnd"/>
            <w:r>
              <w:rPr>
                <w:b/>
                <w:sz w:val="18"/>
              </w:rPr>
              <w:t xml:space="preserve"> Tim</w:t>
            </w:r>
          </w:p>
        </w:tc>
        <w:tc>
          <w:tcPr>
            <w:tcW w:w="4561" w:type="dxa"/>
            <w:tcMar>
              <w:top w:w="90" w:type="dxa"/>
              <w:left w:w="90" w:type="dxa"/>
              <w:bottom w:w="90" w:type="dxa"/>
              <w:right w:w="90" w:type="dxa"/>
            </w:tcMar>
            <w:vAlign w:val="center"/>
          </w:tcPr>
          <w:p w14:paraId="58275C10" w14:textId="2A1C4E58" w:rsidR="00021266" w:rsidRPr="003F1B29" w:rsidRDefault="0086301C">
            <w:pPr>
              <w:spacing w:after="0"/>
              <w:rPr>
                <w:lang w:val="nb-NO"/>
              </w:rPr>
            </w:pPr>
            <w:r w:rsidRPr="003F1B29">
              <w:rPr>
                <w:sz w:val="18"/>
                <w:lang w:val="nb-NO"/>
              </w:rPr>
              <w:t xml:space="preserve">Nama: </w:t>
            </w:r>
            <w:r w:rsidR="001E1092">
              <w:rPr>
                <w:sz w:val="18"/>
                <w:lang w:val="nb-NO"/>
              </w:rPr>
              <w:t>Zainudin Husain, S.Kom., M.Kom</w:t>
            </w:r>
            <w:r w:rsidRPr="003F1B29">
              <w:rPr>
                <w:sz w:val="18"/>
                <w:lang w:val="nb-NO"/>
              </w:rPr>
              <w:t>.</w:t>
            </w:r>
            <w:r w:rsidRPr="003F1B29">
              <w:rPr>
                <w:sz w:val="18"/>
                <w:lang w:val="nb-NO"/>
              </w:rPr>
              <w:br/>
              <w:t>NIDN/NIDK</w:t>
            </w:r>
            <w:r w:rsidR="009F7E46">
              <w:rPr>
                <w:sz w:val="18"/>
                <w:lang w:val="nb-NO"/>
              </w:rPr>
              <w:t>/NUPTK</w:t>
            </w:r>
            <w:r w:rsidRPr="003F1B29">
              <w:rPr>
                <w:sz w:val="18"/>
                <w:lang w:val="nb-NO"/>
              </w:rPr>
              <w:t>:</w:t>
            </w:r>
            <w:r w:rsidR="001E1092">
              <w:rPr>
                <w:sz w:val="18"/>
                <w:lang w:val="nb-NO"/>
              </w:rPr>
              <w:t xml:space="preserve"> 0911128703</w:t>
            </w:r>
            <w:r w:rsidRPr="003F1B29">
              <w:rPr>
                <w:sz w:val="18"/>
                <w:lang w:val="nb-NO"/>
              </w:rPr>
              <w:br/>
              <w:t xml:space="preserve">Program Studi/Fakultas: </w:t>
            </w:r>
            <w:r w:rsidR="001E1092">
              <w:rPr>
                <w:sz w:val="18"/>
                <w:lang w:val="nb-NO"/>
              </w:rPr>
              <w:t>Teknologi Informasi/ TEKNIK</w:t>
            </w:r>
            <w:r w:rsidRPr="003F1B29">
              <w:rPr>
                <w:sz w:val="18"/>
                <w:lang w:val="nb-NO"/>
              </w:rPr>
              <w:t>.</w:t>
            </w:r>
          </w:p>
        </w:tc>
      </w:tr>
      <w:tr w:rsidR="00021266" w14:paraId="1498D872" w14:textId="77777777">
        <w:trPr>
          <w:jc w:val="center"/>
        </w:trPr>
        <w:tc>
          <w:tcPr>
            <w:tcW w:w="4561" w:type="dxa"/>
            <w:shd w:val="clear" w:color="auto" w:fill="EAF2F8"/>
            <w:tcMar>
              <w:top w:w="90" w:type="dxa"/>
              <w:left w:w="90" w:type="dxa"/>
              <w:bottom w:w="90" w:type="dxa"/>
              <w:right w:w="90" w:type="dxa"/>
            </w:tcMar>
            <w:vAlign w:val="center"/>
          </w:tcPr>
          <w:p w14:paraId="1F389C2F" w14:textId="77777777" w:rsidR="00021266" w:rsidRDefault="0086301C">
            <w:pPr>
              <w:spacing w:after="0"/>
            </w:pPr>
            <w:proofErr w:type="spellStart"/>
            <w:r>
              <w:rPr>
                <w:b/>
                <w:sz w:val="18"/>
              </w:rPr>
              <w:t>Anggota</w:t>
            </w:r>
            <w:proofErr w:type="spellEnd"/>
            <w:r>
              <w:rPr>
                <w:b/>
                <w:sz w:val="18"/>
              </w:rPr>
              <w:t xml:space="preserve"> Tim</w:t>
            </w:r>
          </w:p>
        </w:tc>
        <w:tc>
          <w:tcPr>
            <w:tcW w:w="4561" w:type="dxa"/>
            <w:tcMar>
              <w:top w:w="90" w:type="dxa"/>
              <w:left w:w="90" w:type="dxa"/>
              <w:bottom w:w="90" w:type="dxa"/>
              <w:right w:w="90" w:type="dxa"/>
            </w:tcMar>
            <w:vAlign w:val="center"/>
          </w:tcPr>
          <w:p w14:paraId="198AB398" w14:textId="5AF65CE8" w:rsidR="00C17560" w:rsidRDefault="001E1092" w:rsidP="00C17560">
            <w:pPr>
              <w:pStyle w:val="ListParagraph"/>
              <w:numPr>
                <w:ilvl w:val="0"/>
                <w:numId w:val="11"/>
              </w:numPr>
              <w:spacing w:after="0"/>
              <w:ind w:left="424"/>
              <w:rPr>
                <w:sz w:val="18"/>
              </w:rPr>
            </w:pPr>
            <w:r w:rsidRPr="00C17560">
              <w:rPr>
                <w:sz w:val="18"/>
              </w:rPr>
              <w:t xml:space="preserve">Saprina </w:t>
            </w:r>
            <w:proofErr w:type="spellStart"/>
            <w:r w:rsidRPr="00C17560">
              <w:rPr>
                <w:sz w:val="18"/>
              </w:rPr>
              <w:t>Mamase</w:t>
            </w:r>
            <w:proofErr w:type="spellEnd"/>
            <w:r w:rsidRPr="00C17560">
              <w:rPr>
                <w:sz w:val="18"/>
              </w:rPr>
              <w:t xml:space="preserve">, </w:t>
            </w:r>
            <w:proofErr w:type="spellStart"/>
            <w:r w:rsidRPr="00C17560">
              <w:rPr>
                <w:sz w:val="18"/>
              </w:rPr>
              <w:t>S.</w:t>
            </w:r>
            <w:r w:rsidR="0017075C">
              <w:rPr>
                <w:sz w:val="18"/>
              </w:rPr>
              <w:t>S</w:t>
            </w:r>
            <w:r w:rsidR="00C17560" w:rsidRPr="00C17560">
              <w:rPr>
                <w:sz w:val="18"/>
              </w:rPr>
              <w:t>i</w:t>
            </w:r>
            <w:proofErr w:type="spellEnd"/>
            <w:r w:rsidR="00C17560" w:rsidRPr="00C17560">
              <w:rPr>
                <w:sz w:val="18"/>
              </w:rPr>
              <w:t xml:space="preserve">., </w:t>
            </w:r>
            <w:proofErr w:type="spellStart"/>
            <w:r w:rsidR="00C17560" w:rsidRPr="00C17560">
              <w:rPr>
                <w:sz w:val="18"/>
              </w:rPr>
              <w:t>M.Kom</w:t>
            </w:r>
            <w:proofErr w:type="spellEnd"/>
            <w:r w:rsidR="00C17560">
              <w:rPr>
                <w:sz w:val="18"/>
              </w:rPr>
              <w:t>.</w:t>
            </w:r>
          </w:p>
          <w:p w14:paraId="3521EC84" w14:textId="4F3C8806" w:rsidR="00021266" w:rsidRDefault="001E1092" w:rsidP="00C17560">
            <w:pPr>
              <w:pStyle w:val="ListParagraph"/>
              <w:numPr>
                <w:ilvl w:val="0"/>
                <w:numId w:val="11"/>
              </w:numPr>
              <w:spacing w:after="0"/>
              <w:ind w:left="424"/>
              <w:rPr>
                <w:sz w:val="18"/>
              </w:rPr>
            </w:pPr>
            <w:proofErr w:type="spellStart"/>
            <w:r w:rsidRPr="00C17560">
              <w:rPr>
                <w:sz w:val="18"/>
              </w:rPr>
              <w:t>Irwan</w:t>
            </w:r>
            <w:proofErr w:type="spellEnd"/>
            <w:r w:rsidRPr="00C17560">
              <w:rPr>
                <w:sz w:val="18"/>
              </w:rPr>
              <w:t xml:space="preserve"> Karim</w:t>
            </w:r>
            <w:r w:rsidR="00C17560" w:rsidRPr="00C17560">
              <w:rPr>
                <w:sz w:val="18"/>
              </w:rPr>
              <w:t xml:space="preserve">, </w:t>
            </w:r>
            <w:proofErr w:type="spellStart"/>
            <w:r w:rsidR="00C17560" w:rsidRPr="00C17560">
              <w:rPr>
                <w:sz w:val="18"/>
              </w:rPr>
              <w:t>S.</w:t>
            </w:r>
            <w:r w:rsidR="0017075C">
              <w:rPr>
                <w:sz w:val="18"/>
              </w:rPr>
              <w:t>S</w:t>
            </w:r>
            <w:r w:rsidR="00C17560" w:rsidRPr="00C17560">
              <w:rPr>
                <w:sz w:val="18"/>
              </w:rPr>
              <w:t>i</w:t>
            </w:r>
            <w:proofErr w:type="spellEnd"/>
            <w:r w:rsidR="00C17560" w:rsidRPr="00C17560">
              <w:rPr>
                <w:sz w:val="18"/>
              </w:rPr>
              <w:t>., MT</w:t>
            </w:r>
            <w:r w:rsidR="00C17560">
              <w:rPr>
                <w:sz w:val="18"/>
              </w:rPr>
              <w:t>.</w:t>
            </w:r>
          </w:p>
          <w:p w14:paraId="40112ED9" w14:textId="6D2A6D3A" w:rsidR="00C17560" w:rsidRDefault="00C17560" w:rsidP="00C17560">
            <w:pPr>
              <w:pStyle w:val="ListParagraph"/>
              <w:numPr>
                <w:ilvl w:val="0"/>
                <w:numId w:val="11"/>
              </w:numPr>
              <w:spacing w:after="0"/>
              <w:ind w:left="424"/>
              <w:rPr>
                <w:sz w:val="18"/>
              </w:rPr>
            </w:pPr>
            <w:r>
              <w:rPr>
                <w:sz w:val="18"/>
              </w:rPr>
              <w:t xml:space="preserve">Saiful Bahri </w:t>
            </w:r>
            <w:proofErr w:type="spellStart"/>
            <w:r>
              <w:rPr>
                <w:sz w:val="18"/>
              </w:rPr>
              <w:t>musa</w:t>
            </w:r>
            <w:proofErr w:type="spellEnd"/>
            <w:r>
              <w:rPr>
                <w:sz w:val="18"/>
              </w:rPr>
              <w:t xml:space="preserve">, ST., </w:t>
            </w:r>
            <w:proofErr w:type="spellStart"/>
            <w:r>
              <w:rPr>
                <w:sz w:val="18"/>
              </w:rPr>
              <w:t>M.Kom</w:t>
            </w:r>
            <w:proofErr w:type="spellEnd"/>
            <w:r>
              <w:rPr>
                <w:sz w:val="18"/>
              </w:rPr>
              <w:t>.</w:t>
            </w:r>
          </w:p>
          <w:p w14:paraId="5EACC00F" w14:textId="54E1E650" w:rsidR="00C17560" w:rsidRPr="00C17560" w:rsidRDefault="00C17560" w:rsidP="00C17560">
            <w:pPr>
              <w:pStyle w:val="ListParagraph"/>
              <w:numPr>
                <w:ilvl w:val="0"/>
                <w:numId w:val="11"/>
              </w:numPr>
              <w:spacing w:after="0"/>
              <w:ind w:left="424"/>
              <w:rPr>
                <w:sz w:val="18"/>
              </w:rPr>
            </w:pPr>
            <w:r>
              <w:rPr>
                <w:sz w:val="18"/>
              </w:rPr>
              <w:t xml:space="preserve">Basri Umar, </w:t>
            </w:r>
            <w:proofErr w:type="spellStart"/>
            <w:r>
              <w:rPr>
                <w:sz w:val="18"/>
              </w:rPr>
              <w:t>S.Kom</w:t>
            </w:r>
            <w:proofErr w:type="spellEnd"/>
            <w:r>
              <w:rPr>
                <w:sz w:val="18"/>
              </w:rPr>
              <w:t xml:space="preserve">., </w:t>
            </w:r>
            <w:proofErr w:type="spellStart"/>
            <w:r>
              <w:rPr>
                <w:sz w:val="18"/>
              </w:rPr>
              <w:t>M.Kom</w:t>
            </w:r>
            <w:proofErr w:type="spellEnd"/>
            <w:r>
              <w:rPr>
                <w:sz w:val="18"/>
              </w:rPr>
              <w:t>.</w:t>
            </w:r>
          </w:p>
          <w:p w14:paraId="59CC7B08" w14:textId="45CF19E9" w:rsidR="00C17560" w:rsidRDefault="00C17560" w:rsidP="00C17560">
            <w:pPr>
              <w:pStyle w:val="ListParagraph"/>
              <w:spacing w:after="0"/>
            </w:pPr>
          </w:p>
        </w:tc>
      </w:tr>
      <w:tr w:rsidR="00021266" w14:paraId="316F1BFE" w14:textId="77777777">
        <w:trPr>
          <w:jc w:val="center"/>
        </w:trPr>
        <w:tc>
          <w:tcPr>
            <w:tcW w:w="4561" w:type="dxa"/>
            <w:shd w:val="clear" w:color="auto" w:fill="EAF2F8"/>
            <w:tcMar>
              <w:top w:w="90" w:type="dxa"/>
              <w:left w:w="90" w:type="dxa"/>
              <w:bottom w:w="90" w:type="dxa"/>
              <w:right w:w="90" w:type="dxa"/>
            </w:tcMar>
            <w:vAlign w:val="center"/>
          </w:tcPr>
          <w:p w14:paraId="46B44E87" w14:textId="5BD9AA0D" w:rsidR="00021266" w:rsidRDefault="0086301C">
            <w:pPr>
              <w:spacing w:after="0"/>
            </w:pPr>
            <w:proofErr w:type="spellStart"/>
            <w:r>
              <w:rPr>
                <w:b/>
                <w:sz w:val="18"/>
              </w:rPr>
              <w:t>Mahasiswa</w:t>
            </w:r>
            <w:proofErr w:type="spellEnd"/>
            <w:r>
              <w:rPr>
                <w:b/>
                <w:sz w:val="18"/>
              </w:rPr>
              <w:t xml:space="preserve"> yang </w:t>
            </w:r>
            <w:proofErr w:type="spellStart"/>
            <w:r w:rsidR="009F7E46">
              <w:rPr>
                <w:b/>
                <w:sz w:val="18"/>
              </w:rPr>
              <w:t>terlibat</w:t>
            </w:r>
            <w:proofErr w:type="spellEnd"/>
            <w:r>
              <w:rPr>
                <w:b/>
                <w:sz w:val="18"/>
              </w:rPr>
              <w:t xml:space="preserve"> (</w:t>
            </w:r>
            <w:proofErr w:type="spellStart"/>
            <w:r>
              <w:rPr>
                <w:b/>
                <w:sz w:val="18"/>
              </w:rPr>
              <w:t>jika</w:t>
            </w:r>
            <w:proofErr w:type="spellEnd"/>
            <w:r>
              <w:rPr>
                <w:b/>
                <w:sz w:val="18"/>
              </w:rPr>
              <w:t xml:space="preserve"> </w:t>
            </w:r>
            <w:proofErr w:type="spellStart"/>
            <w:r>
              <w:rPr>
                <w:b/>
                <w:sz w:val="18"/>
              </w:rPr>
              <w:t>ada</w:t>
            </w:r>
            <w:proofErr w:type="spellEnd"/>
            <w:r>
              <w:rPr>
                <w:b/>
                <w:sz w:val="18"/>
              </w:rPr>
              <w:t>)</w:t>
            </w:r>
          </w:p>
        </w:tc>
        <w:tc>
          <w:tcPr>
            <w:tcW w:w="4561" w:type="dxa"/>
            <w:tcMar>
              <w:top w:w="90" w:type="dxa"/>
              <w:left w:w="90" w:type="dxa"/>
              <w:bottom w:w="90" w:type="dxa"/>
              <w:right w:w="90" w:type="dxa"/>
            </w:tcMar>
            <w:vAlign w:val="center"/>
          </w:tcPr>
          <w:p w14:paraId="0E3564F7" w14:textId="77777777" w:rsidR="00021266" w:rsidRDefault="0086301C">
            <w:pPr>
              <w:spacing w:after="0"/>
            </w:pPr>
            <w:r>
              <w:rPr>
                <w:sz w:val="18"/>
              </w:rPr>
              <w:t>1. ....................................................................................................................</w:t>
            </w:r>
            <w:r>
              <w:rPr>
                <w:sz w:val="18"/>
              </w:rPr>
              <w:br/>
              <w:t>2. ....................................................................................................................</w:t>
            </w:r>
          </w:p>
        </w:tc>
      </w:tr>
      <w:tr w:rsidR="00021266" w14:paraId="298F090F" w14:textId="77777777">
        <w:trPr>
          <w:jc w:val="center"/>
        </w:trPr>
        <w:tc>
          <w:tcPr>
            <w:tcW w:w="4561" w:type="dxa"/>
            <w:shd w:val="clear" w:color="auto" w:fill="EAF2F8"/>
            <w:tcMar>
              <w:top w:w="90" w:type="dxa"/>
              <w:left w:w="90" w:type="dxa"/>
              <w:bottom w:w="90" w:type="dxa"/>
              <w:right w:w="90" w:type="dxa"/>
            </w:tcMar>
            <w:vAlign w:val="center"/>
          </w:tcPr>
          <w:p w14:paraId="0E91A4F6" w14:textId="77777777" w:rsidR="00021266" w:rsidRDefault="0086301C">
            <w:pPr>
              <w:spacing w:after="0"/>
            </w:pPr>
            <w:proofErr w:type="spellStart"/>
            <w:r>
              <w:rPr>
                <w:b/>
                <w:sz w:val="18"/>
              </w:rPr>
              <w:t>Kelompok</w:t>
            </w:r>
            <w:proofErr w:type="spellEnd"/>
            <w:r>
              <w:rPr>
                <w:b/>
                <w:sz w:val="18"/>
              </w:rPr>
              <w:t xml:space="preserve"> Riset (</w:t>
            </w:r>
            <w:proofErr w:type="spellStart"/>
            <w:r>
              <w:rPr>
                <w:b/>
                <w:sz w:val="18"/>
              </w:rPr>
              <w:t>jika</w:t>
            </w:r>
            <w:proofErr w:type="spellEnd"/>
            <w:r>
              <w:rPr>
                <w:b/>
                <w:sz w:val="18"/>
              </w:rPr>
              <w:t xml:space="preserve"> </w:t>
            </w:r>
            <w:proofErr w:type="spellStart"/>
            <w:r>
              <w:rPr>
                <w:b/>
                <w:sz w:val="18"/>
              </w:rPr>
              <w:t>sudah</w:t>
            </w:r>
            <w:proofErr w:type="spellEnd"/>
            <w:r>
              <w:rPr>
                <w:b/>
                <w:sz w:val="18"/>
              </w:rPr>
              <w:t xml:space="preserve"> </w:t>
            </w:r>
            <w:proofErr w:type="spellStart"/>
            <w:r>
              <w:rPr>
                <w:b/>
                <w:sz w:val="18"/>
              </w:rPr>
              <w:t>terbentuk</w:t>
            </w:r>
            <w:proofErr w:type="spellEnd"/>
            <w:r>
              <w:rPr>
                <w:b/>
                <w:sz w:val="18"/>
              </w:rPr>
              <w:t>)</w:t>
            </w:r>
          </w:p>
        </w:tc>
        <w:tc>
          <w:tcPr>
            <w:tcW w:w="4561" w:type="dxa"/>
            <w:tcMar>
              <w:top w:w="90" w:type="dxa"/>
              <w:left w:w="90" w:type="dxa"/>
              <w:bottom w:w="90" w:type="dxa"/>
              <w:right w:w="90" w:type="dxa"/>
            </w:tcMar>
            <w:vAlign w:val="center"/>
          </w:tcPr>
          <w:p w14:paraId="04722200" w14:textId="77777777" w:rsidR="00021266" w:rsidRDefault="0086301C">
            <w:pPr>
              <w:spacing w:after="0"/>
            </w:pPr>
            <w:r>
              <w:rPr>
                <w:sz w:val="18"/>
              </w:rPr>
              <w:t>........................................................................................................................</w:t>
            </w:r>
          </w:p>
        </w:tc>
      </w:tr>
      <w:tr w:rsidR="00021266" w14:paraId="7977532B" w14:textId="77777777">
        <w:trPr>
          <w:jc w:val="center"/>
        </w:trPr>
        <w:tc>
          <w:tcPr>
            <w:tcW w:w="4561" w:type="dxa"/>
            <w:shd w:val="clear" w:color="auto" w:fill="EAF2F8"/>
            <w:tcMar>
              <w:top w:w="90" w:type="dxa"/>
              <w:left w:w="90" w:type="dxa"/>
              <w:bottom w:w="90" w:type="dxa"/>
              <w:right w:w="90" w:type="dxa"/>
            </w:tcMar>
            <w:vAlign w:val="center"/>
          </w:tcPr>
          <w:p w14:paraId="6F5B3A9F" w14:textId="77777777" w:rsidR="00021266" w:rsidRDefault="0086301C">
            <w:pPr>
              <w:spacing w:after="0"/>
            </w:pPr>
            <w:r>
              <w:rPr>
                <w:b/>
                <w:sz w:val="18"/>
              </w:rPr>
              <w:t xml:space="preserve">Lama </w:t>
            </w:r>
            <w:proofErr w:type="spellStart"/>
            <w:r>
              <w:rPr>
                <w:b/>
                <w:sz w:val="18"/>
              </w:rPr>
              <w:t>Pelaksanaan</w:t>
            </w:r>
            <w:proofErr w:type="spellEnd"/>
          </w:p>
        </w:tc>
        <w:tc>
          <w:tcPr>
            <w:tcW w:w="4561" w:type="dxa"/>
            <w:tcMar>
              <w:top w:w="90" w:type="dxa"/>
              <w:left w:w="90" w:type="dxa"/>
              <w:bottom w:w="90" w:type="dxa"/>
              <w:right w:w="90" w:type="dxa"/>
            </w:tcMar>
            <w:vAlign w:val="center"/>
          </w:tcPr>
          <w:p w14:paraId="19E4CC1E" w14:textId="64DCCED6" w:rsidR="00021266" w:rsidRDefault="00135A8A">
            <w:pPr>
              <w:spacing w:after="0"/>
            </w:pPr>
            <w:r>
              <w:rPr>
                <w:sz w:val="18"/>
              </w:rPr>
              <w:t>6</w:t>
            </w:r>
            <w:r w:rsidR="0086301C">
              <w:rPr>
                <w:sz w:val="18"/>
              </w:rPr>
              <w:t xml:space="preserve"> </w:t>
            </w:r>
            <w:proofErr w:type="spellStart"/>
            <w:r w:rsidR="0086301C">
              <w:rPr>
                <w:sz w:val="18"/>
              </w:rPr>
              <w:t>bulan</w:t>
            </w:r>
            <w:proofErr w:type="spellEnd"/>
          </w:p>
        </w:tc>
      </w:tr>
      <w:tr w:rsidR="00021266" w14:paraId="56F69044" w14:textId="77777777">
        <w:trPr>
          <w:jc w:val="center"/>
        </w:trPr>
        <w:tc>
          <w:tcPr>
            <w:tcW w:w="4561" w:type="dxa"/>
            <w:shd w:val="clear" w:color="auto" w:fill="EAF2F8"/>
            <w:tcMar>
              <w:top w:w="90" w:type="dxa"/>
              <w:left w:w="90" w:type="dxa"/>
              <w:bottom w:w="90" w:type="dxa"/>
              <w:right w:w="90" w:type="dxa"/>
            </w:tcMar>
            <w:vAlign w:val="center"/>
          </w:tcPr>
          <w:p w14:paraId="71BE8244" w14:textId="77777777" w:rsidR="00021266" w:rsidRDefault="0086301C">
            <w:pPr>
              <w:spacing w:after="0"/>
            </w:pPr>
            <w:r>
              <w:rPr>
                <w:b/>
                <w:sz w:val="18"/>
              </w:rPr>
              <w:t xml:space="preserve">Dana yang </w:t>
            </w:r>
            <w:proofErr w:type="spellStart"/>
            <w:r>
              <w:rPr>
                <w:b/>
                <w:sz w:val="18"/>
              </w:rPr>
              <w:t>Diusulkan</w:t>
            </w:r>
            <w:proofErr w:type="spellEnd"/>
          </w:p>
        </w:tc>
        <w:tc>
          <w:tcPr>
            <w:tcW w:w="4561" w:type="dxa"/>
            <w:tcMar>
              <w:top w:w="90" w:type="dxa"/>
              <w:left w:w="90" w:type="dxa"/>
              <w:bottom w:w="90" w:type="dxa"/>
              <w:right w:w="90" w:type="dxa"/>
            </w:tcMar>
            <w:vAlign w:val="center"/>
          </w:tcPr>
          <w:p w14:paraId="34986F67" w14:textId="767C63D8" w:rsidR="00021266" w:rsidRDefault="0086301C">
            <w:pPr>
              <w:spacing w:after="0"/>
            </w:pPr>
            <w:r>
              <w:rPr>
                <w:sz w:val="18"/>
              </w:rPr>
              <w:t xml:space="preserve">Rp </w:t>
            </w:r>
            <w:r w:rsidR="006E6F13">
              <w:rPr>
                <w:sz w:val="18"/>
              </w:rPr>
              <w:t>1</w:t>
            </w:r>
            <w:r w:rsidR="00135A8A">
              <w:rPr>
                <w:sz w:val="18"/>
              </w:rPr>
              <w:t>5.000.000</w:t>
            </w:r>
          </w:p>
        </w:tc>
      </w:tr>
    </w:tbl>
    <w:p w14:paraId="4C097657" w14:textId="77777777" w:rsidR="00021266" w:rsidRPr="003F1B29" w:rsidRDefault="0086301C">
      <w:pPr>
        <w:spacing w:before="160" w:after="100"/>
        <w:rPr>
          <w:lang w:val="nb-NO"/>
        </w:rPr>
      </w:pPr>
      <w:r w:rsidRPr="003F1B29">
        <w:rPr>
          <w:b/>
          <w:sz w:val="24"/>
          <w:lang w:val="nb-NO"/>
        </w:rPr>
        <w:t>B. KESESUAIAN DENGAN RENSTRA PENELITIAN DAN PkM</w:t>
      </w:r>
    </w:p>
    <w:p w14:paraId="220DC831" w14:textId="3A6AD961" w:rsidR="00021266" w:rsidRDefault="00021266"/>
    <w:tbl>
      <w:tblPr>
        <w:tblStyle w:val="TableGrid"/>
        <w:tblW w:w="0" w:type="auto"/>
        <w:jc w:val="center"/>
        <w:tblLook w:val="04A0" w:firstRow="1" w:lastRow="0" w:firstColumn="1" w:lastColumn="0" w:noHBand="0" w:noVBand="1"/>
      </w:tblPr>
      <w:tblGrid>
        <w:gridCol w:w="4561"/>
        <w:gridCol w:w="4561"/>
      </w:tblGrid>
      <w:tr w:rsidR="00021266" w14:paraId="315D4514" w14:textId="77777777">
        <w:trPr>
          <w:jc w:val="center"/>
        </w:trPr>
        <w:tc>
          <w:tcPr>
            <w:tcW w:w="4561" w:type="dxa"/>
            <w:shd w:val="clear" w:color="auto" w:fill="EAF2F8"/>
            <w:tcMar>
              <w:top w:w="90" w:type="dxa"/>
              <w:left w:w="90" w:type="dxa"/>
              <w:bottom w:w="90" w:type="dxa"/>
              <w:right w:w="90" w:type="dxa"/>
            </w:tcMar>
            <w:vAlign w:val="center"/>
          </w:tcPr>
          <w:p w14:paraId="05C5B873" w14:textId="77777777" w:rsidR="00021266" w:rsidRDefault="0086301C">
            <w:pPr>
              <w:spacing w:after="0"/>
            </w:pPr>
            <w:proofErr w:type="spellStart"/>
            <w:r>
              <w:rPr>
                <w:b/>
                <w:sz w:val="18"/>
              </w:rPr>
              <w:t>Bidang</w:t>
            </w:r>
            <w:proofErr w:type="spellEnd"/>
            <w:r>
              <w:rPr>
                <w:b/>
                <w:sz w:val="18"/>
              </w:rPr>
              <w:t>/</w:t>
            </w:r>
            <w:proofErr w:type="spellStart"/>
            <w:r>
              <w:rPr>
                <w:b/>
                <w:sz w:val="18"/>
              </w:rPr>
              <w:t>Rumpun</w:t>
            </w:r>
            <w:proofErr w:type="spellEnd"/>
            <w:r>
              <w:rPr>
                <w:b/>
                <w:sz w:val="18"/>
              </w:rPr>
              <w:t xml:space="preserve"> </w:t>
            </w:r>
            <w:proofErr w:type="spellStart"/>
            <w:r>
              <w:rPr>
                <w:b/>
                <w:sz w:val="18"/>
              </w:rPr>
              <w:t>Unggulan</w:t>
            </w:r>
            <w:proofErr w:type="spellEnd"/>
          </w:p>
        </w:tc>
        <w:tc>
          <w:tcPr>
            <w:tcW w:w="4561" w:type="dxa"/>
            <w:tcMar>
              <w:top w:w="90" w:type="dxa"/>
              <w:left w:w="90" w:type="dxa"/>
              <w:bottom w:w="90" w:type="dxa"/>
              <w:right w:w="90" w:type="dxa"/>
            </w:tcMar>
            <w:vAlign w:val="center"/>
          </w:tcPr>
          <w:p w14:paraId="50CC5B40" w14:textId="77777777" w:rsidR="009F7E46" w:rsidRDefault="00F62598" w:rsidP="009F7E46">
            <w:pPr>
              <w:spacing w:after="0"/>
              <w:rPr>
                <w:sz w:val="18"/>
              </w:rPr>
            </w:pPr>
            <w:sdt>
              <w:sdtPr>
                <w:rPr>
                  <w:sz w:val="18"/>
                </w:rPr>
                <w:id w:val="732125613"/>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Pertanian</w:t>
            </w:r>
            <w:proofErr w:type="spellEnd"/>
            <w:r w:rsidR="009F7E46">
              <w:rPr>
                <w:sz w:val="18"/>
              </w:rPr>
              <w:t xml:space="preserve"> &amp; Pangan  </w:t>
            </w:r>
            <w:sdt>
              <w:sdtPr>
                <w:rPr>
                  <w:sz w:val="18"/>
                </w:rPr>
                <w:id w:val="267594150"/>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Perikanan</w:t>
            </w:r>
            <w:proofErr w:type="spellEnd"/>
            <w:r w:rsidR="009F7E46">
              <w:rPr>
                <w:sz w:val="18"/>
              </w:rPr>
              <w:t xml:space="preserve"> &amp; </w:t>
            </w:r>
            <w:proofErr w:type="spellStart"/>
            <w:r w:rsidR="009F7E46">
              <w:rPr>
                <w:sz w:val="18"/>
              </w:rPr>
              <w:t>Kelautan</w:t>
            </w:r>
            <w:proofErr w:type="spellEnd"/>
            <w:r w:rsidR="009F7E46">
              <w:rPr>
                <w:sz w:val="18"/>
              </w:rPr>
              <w:t xml:space="preserve">  </w:t>
            </w:r>
            <w:sdt>
              <w:sdtPr>
                <w:rPr>
                  <w:sz w:val="18"/>
                </w:rPr>
                <w:id w:val="1841420887"/>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Lingkungan</w:t>
            </w:r>
            <w:proofErr w:type="spellEnd"/>
          </w:p>
          <w:p w14:paraId="0D41D38B" w14:textId="39D44C8F" w:rsidR="00021266" w:rsidRDefault="00F62598" w:rsidP="009F7E46">
            <w:pPr>
              <w:spacing w:after="0"/>
            </w:pPr>
            <w:sdt>
              <w:sdtPr>
                <w:rPr>
                  <w:sz w:val="18"/>
                </w:rPr>
                <w:id w:val="-1388096435"/>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Kesehatan  </w:t>
            </w:r>
            <w:sdt>
              <w:sdtPr>
                <w:rPr>
                  <w:sz w:val="18"/>
                </w:rPr>
                <w:id w:val="1808429931"/>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Pendidikan</w:t>
            </w:r>
            <w:r w:rsidR="009F7E46">
              <w:rPr>
                <w:sz w:val="18"/>
              </w:rPr>
              <w:br/>
            </w:r>
            <w:sdt>
              <w:sdtPr>
                <w:rPr>
                  <w:sz w:val="18"/>
                </w:rPr>
                <w:id w:val="-1454015821"/>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Ekonomi</w:t>
            </w:r>
            <w:proofErr w:type="spellEnd"/>
            <w:r w:rsidR="009F7E46">
              <w:rPr>
                <w:sz w:val="18"/>
              </w:rPr>
              <w:t xml:space="preserve"> &amp; UMKM  </w:t>
            </w:r>
            <w:sdt>
              <w:sdtPr>
                <w:rPr>
                  <w:sz w:val="18"/>
                </w:rPr>
                <w:id w:val="566609784"/>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Pariwisata</w:t>
            </w:r>
            <w:proofErr w:type="spellEnd"/>
            <w:r w:rsidR="009F7E46">
              <w:rPr>
                <w:sz w:val="18"/>
              </w:rPr>
              <w:t xml:space="preserve">  </w:t>
            </w:r>
            <w:sdt>
              <w:sdtPr>
                <w:rPr>
                  <w:sz w:val="18"/>
                </w:rPr>
                <w:id w:val="-825206947"/>
                <w14:checkbox>
                  <w14:checked w14:val="1"/>
                  <w14:checkedState w14:val="0052" w14:font="Wingdings 2"/>
                  <w14:uncheckedState w14:val="2610" w14:font="MS Gothic"/>
                </w14:checkbox>
              </w:sdtPr>
              <w:sdtEndPr/>
              <w:sdtContent>
                <w:r w:rsidR="00135A8A">
                  <w:rPr>
                    <w:rFonts w:ascii="Wingdings 2" w:hAnsi="Wingdings 2"/>
                    <w:sz w:val="18"/>
                  </w:rPr>
                  <w:t>R</w:t>
                </w:r>
              </w:sdtContent>
            </w:sdt>
            <w:r w:rsidR="009F7E46">
              <w:rPr>
                <w:sz w:val="18"/>
              </w:rPr>
              <w:t xml:space="preserve">  </w:t>
            </w:r>
            <w:proofErr w:type="spellStart"/>
            <w:r w:rsidR="009F7E46">
              <w:rPr>
                <w:sz w:val="18"/>
              </w:rPr>
              <w:t>Teknologi</w:t>
            </w:r>
            <w:proofErr w:type="spellEnd"/>
            <w:r w:rsidR="009F7E46">
              <w:rPr>
                <w:sz w:val="18"/>
              </w:rPr>
              <w:t xml:space="preserve"> &amp; </w:t>
            </w:r>
            <w:proofErr w:type="spellStart"/>
            <w:r w:rsidR="009F7E46">
              <w:rPr>
                <w:sz w:val="18"/>
              </w:rPr>
              <w:t>Digitalisasi</w:t>
            </w:r>
            <w:proofErr w:type="spellEnd"/>
            <w:r w:rsidR="009F7E46">
              <w:rPr>
                <w:sz w:val="18"/>
              </w:rPr>
              <w:t xml:space="preserve">  </w:t>
            </w:r>
            <w:sdt>
              <w:sdtPr>
                <w:rPr>
                  <w:sz w:val="18"/>
                </w:rPr>
                <w:id w:val="1251074164"/>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Sosial</w:t>
            </w:r>
            <w:proofErr w:type="spellEnd"/>
            <w:r w:rsidR="009F7E46">
              <w:rPr>
                <w:sz w:val="18"/>
              </w:rPr>
              <w:t xml:space="preserve"> </w:t>
            </w:r>
            <w:proofErr w:type="spellStart"/>
            <w:r w:rsidR="009F7E46">
              <w:rPr>
                <w:sz w:val="18"/>
              </w:rPr>
              <w:t>Budaya</w:t>
            </w:r>
            <w:proofErr w:type="spellEnd"/>
            <w:r w:rsidR="009F7E46">
              <w:rPr>
                <w:sz w:val="18"/>
              </w:rPr>
              <w:t xml:space="preserve">  </w:t>
            </w:r>
            <w:sdt>
              <w:sdtPr>
                <w:rPr>
                  <w:sz w:val="18"/>
                </w:rPr>
                <w:id w:val="-1438988083"/>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Pembangunan Desa  </w:t>
            </w:r>
            <w:sdt>
              <w:sdtPr>
                <w:rPr>
                  <w:sz w:val="18"/>
                </w:rPr>
                <w:id w:val="2019501119"/>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Lainnya</w:t>
            </w:r>
            <w:proofErr w:type="spellEnd"/>
            <w:r w:rsidR="009F7E46">
              <w:rPr>
                <w:sz w:val="18"/>
              </w:rPr>
              <w:t>: ........</w:t>
            </w:r>
          </w:p>
        </w:tc>
      </w:tr>
      <w:tr w:rsidR="00021266" w14:paraId="49DD1A47" w14:textId="77777777">
        <w:trPr>
          <w:jc w:val="center"/>
        </w:trPr>
        <w:tc>
          <w:tcPr>
            <w:tcW w:w="4561" w:type="dxa"/>
            <w:shd w:val="clear" w:color="auto" w:fill="EAF2F8"/>
            <w:tcMar>
              <w:top w:w="90" w:type="dxa"/>
              <w:left w:w="90" w:type="dxa"/>
              <w:bottom w:w="90" w:type="dxa"/>
              <w:right w:w="90" w:type="dxa"/>
            </w:tcMar>
            <w:vAlign w:val="center"/>
          </w:tcPr>
          <w:p w14:paraId="622FD1FA" w14:textId="77777777" w:rsidR="00021266" w:rsidRDefault="0086301C">
            <w:pPr>
              <w:spacing w:after="0"/>
            </w:pPr>
            <w:r>
              <w:rPr>
                <w:b/>
                <w:sz w:val="18"/>
              </w:rPr>
              <w:t>Tema</w:t>
            </w:r>
          </w:p>
        </w:tc>
        <w:tc>
          <w:tcPr>
            <w:tcW w:w="4561" w:type="dxa"/>
            <w:tcMar>
              <w:top w:w="90" w:type="dxa"/>
              <w:left w:w="90" w:type="dxa"/>
              <w:bottom w:w="90" w:type="dxa"/>
              <w:right w:w="90" w:type="dxa"/>
            </w:tcMar>
            <w:vAlign w:val="center"/>
          </w:tcPr>
          <w:p w14:paraId="5F97491F" w14:textId="59FABB1D" w:rsidR="00021266" w:rsidRDefault="00135A8A">
            <w:pPr>
              <w:spacing w:after="0"/>
            </w:pPr>
            <w:proofErr w:type="spellStart"/>
            <w:r w:rsidRPr="00135A8A">
              <w:rPr>
                <w:sz w:val="18"/>
              </w:rPr>
              <w:t>Digitalisasi</w:t>
            </w:r>
            <w:proofErr w:type="spellEnd"/>
            <w:r w:rsidRPr="00135A8A">
              <w:rPr>
                <w:sz w:val="18"/>
              </w:rPr>
              <w:t xml:space="preserve"> </w:t>
            </w:r>
            <w:proofErr w:type="spellStart"/>
            <w:r w:rsidRPr="00135A8A">
              <w:rPr>
                <w:sz w:val="18"/>
              </w:rPr>
              <w:t>Manajemen</w:t>
            </w:r>
            <w:proofErr w:type="spellEnd"/>
            <w:r w:rsidRPr="00135A8A">
              <w:rPr>
                <w:sz w:val="18"/>
              </w:rPr>
              <w:t xml:space="preserve"> </w:t>
            </w:r>
            <w:proofErr w:type="spellStart"/>
            <w:r w:rsidRPr="00135A8A">
              <w:rPr>
                <w:sz w:val="18"/>
              </w:rPr>
              <w:t>Operasional</w:t>
            </w:r>
            <w:proofErr w:type="spellEnd"/>
            <w:r w:rsidRPr="00135A8A">
              <w:rPr>
                <w:sz w:val="18"/>
              </w:rPr>
              <w:t xml:space="preserve"> dan </w:t>
            </w:r>
            <w:proofErr w:type="spellStart"/>
            <w:r w:rsidRPr="00135A8A">
              <w:rPr>
                <w:sz w:val="18"/>
              </w:rPr>
              <w:t>Analisis</w:t>
            </w:r>
            <w:proofErr w:type="spellEnd"/>
            <w:r w:rsidRPr="00135A8A">
              <w:rPr>
                <w:sz w:val="18"/>
              </w:rPr>
              <w:t xml:space="preserve"> </w:t>
            </w:r>
            <w:proofErr w:type="spellStart"/>
            <w:r w:rsidRPr="00135A8A">
              <w:rPr>
                <w:sz w:val="18"/>
              </w:rPr>
              <w:t>Bisnis</w:t>
            </w:r>
            <w:proofErr w:type="spellEnd"/>
            <w:r w:rsidRPr="00135A8A">
              <w:rPr>
                <w:sz w:val="18"/>
              </w:rPr>
              <w:t xml:space="preserve"> UMKM </w:t>
            </w:r>
            <w:proofErr w:type="spellStart"/>
            <w:r w:rsidRPr="00135A8A">
              <w:rPr>
                <w:sz w:val="18"/>
              </w:rPr>
              <w:t>Ritel</w:t>
            </w:r>
            <w:proofErr w:type="spellEnd"/>
          </w:p>
        </w:tc>
      </w:tr>
      <w:tr w:rsidR="00021266" w14:paraId="5C5D5C20" w14:textId="77777777">
        <w:trPr>
          <w:jc w:val="center"/>
        </w:trPr>
        <w:tc>
          <w:tcPr>
            <w:tcW w:w="4561" w:type="dxa"/>
            <w:shd w:val="clear" w:color="auto" w:fill="EAF2F8"/>
            <w:tcMar>
              <w:top w:w="90" w:type="dxa"/>
              <w:left w:w="90" w:type="dxa"/>
              <w:bottom w:w="90" w:type="dxa"/>
              <w:right w:w="90" w:type="dxa"/>
            </w:tcMar>
            <w:vAlign w:val="center"/>
          </w:tcPr>
          <w:p w14:paraId="424604D6" w14:textId="77777777" w:rsidR="00021266" w:rsidRDefault="0086301C">
            <w:pPr>
              <w:spacing w:after="0"/>
            </w:pPr>
            <w:proofErr w:type="spellStart"/>
            <w:r>
              <w:rPr>
                <w:b/>
                <w:sz w:val="18"/>
              </w:rPr>
              <w:t>Subtema</w:t>
            </w:r>
            <w:proofErr w:type="spellEnd"/>
          </w:p>
        </w:tc>
        <w:tc>
          <w:tcPr>
            <w:tcW w:w="4561" w:type="dxa"/>
            <w:tcMar>
              <w:top w:w="90" w:type="dxa"/>
              <w:left w:w="90" w:type="dxa"/>
              <w:bottom w:w="90" w:type="dxa"/>
              <w:right w:w="90" w:type="dxa"/>
            </w:tcMar>
            <w:vAlign w:val="center"/>
          </w:tcPr>
          <w:p w14:paraId="133466ED" w14:textId="19699EAB" w:rsidR="00021266" w:rsidRDefault="00135A8A">
            <w:pPr>
              <w:spacing w:after="0"/>
            </w:pPr>
            <w:proofErr w:type="spellStart"/>
            <w:r w:rsidRPr="00135A8A">
              <w:rPr>
                <w:sz w:val="18"/>
              </w:rPr>
              <w:t>Implementasi</w:t>
            </w:r>
            <w:proofErr w:type="spellEnd"/>
            <w:r w:rsidRPr="00135A8A">
              <w:rPr>
                <w:sz w:val="18"/>
              </w:rPr>
              <w:t xml:space="preserve"> Data Warehouse dan Business Intelligence </w:t>
            </w:r>
            <w:proofErr w:type="spellStart"/>
            <w:r w:rsidRPr="00135A8A">
              <w:rPr>
                <w:sz w:val="18"/>
              </w:rPr>
              <w:t>untuk</w:t>
            </w:r>
            <w:proofErr w:type="spellEnd"/>
            <w:r w:rsidRPr="00135A8A">
              <w:rPr>
                <w:sz w:val="18"/>
              </w:rPr>
              <w:t xml:space="preserve"> </w:t>
            </w:r>
            <w:proofErr w:type="spellStart"/>
            <w:r w:rsidRPr="00135A8A">
              <w:rPr>
                <w:sz w:val="18"/>
              </w:rPr>
              <w:t>Pengambilan</w:t>
            </w:r>
            <w:proofErr w:type="spellEnd"/>
            <w:r w:rsidRPr="00135A8A">
              <w:rPr>
                <w:sz w:val="18"/>
              </w:rPr>
              <w:t xml:space="preserve"> Keputusan </w:t>
            </w:r>
            <w:proofErr w:type="spellStart"/>
            <w:r w:rsidRPr="00135A8A">
              <w:rPr>
                <w:sz w:val="18"/>
              </w:rPr>
              <w:t>Strategis</w:t>
            </w:r>
            <w:proofErr w:type="spellEnd"/>
          </w:p>
        </w:tc>
      </w:tr>
      <w:tr w:rsidR="00021266" w14:paraId="1F3DBC82" w14:textId="77777777">
        <w:trPr>
          <w:jc w:val="center"/>
        </w:trPr>
        <w:tc>
          <w:tcPr>
            <w:tcW w:w="4561" w:type="dxa"/>
            <w:shd w:val="clear" w:color="auto" w:fill="EAF2F8"/>
            <w:tcMar>
              <w:top w:w="90" w:type="dxa"/>
              <w:left w:w="90" w:type="dxa"/>
              <w:bottom w:w="90" w:type="dxa"/>
              <w:right w:w="90" w:type="dxa"/>
            </w:tcMar>
            <w:vAlign w:val="center"/>
          </w:tcPr>
          <w:p w14:paraId="04A42327" w14:textId="77777777" w:rsidR="00021266" w:rsidRDefault="0086301C">
            <w:pPr>
              <w:spacing w:after="0"/>
            </w:pPr>
            <w:r>
              <w:rPr>
                <w:b/>
                <w:sz w:val="18"/>
              </w:rPr>
              <w:t xml:space="preserve">Tahap </w:t>
            </w:r>
            <w:proofErr w:type="spellStart"/>
            <w:r>
              <w:rPr>
                <w:b/>
                <w:sz w:val="18"/>
              </w:rPr>
              <w:t>dalam</w:t>
            </w:r>
            <w:proofErr w:type="spellEnd"/>
            <w:r>
              <w:rPr>
                <w:b/>
                <w:sz w:val="18"/>
              </w:rPr>
              <w:t xml:space="preserve"> Roadmap</w:t>
            </w:r>
          </w:p>
        </w:tc>
        <w:tc>
          <w:tcPr>
            <w:tcW w:w="4561" w:type="dxa"/>
            <w:tcMar>
              <w:top w:w="90" w:type="dxa"/>
              <w:left w:w="90" w:type="dxa"/>
              <w:bottom w:w="90" w:type="dxa"/>
              <w:right w:w="90" w:type="dxa"/>
            </w:tcMar>
            <w:vAlign w:val="center"/>
          </w:tcPr>
          <w:p w14:paraId="721B95D9" w14:textId="79E07E23" w:rsidR="009F7E46" w:rsidRDefault="00F62598">
            <w:pPr>
              <w:spacing w:after="0"/>
              <w:rPr>
                <w:sz w:val="18"/>
              </w:rPr>
            </w:pPr>
            <w:sdt>
              <w:sdtPr>
                <w:rPr>
                  <w:sz w:val="18"/>
                </w:rPr>
                <w:id w:val="-1163698814"/>
                <w14:checkbox>
                  <w14:checked w14:val="0"/>
                  <w14:checkedState w14:val="0052" w14:font="Wingdings 2"/>
                  <w14:uncheckedState w14:val="2610" w14:font="MS Gothic"/>
                </w14:checkbox>
              </w:sdtPr>
              <w:sdtEndPr/>
              <w:sdtContent>
                <w:r w:rsidR="003A3F46">
                  <w:rPr>
                    <w:rFonts w:ascii="MS Gothic" w:eastAsia="MS Gothic" w:hAnsi="MS Gothic" w:hint="eastAsia"/>
                    <w:sz w:val="18"/>
                  </w:rPr>
                  <w:t>☐</w:t>
                </w:r>
              </w:sdtContent>
            </w:sdt>
            <w:r w:rsidR="009F7E46">
              <w:rPr>
                <w:sz w:val="18"/>
              </w:rPr>
              <w:t xml:space="preserve"> </w:t>
            </w:r>
            <w:proofErr w:type="spellStart"/>
            <w:r w:rsidR="009F7E46">
              <w:rPr>
                <w:sz w:val="18"/>
              </w:rPr>
              <w:t>Identifikasi</w:t>
            </w:r>
            <w:proofErr w:type="spellEnd"/>
            <w:r w:rsidR="009F7E46">
              <w:rPr>
                <w:sz w:val="18"/>
              </w:rPr>
              <w:t xml:space="preserve">/Baseline  </w:t>
            </w:r>
            <w:sdt>
              <w:sdtPr>
                <w:rPr>
                  <w:sz w:val="18"/>
                </w:rPr>
                <w:id w:val="1925686719"/>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Eksploratif</w:t>
            </w:r>
            <w:proofErr w:type="spellEnd"/>
            <w:r w:rsidR="009F7E46">
              <w:rPr>
                <w:sz w:val="18"/>
              </w:rPr>
              <w:t xml:space="preserve">/Dasar  </w:t>
            </w:r>
            <w:sdt>
              <w:sdtPr>
                <w:rPr>
                  <w:sz w:val="18"/>
                </w:rPr>
                <w:id w:val="1539858617"/>
                <w14:checkbox>
                  <w14:checked w14:val="1"/>
                  <w14:checkedState w14:val="0052" w14:font="Wingdings 2"/>
                  <w14:uncheckedState w14:val="2610" w14:font="MS Gothic"/>
                </w14:checkbox>
              </w:sdtPr>
              <w:sdtEndPr/>
              <w:sdtContent>
                <w:r w:rsidR="00135A8A">
                  <w:rPr>
                    <w:sz w:val="18"/>
                  </w:rPr>
                  <w:sym w:font="Wingdings 2" w:char="F052"/>
                </w:r>
              </w:sdtContent>
            </w:sdt>
            <w:r w:rsidR="009F7E46">
              <w:rPr>
                <w:sz w:val="18"/>
              </w:rPr>
              <w:t xml:space="preserve"> </w:t>
            </w:r>
            <w:proofErr w:type="spellStart"/>
            <w:r w:rsidR="009F7E46">
              <w:rPr>
                <w:sz w:val="18"/>
              </w:rPr>
              <w:t>Terapan</w:t>
            </w:r>
            <w:proofErr w:type="spellEnd"/>
            <w:r w:rsidR="009F7E46">
              <w:rPr>
                <w:sz w:val="18"/>
              </w:rPr>
              <w:t xml:space="preserve"> </w:t>
            </w:r>
          </w:p>
          <w:p w14:paraId="27E53562" w14:textId="093F1EDC" w:rsidR="00021266" w:rsidRDefault="00F62598">
            <w:pPr>
              <w:spacing w:after="0"/>
            </w:pPr>
            <w:sdt>
              <w:sdtPr>
                <w:rPr>
                  <w:sz w:val="18"/>
                </w:rPr>
                <w:id w:val="2047878040"/>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Pengembangan</w:t>
            </w:r>
            <w:proofErr w:type="spellEnd"/>
            <w:r w:rsidR="009F7E46">
              <w:rPr>
                <w:sz w:val="18"/>
              </w:rPr>
              <w:br/>
            </w:r>
            <w:sdt>
              <w:sdtPr>
                <w:rPr>
                  <w:sz w:val="18"/>
                </w:rPr>
                <w:id w:val="-1054232392"/>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Validasi</w:t>
            </w:r>
            <w:proofErr w:type="spellEnd"/>
            <w:r w:rsidR="009F7E46">
              <w:rPr>
                <w:sz w:val="18"/>
              </w:rPr>
              <w:t xml:space="preserve">  </w:t>
            </w:r>
            <w:sdt>
              <w:sdtPr>
                <w:rPr>
                  <w:sz w:val="18"/>
                </w:rPr>
                <w:id w:val="-1213344929"/>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Proteksi</w:t>
            </w:r>
            <w:proofErr w:type="spellEnd"/>
            <w:r w:rsidR="009F7E46">
              <w:rPr>
                <w:sz w:val="18"/>
              </w:rPr>
              <w:t xml:space="preserve"> HKI  </w:t>
            </w:r>
            <w:sdt>
              <w:sdtPr>
                <w:rPr>
                  <w:sz w:val="18"/>
                </w:rPr>
                <w:id w:val="-775864114"/>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Hilirisasi</w:t>
            </w:r>
            <w:proofErr w:type="spellEnd"/>
            <w:r w:rsidR="009F7E46">
              <w:rPr>
                <w:sz w:val="18"/>
              </w:rPr>
              <w:t>/</w:t>
            </w:r>
            <w:proofErr w:type="spellStart"/>
            <w:r w:rsidR="009F7E46">
              <w:rPr>
                <w:sz w:val="18"/>
              </w:rPr>
              <w:t>Pemanfaatan</w:t>
            </w:r>
            <w:proofErr w:type="spellEnd"/>
            <w:r w:rsidR="009F7E46">
              <w:rPr>
                <w:sz w:val="18"/>
              </w:rPr>
              <w:t xml:space="preserve">  </w:t>
            </w:r>
            <w:sdt>
              <w:sdtPr>
                <w:rPr>
                  <w:sz w:val="18"/>
                </w:rPr>
                <w:id w:val="447125756"/>
                <w14:checkbox>
                  <w14:checked w14:val="0"/>
                  <w14:checkedState w14:val="0052" w14:font="Wingdings 2"/>
                  <w14:uncheckedState w14:val="2610" w14:font="MS Gothic"/>
                </w14:checkbox>
              </w:sdtPr>
              <w:sdtEndPr/>
              <w:sdtContent>
                <w:r w:rsidR="009F7E46">
                  <w:rPr>
                    <w:rFonts w:ascii="MS Gothic" w:eastAsia="MS Gothic" w:hAnsi="MS Gothic" w:hint="eastAsia"/>
                    <w:sz w:val="18"/>
                  </w:rPr>
                  <w:t>☐</w:t>
                </w:r>
              </w:sdtContent>
            </w:sdt>
            <w:r w:rsidR="009F7E46">
              <w:rPr>
                <w:sz w:val="18"/>
              </w:rPr>
              <w:t xml:space="preserve">  </w:t>
            </w:r>
            <w:proofErr w:type="spellStart"/>
            <w:r w:rsidR="009F7E46">
              <w:rPr>
                <w:sz w:val="18"/>
              </w:rPr>
              <w:t>Dampak</w:t>
            </w:r>
            <w:proofErr w:type="spellEnd"/>
          </w:p>
        </w:tc>
      </w:tr>
      <w:tr w:rsidR="00021266" w14:paraId="7A3B3217" w14:textId="77777777">
        <w:trPr>
          <w:jc w:val="center"/>
        </w:trPr>
        <w:tc>
          <w:tcPr>
            <w:tcW w:w="4561" w:type="dxa"/>
            <w:shd w:val="clear" w:color="auto" w:fill="EAF2F8"/>
            <w:tcMar>
              <w:top w:w="90" w:type="dxa"/>
              <w:left w:w="90" w:type="dxa"/>
              <w:bottom w:w="90" w:type="dxa"/>
              <w:right w:w="90" w:type="dxa"/>
            </w:tcMar>
            <w:vAlign w:val="center"/>
          </w:tcPr>
          <w:p w14:paraId="1E757AC8" w14:textId="77777777" w:rsidR="00021266" w:rsidRPr="003F1B29" w:rsidRDefault="0086301C">
            <w:pPr>
              <w:spacing w:after="0"/>
              <w:rPr>
                <w:lang w:val="nb-NO"/>
              </w:rPr>
            </w:pPr>
            <w:r w:rsidRPr="003F1B29">
              <w:rPr>
                <w:b/>
                <w:sz w:val="18"/>
                <w:lang w:val="nb-NO"/>
              </w:rPr>
              <w:t>Keterkaitan dengan Potensi/Permasalahan Gorontalo</w:t>
            </w:r>
          </w:p>
        </w:tc>
        <w:tc>
          <w:tcPr>
            <w:tcW w:w="4561" w:type="dxa"/>
            <w:tcMar>
              <w:top w:w="90" w:type="dxa"/>
              <w:left w:w="90" w:type="dxa"/>
              <w:bottom w:w="90" w:type="dxa"/>
              <w:right w:w="90" w:type="dxa"/>
            </w:tcMar>
            <w:vAlign w:val="center"/>
          </w:tcPr>
          <w:p w14:paraId="1BF3FCF0" w14:textId="392EABEF" w:rsidR="00021266" w:rsidRDefault="00135A8A">
            <w:pPr>
              <w:spacing w:after="0"/>
            </w:pPr>
            <w:proofErr w:type="spellStart"/>
            <w:r w:rsidRPr="00135A8A">
              <w:rPr>
                <w:sz w:val="18"/>
              </w:rPr>
              <w:t>Akselerasi</w:t>
            </w:r>
            <w:proofErr w:type="spellEnd"/>
            <w:r w:rsidRPr="00135A8A">
              <w:rPr>
                <w:sz w:val="18"/>
              </w:rPr>
              <w:t xml:space="preserve"> </w:t>
            </w:r>
            <w:proofErr w:type="spellStart"/>
            <w:r w:rsidRPr="00135A8A">
              <w:rPr>
                <w:sz w:val="18"/>
              </w:rPr>
              <w:t>transformasi</w:t>
            </w:r>
            <w:proofErr w:type="spellEnd"/>
            <w:r w:rsidRPr="00135A8A">
              <w:rPr>
                <w:sz w:val="18"/>
              </w:rPr>
              <w:t xml:space="preserve"> digital pada </w:t>
            </w:r>
            <w:proofErr w:type="spellStart"/>
            <w:r w:rsidRPr="00135A8A">
              <w:rPr>
                <w:sz w:val="18"/>
              </w:rPr>
              <w:t>sektor</w:t>
            </w:r>
            <w:proofErr w:type="spellEnd"/>
            <w:r w:rsidRPr="00135A8A">
              <w:rPr>
                <w:sz w:val="18"/>
              </w:rPr>
              <w:t xml:space="preserve"> </w:t>
            </w:r>
            <w:proofErr w:type="spellStart"/>
            <w:r w:rsidRPr="00135A8A">
              <w:rPr>
                <w:sz w:val="18"/>
              </w:rPr>
              <w:t>usaha</w:t>
            </w:r>
            <w:proofErr w:type="spellEnd"/>
            <w:r w:rsidRPr="00135A8A">
              <w:rPr>
                <w:sz w:val="18"/>
              </w:rPr>
              <w:t xml:space="preserve"> </w:t>
            </w:r>
            <w:proofErr w:type="spellStart"/>
            <w:r w:rsidRPr="00135A8A">
              <w:rPr>
                <w:sz w:val="18"/>
              </w:rPr>
              <w:t>ritel</w:t>
            </w:r>
            <w:proofErr w:type="spellEnd"/>
            <w:r w:rsidRPr="00135A8A">
              <w:rPr>
                <w:sz w:val="18"/>
              </w:rPr>
              <w:t xml:space="preserve"> dan UMKM di Gorontalo yang </w:t>
            </w:r>
            <w:proofErr w:type="spellStart"/>
            <w:r w:rsidRPr="00135A8A">
              <w:rPr>
                <w:sz w:val="18"/>
              </w:rPr>
              <w:t>sebagian</w:t>
            </w:r>
            <w:proofErr w:type="spellEnd"/>
            <w:r w:rsidRPr="00135A8A">
              <w:rPr>
                <w:sz w:val="18"/>
              </w:rPr>
              <w:t xml:space="preserve"> </w:t>
            </w:r>
            <w:proofErr w:type="spellStart"/>
            <w:r w:rsidRPr="00135A8A">
              <w:rPr>
                <w:sz w:val="18"/>
              </w:rPr>
              <w:t>besar</w:t>
            </w:r>
            <w:proofErr w:type="spellEnd"/>
            <w:r w:rsidRPr="00135A8A">
              <w:rPr>
                <w:sz w:val="18"/>
              </w:rPr>
              <w:t xml:space="preserve"> </w:t>
            </w:r>
            <w:proofErr w:type="spellStart"/>
            <w:r w:rsidRPr="00135A8A">
              <w:rPr>
                <w:sz w:val="18"/>
              </w:rPr>
              <w:t>masih</w:t>
            </w:r>
            <w:proofErr w:type="spellEnd"/>
            <w:r w:rsidRPr="00135A8A">
              <w:rPr>
                <w:sz w:val="18"/>
              </w:rPr>
              <w:t xml:space="preserve"> </w:t>
            </w:r>
            <w:proofErr w:type="spellStart"/>
            <w:r w:rsidRPr="00135A8A">
              <w:rPr>
                <w:sz w:val="18"/>
              </w:rPr>
              <w:t>mengandalkan</w:t>
            </w:r>
            <w:proofErr w:type="spellEnd"/>
            <w:r w:rsidRPr="00135A8A">
              <w:rPr>
                <w:sz w:val="18"/>
              </w:rPr>
              <w:t xml:space="preserve"> </w:t>
            </w:r>
            <w:proofErr w:type="spellStart"/>
            <w:r w:rsidRPr="00135A8A">
              <w:rPr>
                <w:sz w:val="18"/>
              </w:rPr>
              <w:t>pencatatan</w:t>
            </w:r>
            <w:proofErr w:type="spellEnd"/>
            <w:r w:rsidRPr="00135A8A">
              <w:rPr>
                <w:sz w:val="18"/>
              </w:rPr>
              <w:t xml:space="preserve"> </w:t>
            </w:r>
            <w:proofErr w:type="spellStart"/>
            <w:r w:rsidRPr="00135A8A">
              <w:rPr>
                <w:sz w:val="18"/>
              </w:rPr>
              <w:t>penjualan</w:t>
            </w:r>
            <w:proofErr w:type="spellEnd"/>
            <w:r w:rsidRPr="00135A8A">
              <w:rPr>
                <w:sz w:val="18"/>
              </w:rPr>
              <w:t xml:space="preserve"> </w:t>
            </w:r>
            <w:proofErr w:type="spellStart"/>
            <w:r w:rsidRPr="00135A8A">
              <w:rPr>
                <w:sz w:val="18"/>
              </w:rPr>
              <w:t>konvensional</w:t>
            </w:r>
            <w:proofErr w:type="spellEnd"/>
            <w:r w:rsidRPr="00135A8A">
              <w:rPr>
                <w:sz w:val="18"/>
              </w:rPr>
              <w:t xml:space="preserve"> </w:t>
            </w:r>
            <w:proofErr w:type="spellStart"/>
            <w:r w:rsidRPr="00135A8A">
              <w:rPr>
                <w:sz w:val="18"/>
              </w:rPr>
              <w:t>atau</w:t>
            </w:r>
            <w:proofErr w:type="spellEnd"/>
            <w:r w:rsidRPr="00135A8A">
              <w:rPr>
                <w:sz w:val="18"/>
              </w:rPr>
              <w:t xml:space="preserve"> spreadsheet </w:t>
            </w:r>
            <w:proofErr w:type="spellStart"/>
            <w:r w:rsidRPr="00135A8A">
              <w:rPr>
                <w:sz w:val="18"/>
              </w:rPr>
              <w:t>terpisah</w:t>
            </w:r>
            <w:proofErr w:type="spellEnd"/>
            <w:r w:rsidRPr="00135A8A">
              <w:rPr>
                <w:sz w:val="18"/>
              </w:rPr>
              <w:t xml:space="preserve">, </w:t>
            </w:r>
            <w:proofErr w:type="spellStart"/>
            <w:r w:rsidRPr="00135A8A">
              <w:rPr>
                <w:sz w:val="18"/>
              </w:rPr>
              <w:t>sehingga</w:t>
            </w:r>
            <w:proofErr w:type="spellEnd"/>
            <w:r w:rsidRPr="00135A8A">
              <w:rPr>
                <w:sz w:val="18"/>
              </w:rPr>
              <w:t xml:space="preserve"> </w:t>
            </w:r>
            <w:proofErr w:type="spellStart"/>
            <w:r w:rsidRPr="00135A8A">
              <w:rPr>
                <w:sz w:val="18"/>
              </w:rPr>
              <w:t>menyulitkan</w:t>
            </w:r>
            <w:proofErr w:type="spellEnd"/>
            <w:r w:rsidRPr="00135A8A">
              <w:rPr>
                <w:sz w:val="18"/>
              </w:rPr>
              <w:t xml:space="preserve"> </w:t>
            </w:r>
            <w:proofErr w:type="spellStart"/>
            <w:r w:rsidRPr="00135A8A">
              <w:rPr>
                <w:sz w:val="18"/>
              </w:rPr>
              <w:t>analisis</w:t>
            </w:r>
            <w:proofErr w:type="spellEnd"/>
            <w:r w:rsidRPr="00135A8A">
              <w:rPr>
                <w:sz w:val="18"/>
              </w:rPr>
              <w:t xml:space="preserve"> </w:t>
            </w:r>
            <w:proofErr w:type="spellStart"/>
            <w:r w:rsidRPr="00135A8A">
              <w:rPr>
                <w:sz w:val="18"/>
              </w:rPr>
              <w:t>performa</w:t>
            </w:r>
            <w:proofErr w:type="spellEnd"/>
            <w:r w:rsidRPr="00135A8A">
              <w:rPr>
                <w:sz w:val="18"/>
              </w:rPr>
              <w:t xml:space="preserve"> </w:t>
            </w:r>
            <w:proofErr w:type="spellStart"/>
            <w:r w:rsidRPr="00135A8A">
              <w:rPr>
                <w:sz w:val="18"/>
              </w:rPr>
              <w:t>bisnis</w:t>
            </w:r>
            <w:proofErr w:type="spellEnd"/>
            <w:r w:rsidRPr="00135A8A">
              <w:rPr>
                <w:sz w:val="18"/>
              </w:rPr>
              <w:t xml:space="preserve"> </w:t>
            </w:r>
            <w:proofErr w:type="spellStart"/>
            <w:r w:rsidRPr="00135A8A">
              <w:rPr>
                <w:sz w:val="18"/>
              </w:rPr>
              <w:t>secara</w:t>
            </w:r>
            <w:proofErr w:type="spellEnd"/>
            <w:r w:rsidRPr="00135A8A">
              <w:rPr>
                <w:sz w:val="18"/>
              </w:rPr>
              <w:t xml:space="preserve"> real-time</w:t>
            </w:r>
          </w:p>
        </w:tc>
      </w:tr>
      <w:tr w:rsidR="00021266" w14:paraId="38FBE06C" w14:textId="77777777">
        <w:trPr>
          <w:jc w:val="center"/>
        </w:trPr>
        <w:tc>
          <w:tcPr>
            <w:tcW w:w="4561" w:type="dxa"/>
            <w:shd w:val="clear" w:color="auto" w:fill="EAF2F8"/>
            <w:tcMar>
              <w:top w:w="90" w:type="dxa"/>
              <w:left w:w="90" w:type="dxa"/>
              <w:bottom w:w="90" w:type="dxa"/>
              <w:right w:w="90" w:type="dxa"/>
            </w:tcMar>
            <w:vAlign w:val="center"/>
          </w:tcPr>
          <w:p w14:paraId="4BFD9151" w14:textId="77777777" w:rsidR="00021266" w:rsidRPr="003F1B29" w:rsidRDefault="0086301C">
            <w:pPr>
              <w:spacing w:after="0"/>
              <w:rPr>
                <w:lang w:val="nb-NO"/>
              </w:rPr>
            </w:pPr>
            <w:r w:rsidRPr="003F1B29">
              <w:rPr>
                <w:b/>
                <w:sz w:val="18"/>
                <w:lang w:val="nb-NO"/>
              </w:rPr>
              <w:t>Keterkaitan dengan SDGs (jika relevan)</w:t>
            </w:r>
          </w:p>
        </w:tc>
        <w:tc>
          <w:tcPr>
            <w:tcW w:w="4561" w:type="dxa"/>
            <w:tcMar>
              <w:top w:w="90" w:type="dxa"/>
              <w:left w:w="90" w:type="dxa"/>
              <w:bottom w:w="90" w:type="dxa"/>
              <w:right w:w="90" w:type="dxa"/>
            </w:tcMar>
            <w:vAlign w:val="center"/>
          </w:tcPr>
          <w:p w14:paraId="1509DACB" w14:textId="77777777" w:rsidR="00021266" w:rsidRPr="00135A8A" w:rsidRDefault="00135A8A" w:rsidP="00135A8A">
            <w:pPr>
              <w:pStyle w:val="ListParagraph"/>
              <w:numPr>
                <w:ilvl w:val="0"/>
                <w:numId w:val="12"/>
              </w:numPr>
              <w:spacing w:after="0"/>
              <w:rPr>
                <w:sz w:val="18"/>
                <w:szCs w:val="18"/>
              </w:rPr>
            </w:pPr>
            <w:r w:rsidRPr="00135A8A">
              <w:rPr>
                <w:sz w:val="18"/>
                <w:szCs w:val="18"/>
              </w:rPr>
              <w:t xml:space="preserve">SDG 8: </w:t>
            </w:r>
            <w:proofErr w:type="spellStart"/>
            <w:r w:rsidRPr="00135A8A">
              <w:rPr>
                <w:sz w:val="18"/>
                <w:szCs w:val="18"/>
              </w:rPr>
              <w:t>Pekerjaan</w:t>
            </w:r>
            <w:proofErr w:type="spellEnd"/>
            <w:r w:rsidRPr="00135A8A">
              <w:rPr>
                <w:sz w:val="18"/>
                <w:szCs w:val="18"/>
              </w:rPr>
              <w:t xml:space="preserve"> Layak dan </w:t>
            </w:r>
            <w:proofErr w:type="spellStart"/>
            <w:r w:rsidRPr="00135A8A">
              <w:rPr>
                <w:sz w:val="18"/>
                <w:szCs w:val="18"/>
              </w:rPr>
              <w:t>Pertumbuhan</w:t>
            </w:r>
            <w:proofErr w:type="spellEnd"/>
            <w:r w:rsidRPr="00135A8A">
              <w:rPr>
                <w:sz w:val="18"/>
                <w:szCs w:val="18"/>
              </w:rPr>
              <w:t xml:space="preserve"> </w:t>
            </w:r>
            <w:proofErr w:type="spellStart"/>
            <w:r w:rsidRPr="00135A8A">
              <w:rPr>
                <w:sz w:val="18"/>
                <w:szCs w:val="18"/>
              </w:rPr>
              <w:t>Ekonomi</w:t>
            </w:r>
            <w:proofErr w:type="spellEnd"/>
            <w:r w:rsidRPr="00135A8A">
              <w:rPr>
                <w:sz w:val="18"/>
                <w:szCs w:val="18"/>
              </w:rPr>
              <w:t xml:space="preserve"> (</w:t>
            </w:r>
            <w:proofErr w:type="spellStart"/>
            <w:r w:rsidRPr="00135A8A">
              <w:rPr>
                <w:sz w:val="18"/>
                <w:szCs w:val="18"/>
              </w:rPr>
              <w:t>memperkuat</w:t>
            </w:r>
            <w:proofErr w:type="spellEnd"/>
            <w:r w:rsidRPr="00135A8A">
              <w:rPr>
                <w:sz w:val="18"/>
                <w:szCs w:val="18"/>
              </w:rPr>
              <w:t xml:space="preserve"> </w:t>
            </w:r>
            <w:proofErr w:type="spellStart"/>
            <w:r w:rsidRPr="00135A8A">
              <w:rPr>
                <w:sz w:val="18"/>
                <w:szCs w:val="18"/>
              </w:rPr>
              <w:t>kapasitas</w:t>
            </w:r>
            <w:proofErr w:type="spellEnd"/>
            <w:r w:rsidRPr="00135A8A">
              <w:rPr>
                <w:sz w:val="18"/>
                <w:szCs w:val="18"/>
              </w:rPr>
              <w:t xml:space="preserve"> </w:t>
            </w:r>
            <w:proofErr w:type="spellStart"/>
            <w:r w:rsidRPr="00135A8A">
              <w:rPr>
                <w:sz w:val="18"/>
                <w:szCs w:val="18"/>
              </w:rPr>
              <w:t>lembaga</w:t>
            </w:r>
            <w:proofErr w:type="spellEnd"/>
            <w:r w:rsidRPr="00135A8A">
              <w:rPr>
                <w:sz w:val="18"/>
                <w:szCs w:val="18"/>
              </w:rPr>
              <w:t xml:space="preserve"> </w:t>
            </w:r>
            <w:proofErr w:type="spellStart"/>
            <w:r w:rsidRPr="00135A8A">
              <w:rPr>
                <w:sz w:val="18"/>
                <w:szCs w:val="18"/>
              </w:rPr>
              <w:t>keuangan</w:t>
            </w:r>
            <w:proofErr w:type="spellEnd"/>
            <w:r w:rsidRPr="00135A8A">
              <w:rPr>
                <w:sz w:val="18"/>
                <w:szCs w:val="18"/>
              </w:rPr>
              <w:t>/</w:t>
            </w:r>
            <w:proofErr w:type="spellStart"/>
            <w:r w:rsidRPr="00135A8A">
              <w:rPr>
                <w:sz w:val="18"/>
                <w:szCs w:val="18"/>
              </w:rPr>
              <w:t>bisnis</w:t>
            </w:r>
            <w:proofErr w:type="spellEnd"/>
            <w:r w:rsidRPr="00135A8A">
              <w:rPr>
                <w:sz w:val="18"/>
                <w:szCs w:val="18"/>
              </w:rPr>
              <w:t xml:space="preserve"> </w:t>
            </w:r>
            <w:proofErr w:type="spellStart"/>
            <w:r w:rsidRPr="00135A8A">
              <w:rPr>
                <w:sz w:val="18"/>
                <w:szCs w:val="18"/>
              </w:rPr>
              <w:t>lokal</w:t>
            </w:r>
            <w:proofErr w:type="spellEnd"/>
            <w:r w:rsidRPr="00135A8A">
              <w:rPr>
                <w:sz w:val="18"/>
                <w:szCs w:val="18"/>
              </w:rPr>
              <w:t xml:space="preserve"> </w:t>
            </w:r>
            <w:proofErr w:type="spellStart"/>
            <w:r w:rsidRPr="00135A8A">
              <w:rPr>
                <w:sz w:val="18"/>
                <w:szCs w:val="18"/>
              </w:rPr>
              <w:t>melalui</w:t>
            </w:r>
            <w:proofErr w:type="spellEnd"/>
            <w:r w:rsidRPr="00135A8A">
              <w:rPr>
                <w:sz w:val="18"/>
                <w:szCs w:val="18"/>
              </w:rPr>
              <w:t xml:space="preserve"> </w:t>
            </w:r>
            <w:proofErr w:type="spellStart"/>
            <w:r w:rsidRPr="00135A8A">
              <w:rPr>
                <w:sz w:val="18"/>
                <w:szCs w:val="18"/>
              </w:rPr>
              <w:t>efisiensi</w:t>
            </w:r>
            <w:proofErr w:type="spellEnd"/>
            <w:r w:rsidRPr="00135A8A">
              <w:rPr>
                <w:sz w:val="18"/>
                <w:szCs w:val="18"/>
              </w:rPr>
              <w:t xml:space="preserve"> </w:t>
            </w:r>
            <w:proofErr w:type="spellStart"/>
            <w:r w:rsidRPr="00135A8A">
              <w:rPr>
                <w:sz w:val="18"/>
                <w:szCs w:val="18"/>
              </w:rPr>
              <w:t>analisis</w:t>
            </w:r>
            <w:proofErr w:type="spellEnd"/>
            <w:r w:rsidRPr="00135A8A">
              <w:rPr>
                <w:sz w:val="18"/>
                <w:szCs w:val="18"/>
              </w:rPr>
              <w:t>).</w:t>
            </w:r>
          </w:p>
          <w:p w14:paraId="59BCBF18" w14:textId="1FD456CC" w:rsidR="00135A8A" w:rsidRPr="00135A8A" w:rsidRDefault="00135A8A" w:rsidP="00135A8A">
            <w:pPr>
              <w:pStyle w:val="ListParagraph"/>
              <w:numPr>
                <w:ilvl w:val="0"/>
                <w:numId w:val="12"/>
              </w:numPr>
              <w:spacing w:after="0"/>
              <w:rPr>
                <w:sz w:val="18"/>
                <w:szCs w:val="18"/>
              </w:rPr>
            </w:pPr>
            <w:r w:rsidRPr="00135A8A">
              <w:rPr>
                <w:sz w:val="18"/>
                <w:szCs w:val="18"/>
              </w:rPr>
              <w:t xml:space="preserve">SDG 9: </w:t>
            </w:r>
            <w:proofErr w:type="spellStart"/>
            <w:r w:rsidRPr="00135A8A">
              <w:rPr>
                <w:sz w:val="18"/>
                <w:szCs w:val="18"/>
              </w:rPr>
              <w:t>Industri</w:t>
            </w:r>
            <w:proofErr w:type="spellEnd"/>
            <w:r w:rsidRPr="00135A8A">
              <w:rPr>
                <w:sz w:val="18"/>
                <w:szCs w:val="18"/>
              </w:rPr>
              <w:t xml:space="preserve">, </w:t>
            </w:r>
            <w:proofErr w:type="spellStart"/>
            <w:r w:rsidRPr="00135A8A">
              <w:rPr>
                <w:sz w:val="18"/>
                <w:szCs w:val="18"/>
              </w:rPr>
              <w:t>Inovasi</w:t>
            </w:r>
            <w:proofErr w:type="spellEnd"/>
            <w:r w:rsidRPr="00135A8A">
              <w:rPr>
                <w:sz w:val="18"/>
                <w:szCs w:val="18"/>
              </w:rPr>
              <w:t xml:space="preserve">, dan </w:t>
            </w:r>
            <w:proofErr w:type="spellStart"/>
            <w:r w:rsidRPr="00135A8A">
              <w:rPr>
                <w:sz w:val="18"/>
                <w:szCs w:val="18"/>
              </w:rPr>
              <w:t>Infrastruktur</w:t>
            </w:r>
            <w:proofErr w:type="spellEnd"/>
            <w:r w:rsidRPr="00135A8A">
              <w:rPr>
                <w:sz w:val="18"/>
                <w:szCs w:val="18"/>
              </w:rPr>
              <w:t xml:space="preserve"> (</w:t>
            </w:r>
            <w:proofErr w:type="spellStart"/>
            <w:r w:rsidRPr="00135A8A">
              <w:rPr>
                <w:sz w:val="18"/>
                <w:szCs w:val="18"/>
              </w:rPr>
              <w:t>meningkatkan</w:t>
            </w:r>
            <w:proofErr w:type="spellEnd"/>
            <w:r w:rsidRPr="00135A8A">
              <w:rPr>
                <w:sz w:val="18"/>
                <w:szCs w:val="18"/>
              </w:rPr>
              <w:t xml:space="preserve"> </w:t>
            </w:r>
            <w:proofErr w:type="spellStart"/>
            <w:r w:rsidRPr="00135A8A">
              <w:rPr>
                <w:sz w:val="18"/>
                <w:szCs w:val="18"/>
              </w:rPr>
              <w:t>akses</w:t>
            </w:r>
            <w:proofErr w:type="spellEnd"/>
            <w:r w:rsidRPr="00135A8A">
              <w:rPr>
                <w:sz w:val="18"/>
                <w:szCs w:val="18"/>
              </w:rPr>
              <w:t xml:space="preserve"> </w:t>
            </w:r>
            <w:proofErr w:type="spellStart"/>
            <w:r w:rsidRPr="00135A8A">
              <w:rPr>
                <w:sz w:val="18"/>
                <w:szCs w:val="18"/>
              </w:rPr>
              <w:t>teknologi</w:t>
            </w:r>
            <w:proofErr w:type="spellEnd"/>
            <w:r w:rsidRPr="00135A8A">
              <w:rPr>
                <w:sz w:val="18"/>
                <w:szCs w:val="18"/>
              </w:rPr>
              <w:t xml:space="preserve"> </w:t>
            </w:r>
            <w:proofErr w:type="spellStart"/>
            <w:r w:rsidRPr="00135A8A">
              <w:rPr>
                <w:sz w:val="18"/>
                <w:szCs w:val="18"/>
              </w:rPr>
              <w:t>informasi</w:t>
            </w:r>
            <w:proofErr w:type="spellEnd"/>
            <w:r w:rsidRPr="00135A8A">
              <w:rPr>
                <w:sz w:val="18"/>
                <w:szCs w:val="18"/>
              </w:rPr>
              <w:t xml:space="preserve"> dan </w:t>
            </w:r>
            <w:proofErr w:type="spellStart"/>
            <w:r w:rsidRPr="00135A8A">
              <w:rPr>
                <w:sz w:val="18"/>
                <w:szCs w:val="18"/>
              </w:rPr>
              <w:lastRenderedPageBreak/>
              <w:t>analitik</w:t>
            </w:r>
            <w:proofErr w:type="spellEnd"/>
            <w:r w:rsidRPr="00135A8A">
              <w:rPr>
                <w:sz w:val="18"/>
                <w:szCs w:val="18"/>
              </w:rPr>
              <w:t xml:space="preserve"> data </w:t>
            </w:r>
            <w:proofErr w:type="spellStart"/>
            <w:r w:rsidRPr="00135A8A">
              <w:rPr>
                <w:sz w:val="18"/>
                <w:szCs w:val="18"/>
              </w:rPr>
              <w:t>bagi</w:t>
            </w:r>
            <w:proofErr w:type="spellEnd"/>
            <w:r w:rsidRPr="00135A8A">
              <w:rPr>
                <w:sz w:val="18"/>
                <w:szCs w:val="18"/>
              </w:rPr>
              <w:t xml:space="preserve"> </w:t>
            </w:r>
            <w:proofErr w:type="spellStart"/>
            <w:r w:rsidRPr="00135A8A">
              <w:rPr>
                <w:sz w:val="18"/>
                <w:szCs w:val="18"/>
              </w:rPr>
              <w:t>sektor</w:t>
            </w:r>
            <w:proofErr w:type="spellEnd"/>
            <w:r w:rsidRPr="00135A8A">
              <w:rPr>
                <w:sz w:val="18"/>
                <w:szCs w:val="18"/>
              </w:rPr>
              <w:t xml:space="preserve"> </w:t>
            </w:r>
            <w:proofErr w:type="spellStart"/>
            <w:r w:rsidRPr="00135A8A">
              <w:rPr>
                <w:sz w:val="18"/>
                <w:szCs w:val="18"/>
              </w:rPr>
              <w:t>usaha</w:t>
            </w:r>
            <w:proofErr w:type="spellEnd"/>
            <w:r w:rsidRPr="00135A8A">
              <w:rPr>
                <w:sz w:val="18"/>
                <w:szCs w:val="18"/>
              </w:rPr>
              <w:t>).</w:t>
            </w:r>
          </w:p>
        </w:tc>
      </w:tr>
      <w:tr w:rsidR="00021266" w:rsidRPr="003F1B29" w14:paraId="49068CCB" w14:textId="77777777" w:rsidTr="003A3F46">
        <w:trPr>
          <w:trHeight w:val="72"/>
          <w:jc w:val="center"/>
        </w:trPr>
        <w:tc>
          <w:tcPr>
            <w:tcW w:w="4561" w:type="dxa"/>
            <w:shd w:val="clear" w:color="auto" w:fill="EAF2F8"/>
            <w:tcMar>
              <w:top w:w="90" w:type="dxa"/>
              <w:left w:w="90" w:type="dxa"/>
              <w:bottom w:w="90" w:type="dxa"/>
              <w:right w:w="90" w:type="dxa"/>
            </w:tcMar>
            <w:vAlign w:val="center"/>
          </w:tcPr>
          <w:p w14:paraId="31DD6DDF" w14:textId="77777777" w:rsidR="00021266" w:rsidRDefault="0086301C">
            <w:pPr>
              <w:spacing w:after="0"/>
            </w:pPr>
            <w:r>
              <w:rPr>
                <w:b/>
                <w:sz w:val="18"/>
              </w:rPr>
              <w:lastRenderedPageBreak/>
              <w:t xml:space="preserve">Sifat </w:t>
            </w:r>
            <w:proofErr w:type="spellStart"/>
            <w:r>
              <w:rPr>
                <w:b/>
                <w:sz w:val="18"/>
              </w:rPr>
              <w:t>Penelitian</w:t>
            </w:r>
            <w:proofErr w:type="spellEnd"/>
          </w:p>
        </w:tc>
        <w:tc>
          <w:tcPr>
            <w:tcW w:w="4561" w:type="dxa"/>
            <w:tcMar>
              <w:top w:w="90" w:type="dxa"/>
              <w:left w:w="90" w:type="dxa"/>
              <w:bottom w:w="90" w:type="dxa"/>
              <w:right w:w="90" w:type="dxa"/>
            </w:tcMar>
            <w:vAlign w:val="center"/>
          </w:tcPr>
          <w:p w14:paraId="474F57D4" w14:textId="25B6971F" w:rsidR="009F7E46" w:rsidRDefault="00F62598">
            <w:pPr>
              <w:spacing w:after="0"/>
              <w:rPr>
                <w:sz w:val="18"/>
                <w:lang w:val="nb-NO"/>
              </w:rPr>
            </w:pPr>
            <w:sdt>
              <w:sdtPr>
                <w:rPr>
                  <w:sz w:val="18"/>
                  <w:lang w:val="nb-NO"/>
                </w:rPr>
                <w:id w:val="1044949569"/>
                <w14:checkbox>
                  <w14:checked w14:val="0"/>
                  <w14:checkedState w14:val="0052" w14:font="Wingdings 2"/>
                  <w14:uncheckedState w14:val="2610" w14:font="MS Gothic"/>
                </w14:checkbox>
              </w:sdtPr>
              <w:sdtEndPr/>
              <w:sdtContent>
                <w:r w:rsidR="009F7E46">
                  <w:rPr>
                    <w:rFonts w:ascii="MS Gothic" w:eastAsia="MS Gothic" w:hAnsi="MS Gothic" w:hint="eastAsia"/>
                    <w:sz w:val="18"/>
                    <w:lang w:val="nb-NO"/>
                  </w:rPr>
                  <w:t>☐</w:t>
                </w:r>
              </w:sdtContent>
            </w:sdt>
            <w:r w:rsidR="009F7E46" w:rsidRPr="003F1B29">
              <w:rPr>
                <w:sz w:val="18"/>
                <w:lang w:val="nb-NO"/>
              </w:rPr>
              <w:t xml:space="preserve"> Individual  </w:t>
            </w:r>
            <w:sdt>
              <w:sdtPr>
                <w:rPr>
                  <w:sz w:val="18"/>
                  <w:lang w:val="nb-NO"/>
                </w:rPr>
                <w:id w:val="862948405"/>
                <w14:checkbox>
                  <w14:checked w14:val="0"/>
                  <w14:checkedState w14:val="0052" w14:font="Wingdings 2"/>
                  <w14:uncheckedState w14:val="2610" w14:font="MS Gothic"/>
                </w14:checkbox>
              </w:sdtPr>
              <w:sdtEndPr/>
              <w:sdtContent>
                <w:r w:rsidR="00F156E3">
                  <w:rPr>
                    <w:rFonts w:ascii="MS Gothic" w:eastAsia="MS Gothic" w:hAnsi="MS Gothic" w:hint="eastAsia"/>
                    <w:sz w:val="18"/>
                    <w:lang w:val="nb-NO"/>
                  </w:rPr>
                  <w:t>☐</w:t>
                </w:r>
              </w:sdtContent>
            </w:sdt>
            <w:r w:rsidR="009F7E46" w:rsidRPr="003F1B29">
              <w:rPr>
                <w:sz w:val="18"/>
                <w:lang w:val="nb-NO"/>
              </w:rPr>
              <w:t xml:space="preserve"> Kelompok Riset  </w:t>
            </w:r>
            <w:sdt>
              <w:sdtPr>
                <w:rPr>
                  <w:sz w:val="18"/>
                  <w:lang w:val="nb-NO"/>
                </w:rPr>
                <w:id w:val="331959652"/>
                <w14:checkbox>
                  <w14:checked w14:val="1"/>
                  <w14:checkedState w14:val="0052" w14:font="Wingdings 2"/>
                  <w14:uncheckedState w14:val="2610" w14:font="MS Gothic"/>
                </w14:checkbox>
              </w:sdtPr>
              <w:sdtEndPr/>
              <w:sdtContent>
                <w:r w:rsidR="00F156E3">
                  <w:rPr>
                    <w:sz w:val="18"/>
                    <w:lang w:val="nb-NO"/>
                  </w:rPr>
                  <w:sym w:font="Wingdings 2" w:char="F052"/>
                </w:r>
              </w:sdtContent>
            </w:sdt>
            <w:r w:rsidR="009F7E46" w:rsidRPr="003F1B29">
              <w:rPr>
                <w:sz w:val="18"/>
                <w:lang w:val="nb-NO"/>
              </w:rPr>
              <w:t xml:space="preserve"> Lintas Prodi/Multidisiplin </w:t>
            </w:r>
          </w:p>
          <w:p w14:paraId="16CCC74D" w14:textId="49E9434C" w:rsidR="00021266" w:rsidRPr="003F1B29" w:rsidRDefault="00F62598">
            <w:pPr>
              <w:spacing w:after="0"/>
              <w:rPr>
                <w:lang w:val="nb-NO"/>
              </w:rPr>
            </w:pPr>
            <w:sdt>
              <w:sdtPr>
                <w:rPr>
                  <w:sz w:val="18"/>
                  <w:lang w:val="nb-NO"/>
                </w:rPr>
                <w:id w:val="397865975"/>
                <w14:checkbox>
                  <w14:checked w14:val="0"/>
                  <w14:checkedState w14:val="0052" w14:font="Wingdings 2"/>
                  <w14:uncheckedState w14:val="2610" w14:font="MS Gothic"/>
                </w14:checkbox>
              </w:sdtPr>
              <w:sdtEndPr/>
              <w:sdtContent>
                <w:r w:rsidR="009F7E46" w:rsidRPr="009F7E46">
                  <w:rPr>
                    <w:rFonts w:ascii="MS Gothic" w:eastAsia="MS Gothic" w:hAnsi="MS Gothic" w:hint="eastAsia"/>
                    <w:sz w:val="18"/>
                    <w:lang w:val="nb-NO"/>
                  </w:rPr>
                  <w:t>☐</w:t>
                </w:r>
              </w:sdtContent>
            </w:sdt>
            <w:r w:rsidR="009F7E46" w:rsidRPr="003F1B29">
              <w:rPr>
                <w:sz w:val="18"/>
                <w:lang w:val="nb-NO"/>
              </w:rPr>
              <w:t xml:space="preserve"> Kolaborasi dengan Mitra</w:t>
            </w:r>
          </w:p>
        </w:tc>
      </w:tr>
    </w:tbl>
    <w:p w14:paraId="1B542DF3" w14:textId="77777777" w:rsidR="00021266" w:rsidRPr="003F1B29" w:rsidRDefault="0086301C">
      <w:pPr>
        <w:spacing w:before="160" w:after="100"/>
        <w:rPr>
          <w:lang w:val="nb-NO"/>
        </w:rPr>
      </w:pPr>
      <w:r w:rsidRPr="003F1B29">
        <w:rPr>
          <w:b/>
          <w:sz w:val="24"/>
          <w:lang w:val="nb-NO"/>
        </w:rPr>
        <w:t>C. RINGKASAN</w:t>
      </w:r>
    </w:p>
    <w:p w14:paraId="18834738" w14:textId="1B2F53DA" w:rsidR="00F156E3" w:rsidRPr="00F227DE" w:rsidRDefault="00F156E3" w:rsidP="00F227DE">
      <w:pPr>
        <w:jc w:val="both"/>
        <w:rPr>
          <w:sz w:val="24"/>
          <w:szCs w:val="24"/>
          <w:lang w:val="nb-NO"/>
        </w:rPr>
      </w:pPr>
      <w:r w:rsidRPr="00F227DE">
        <w:rPr>
          <w:sz w:val="24"/>
          <w:szCs w:val="24"/>
          <w:lang w:val="nb-NO"/>
        </w:rPr>
        <w:t>Seiring pertumbuhan data transaksi pada industri ritel, kendala utama yang dihadapi oleh pengelola usaha adalah fenomena data silo kondisi di mana data penjualan terisolasi dalam spreadsheet mentah tanpa analisis terpadu. Permasalahan ini menyebabkan proses pembuatan laporan kinerja membutuhkan waktu lama dan membatasi pihak manajemen dalam mengambil keputusan strategis berbasis data (data-driven decision). Penelitian ini bertujuan untuk merancang Data Warehouse dan Dashboard Business Intelligence (BI) yang terintegrasi guna memantau indikator kinerja utama (Key Performance Indicators/KPI) penjualan secara interaktif.</w:t>
      </w:r>
    </w:p>
    <w:p w14:paraId="3A4C9AF7" w14:textId="6C7FEEA6" w:rsidR="00F156E3" w:rsidRPr="00F227DE" w:rsidRDefault="00F156E3" w:rsidP="00F227DE">
      <w:pPr>
        <w:jc w:val="both"/>
        <w:rPr>
          <w:sz w:val="24"/>
          <w:szCs w:val="24"/>
          <w:lang w:val="nb-NO"/>
        </w:rPr>
      </w:pPr>
      <w:r w:rsidRPr="00F227DE">
        <w:rPr>
          <w:sz w:val="24"/>
          <w:szCs w:val="24"/>
          <w:lang w:val="nb-NO"/>
        </w:rPr>
        <w:t>Metodologi penelitian mengadopsi pendekatan Ralph Kimball 4-Step Dimensional Design yang meliputi: (1) Select Business Process, (2) Declare Grain, (3) Identify Dimensions, dan (4) Identify Facts. Data transaksi diekstrak, ditransformasi, dan dimuat (ETL) ke dalam arsitektur Skema Bintang (Star Schema) yang menghubungkan 1 tabel fakta (Fact Sales) dengan 4 tabel dimensi (Dim Date, Dim Location, Dim Customer, Dim Product). Alat visualisasi yang digunakan adalah Microsoft Power BI Desktop untuk menyajikan grafik tren omzet bulanan, persebaran penjualan antar wilayah, dan segmentasi pasar. Pengujian keterpakaian antarmuka dashboard dilakukan menggunakan System Usability Scale (SUS) kepada pengguna akhir.</w:t>
      </w:r>
    </w:p>
    <w:p w14:paraId="384BFA2A" w14:textId="77777777" w:rsidR="00F156E3" w:rsidRPr="00F227DE" w:rsidRDefault="00F156E3" w:rsidP="00F227DE">
      <w:pPr>
        <w:jc w:val="both"/>
        <w:rPr>
          <w:sz w:val="24"/>
          <w:szCs w:val="24"/>
          <w:lang w:val="nb-NO"/>
        </w:rPr>
      </w:pPr>
      <w:r w:rsidRPr="00F227DE">
        <w:rPr>
          <w:sz w:val="24"/>
          <w:szCs w:val="24"/>
          <w:lang w:val="nb-NO"/>
        </w:rPr>
        <w:t>Luaran utama dari penelitian ini adalah artikel ilmiah yang dipublikasikan pada Jurnal Terakreditasi SINTA 4 dan Hak Cipta (HKI) untuk desain interaktif dashboard BI. Hasil penelitian ini memberikan kontribusi praktis dalam mempercepat proses evaluasi bisnis ritel serta memberikan kontribusi akademis terkait penerapan terstruktur metodologi Kimball pada alat BI modern.</w:t>
      </w:r>
    </w:p>
    <w:p w14:paraId="6DCA8F81" w14:textId="54C0B3E1" w:rsidR="00021266" w:rsidRPr="003F1B29" w:rsidRDefault="0086301C" w:rsidP="00F227DE">
      <w:pPr>
        <w:jc w:val="both"/>
        <w:rPr>
          <w:lang w:val="nb-NO"/>
        </w:rPr>
      </w:pPr>
      <w:r w:rsidRPr="00F227DE">
        <w:rPr>
          <w:b/>
          <w:sz w:val="24"/>
          <w:szCs w:val="24"/>
          <w:lang w:val="nb-NO"/>
        </w:rPr>
        <w:t xml:space="preserve">Kata Kunci: </w:t>
      </w:r>
      <w:r w:rsidR="00F156E3" w:rsidRPr="00F227DE">
        <w:rPr>
          <w:sz w:val="24"/>
          <w:szCs w:val="24"/>
          <w:lang w:val="nb-NO"/>
        </w:rPr>
        <w:t>Business Intelligence; Data Warehouse; Ralph Kimball; Star Schema; Power BI.</w:t>
      </w:r>
    </w:p>
    <w:p w14:paraId="0EF03E54" w14:textId="77777777" w:rsidR="00021266" w:rsidRPr="003F1B29" w:rsidRDefault="0086301C">
      <w:pPr>
        <w:spacing w:before="160" w:after="100"/>
        <w:rPr>
          <w:lang w:val="nb-NO"/>
        </w:rPr>
      </w:pPr>
      <w:r w:rsidRPr="003F1B29">
        <w:rPr>
          <w:b/>
          <w:sz w:val="24"/>
          <w:lang w:val="nb-NO"/>
        </w:rPr>
        <w:t>D. LATAR BELAKANG DAN PERMASALAHAN</w:t>
      </w:r>
    </w:p>
    <w:p w14:paraId="3193D6BC" w14:textId="77777777" w:rsidR="00021266" w:rsidRPr="00F227DE" w:rsidRDefault="0086301C" w:rsidP="00F227DE">
      <w:pPr>
        <w:jc w:val="both"/>
        <w:rPr>
          <w:sz w:val="24"/>
          <w:szCs w:val="24"/>
          <w:lang w:val="nb-NO"/>
        </w:rPr>
      </w:pPr>
      <w:r w:rsidRPr="00F227DE">
        <w:rPr>
          <w:sz w:val="24"/>
          <w:szCs w:val="24"/>
          <w:lang w:val="nb-NO"/>
        </w:rPr>
        <w:t>Jelaskan secara ringkas: masalah yang diteliti, kondisi/temuan sebelumnya, alasan pentingnya penelitian, serta kaitannya dengan potensi atau kebutuhan daerah dan/atau bidang keilmuan. Maksimal 2 halaman.</w:t>
      </w:r>
    </w:p>
    <w:p w14:paraId="31DA34AD" w14:textId="730E9B35" w:rsidR="00FE699E" w:rsidRPr="00F227DE" w:rsidRDefault="00FE699E" w:rsidP="00F227DE">
      <w:pPr>
        <w:jc w:val="both"/>
        <w:rPr>
          <w:sz w:val="24"/>
          <w:szCs w:val="24"/>
          <w:lang w:val="nb-NO"/>
        </w:rPr>
      </w:pPr>
      <w:r w:rsidRPr="00F227DE">
        <w:rPr>
          <w:sz w:val="24"/>
          <w:szCs w:val="24"/>
          <w:lang w:val="nb-NO"/>
        </w:rPr>
        <w:t xml:space="preserve">Di era digitalisasi bisnis, industri ritel menghasilkan data transaksi harian dalam jumlah yang sangat besar. Namun, sebagian besar pelaku usaha ritel masih menghadapi kendala data silo kondisi di mana data transaksi operasional tersimpan secara terpisah dalam berkas spreadsheet mentah tanpa analisis terintegrasi. </w:t>
      </w:r>
      <w:r w:rsidRPr="00F227DE">
        <w:rPr>
          <w:sz w:val="24"/>
          <w:szCs w:val="24"/>
          <w:lang w:val="nb-NO"/>
        </w:rPr>
        <w:lastRenderedPageBreak/>
        <w:t>Penumpukan data yang tidak terstruktur ini menyebabkan pembuatan laporan kinerja penjualan membutuhkan waktu yang lama dan rentan terhadap kesalahan manual (human error). Akibatnya, pihak manajemen kesulitan mengevaluasi tren penjualan secara cepat, memetakan perilaku pelanggan, dan mengambil keputusan bisnis berbasis data secara tepat waktu.</w:t>
      </w:r>
    </w:p>
    <w:p w14:paraId="41525F61" w14:textId="77777777" w:rsidR="00FE699E" w:rsidRPr="00F227DE" w:rsidRDefault="00FE699E" w:rsidP="00F227DE">
      <w:pPr>
        <w:jc w:val="both"/>
        <w:rPr>
          <w:sz w:val="24"/>
          <w:szCs w:val="24"/>
          <w:lang w:val="nb-NO"/>
        </w:rPr>
      </w:pPr>
      <w:r w:rsidRPr="00F227DE">
        <w:rPr>
          <w:sz w:val="24"/>
          <w:szCs w:val="24"/>
          <w:lang w:val="nb-NO"/>
        </w:rPr>
        <w:t>Untuk mengatasi permasalahan tersebut, penerapan Business Intelligence (BI) berbasis Data Warehouse menjadi pendekatan efisien yang mampu mentransformasi data mentah menjadi informasi visual yang actionable. Salah satu metodologi pengembangan data warehouse yang berfokus pada kebutuhan analisis bisnis adalah Ralph Kimball 4-Step Dimensional Design. Pendekatan Kimball merancang arsitektur Skema Bintang (Star Schema) yang memisahkan data transaksi ke dalam tabel fakta (fact table) dan tabel dimensi (dimension table), sehingga mengoptimalkan performa pemrosesan query dan memudahkan analisis multidimensi. Integrasi metodologi Kimball dengan alat visualisasi modern seperti Microsoft Power BI memungkinkan penyajian indikator kinerja utama (Key Performance Indicators/KPI) penjualan secara interaktif dan responsif.</w:t>
      </w:r>
    </w:p>
    <w:p w14:paraId="18C26A53" w14:textId="77F32A88" w:rsidR="00021266" w:rsidRPr="00F227DE" w:rsidRDefault="00FE699E" w:rsidP="00F227DE">
      <w:pPr>
        <w:jc w:val="both"/>
        <w:rPr>
          <w:sz w:val="24"/>
          <w:szCs w:val="24"/>
          <w:lang w:val="nb-NO"/>
        </w:rPr>
      </w:pPr>
      <w:r w:rsidRPr="00F227DE">
        <w:rPr>
          <w:sz w:val="24"/>
          <w:szCs w:val="24"/>
          <w:lang w:val="nb-NO"/>
        </w:rPr>
        <w:t>Penelitian ini hadir untuk mengisi celah (gap) penelitian sebelumnya dengan menerapkan metodologi Kimball 4-step secara sistematis, memvisualisasikan performa penjualan ritel melalui Power BI, serta mengukur keterpakaian dashboard menggunakan System Usability Scale (SUS) guna memastikan keberterimaan sistem oleh pengguna akhir.</w:t>
      </w:r>
    </w:p>
    <w:p w14:paraId="7575ACF8" w14:textId="77777777" w:rsidR="00021266" w:rsidRPr="003F1B29" w:rsidRDefault="0086301C">
      <w:pPr>
        <w:spacing w:before="160" w:after="100"/>
        <w:rPr>
          <w:lang w:val="nb-NO"/>
        </w:rPr>
      </w:pPr>
      <w:r w:rsidRPr="003F1B29">
        <w:rPr>
          <w:b/>
          <w:sz w:val="24"/>
          <w:lang w:val="nb-NO"/>
        </w:rPr>
        <w:t>E. POSISI PENELITIAN DALAM ROADMAP</w:t>
      </w:r>
    </w:p>
    <w:p w14:paraId="3E79967D" w14:textId="6970CDE4" w:rsidR="00021266" w:rsidRPr="003F1B29" w:rsidRDefault="00021266" w:rsidP="006D58AE">
      <w:pPr>
        <w:jc w:val="both"/>
        <w:rPr>
          <w:lang w:val="nb-NO"/>
        </w:rPr>
      </w:pPr>
    </w:p>
    <w:tbl>
      <w:tblPr>
        <w:tblStyle w:val="TableGrid"/>
        <w:tblW w:w="0" w:type="auto"/>
        <w:jc w:val="center"/>
        <w:tblLook w:val="04A0" w:firstRow="1" w:lastRow="0" w:firstColumn="1" w:lastColumn="0" w:noHBand="0" w:noVBand="1"/>
      </w:tblPr>
      <w:tblGrid>
        <w:gridCol w:w="4561"/>
        <w:gridCol w:w="4561"/>
      </w:tblGrid>
      <w:tr w:rsidR="00021266" w14:paraId="0136C04E" w14:textId="77777777">
        <w:trPr>
          <w:jc w:val="center"/>
        </w:trPr>
        <w:tc>
          <w:tcPr>
            <w:tcW w:w="4561" w:type="dxa"/>
            <w:shd w:val="clear" w:color="auto" w:fill="EAF2F8"/>
            <w:tcMar>
              <w:top w:w="90" w:type="dxa"/>
              <w:left w:w="90" w:type="dxa"/>
              <w:bottom w:w="90" w:type="dxa"/>
              <w:right w:w="90" w:type="dxa"/>
            </w:tcMar>
            <w:vAlign w:val="center"/>
          </w:tcPr>
          <w:p w14:paraId="598EFE91" w14:textId="77777777" w:rsidR="00021266" w:rsidRPr="003F1B29" w:rsidRDefault="0086301C">
            <w:pPr>
              <w:spacing w:after="0"/>
              <w:rPr>
                <w:lang w:val="nb-NO"/>
              </w:rPr>
            </w:pPr>
            <w:r w:rsidRPr="003F1B29">
              <w:rPr>
                <w:b/>
                <w:sz w:val="18"/>
                <w:lang w:val="nb-NO"/>
              </w:rPr>
              <w:t>Penelitian/temuan sebelumnya yang menjadi dasar</w:t>
            </w:r>
          </w:p>
        </w:tc>
        <w:tc>
          <w:tcPr>
            <w:tcW w:w="4561" w:type="dxa"/>
            <w:tcMar>
              <w:top w:w="90" w:type="dxa"/>
              <w:left w:w="90" w:type="dxa"/>
              <w:bottom w:w="90" w:type="dxa"/>
              <w:right w:w="90" w:type="dxa"/>
            </w:tcMar>
            <w:vAlign w:val="center"/>
          </w:tcPr>
          <w:p w14:paraId="5DC8F39D" w14:textId="15C66B72" w:rsidR="00021266" w:rsidRDefault="00FE699E">
            <w:pPr>
              <w:spacing w:after="0"/>
            </w:pPr>
            <w:proofErr w:type="spellStart"/>
            <w:r w:rsidRPr="00FE699E">
              <w:rPr>
                <w:sz w:val="18"/>
              </w:rPr>
              <w:t>Penelitian</w:t>
            </w:r>
            <w:proofErr w:type="spellEnd"/>
            <w:r w:rsidRPr="00FE699E">
              <w:rPr>
                <w:sz w:val="18"/>
              </w:rPr>
              <w:t xml:space="preserve"> </w:t>
            </w:r>
            <w:proofErr w:type="spellStart"/>
            <w:r w:rsidRPr="00FE699E">
              <w:rPr>
                <w:sz w:val="18"/>
              </w:rPr>
              <w:t>terdahulu</w:t>
            </w:r>
            <w:proofErr w:type="spellEnd"/>
            <w:r w:rsidRPr="00FE699E">
              <w:rPr>
                <w:sz w:val="18"/>
              </w:rPr>
              <w:t xml:space="preserve"> yang </w:t>
            </w:r>
            <w:proofErr w:type="spellStart"/>
            <w:r w:rsidRPr="00FE699E">
              <w:rPr>
                <w:sz w:val="18"/>
              </w:rPr>
              <w:t>berfokus</w:t>
            </w:r>
            <w:proofErr w:type="spellEnd"/>
            <w:r w:rsidRPr="00FE699E">
              <w:rPr>
                <w:sz w:val="18"/>
              </w:rPr>
              <w:t xml:space="preserve"> pada </w:t>
            </w:r>
            <w:proofErr w:type="spellStart"/>
            <w:r w:rsidRPr="00FE699E">
              <w:rPr>
                <w:sz w:val="18"/>
              </w:rPr>
              <w:t>pencatatan</w:t>
            </w:r>
            <w:proofErr w:type="spellEnd"/>
            <w:r w:rsidRPr="00FE699E">
              <w:rPr>
                <w:sz w:val="18"/>
              </w:rPr>
              <w:t xml:space="preserve"> </w:t>
            </w:r>
            <w:proofErr w:type="spellStart"/>
            <w:r w:rsidRPr="00FE699E">
              <w:rPr>
                <w:sz w:val="18"/>
              </w:rPr>
              <w:t>transaksi</w:t>
            </w:r>
            <w:proofErr w:type="spellEnd"/>
            <w:r w:rsidRPr="00FE699E">
              <w:rPr>
                <w:sz w:val="18"/>
              </w:rPr>
              <w:t xml:space="preserve"> </w:t>
            </w:r>
            <w:proofErr w:type="spellStart"/>
            <w:r w:rsidRPr="00FE699E">
              <w:rPr>
                <w:sz w:val="18"/>
              </w:rPr>
              <w:t>ritel</w:t>
            </w:r>
            <w:proofErr w:type="spellEnd"/>
            <w:r w:rsidRPr="00FE699E">
              <w:rPr>
                <w:sz w:val="18"/>
              </w:rPr>
              <w:t xml:space="preserve"> </w:t>
            </w:r>
            <w:proofErr w:type="spellStart"/>
            <w:r w:rsidRPr="00FE699E">
              <w:rPr>
                <w:sz w:val="18"/>
              </w:rPr>
              <w:t>konvensional</w:t>
            </w:r>
            <w:proofErr w:type="spellEnd"/>
            <w:r w:rsidRPr="00FE699E">
              <w:rPr>
                <w:sz w:val="18"/>
              </w:rPr>
              <w:t xml:space="preserve"> dan </w:t>
            </w:r>
            <w:proofErr w:type="spellStart"/>
            <w:r w:rsidRPr="00FE699E">
              <w:rPr>
                <w:sz w:val="18"/>
              </w:rPr>
              <w:t>analisis</w:t>
            </w:r>
            <w:proofErr w:type="spellEnd"/>
            <w:r w:rsidRPr="00FE699E">
              <w:rPr>
                <w:sz w:val="18"/>
              </w:rPr>
              <w:t xml:space="preserve"> </w:t>
            </w:r>
            <w:proofErr w:type="spellStart"/>
            <w:r w:rsidRPr="00FE699E">
              <w:rPr>
                <w:sz w:val="18"/>
              </w:rPr>
              <w:t>laporan</w:t>
            </w:r>
            <w:proofErr w:type="spellEnd"/>
            <w:r w:rsidRPr="00FE699E">
              <w:rPr>
                <w:sz w:val="18"/>
              </w:rPr>
              <w:t xml:space="preserve"> </w:t>
            </w:r>
            <w:proofErr w:type="spellStart"/>
            <w:r w:rsidRPr="00FE699E">
              <w:rPr>
                <w:sz w:val="18"/>
              </w:rPr>
              <w:t>statistik</w:t>
            </w:r>
            <w:proofErr w:type="spellEnd"/>
            <w:r w:rsidRPr="00FE699E">
              <w:rPr>
                <w:sz w:val="18"/>
              </w:rPr>
              <w:t xml:space="preserve"> </w:t>
            </w:r>
            <w:proofErr w:type="spellStart"/>
            <w:r w:rsidRPr="00FE699E">
              <w:rPr>
                <w:sz w:val="18"/>
              </w:rPr>
              <w:t>deskriptif</w:t>
            </w:r>
            <w:proofErr w:type="spellEnd"/>
            <w:r w:rsidRPr="00FE699E">
              <w:rPr>
                <w:sz w:val="18"/>
              </w:rPr>
              <w:t xml:space="preserve"> </w:t>
            </w:r>
            <w:proofErr w:type="spellStart"/>
            <w:r w:rsidRPr="00FE699E">
              <w:rPr>
                <w:sz w:val="18"/>
              </w:rPr>
              <w:t>berbasis</w:t>
            </w:r>
            <w:proofErr w:type="spellEnd"/>
            <w:r w:rsidRPr="00FE699E">
              <w:rPr>
                <w:sz w:val="18"/>
              </w:rPr>
              <w:t xml:space="preserve"> spreadsheet statis.</w:t>
            </w:r>
          </w:p>
        </w:tc>
      </w:tr>
      <w:tr w:rsidR="00021266" w14:paraId="2033B095" w14:textId="77777777">
        <w:trPr>
          <w:jc w:val="center"/>
        </w:trPr>
        <w:tc>
          <w:tcPr>
            <w:tcW w:w="4561" w:type="dxa"/>
            <w:shd w:val="clear" w:color="auto" w:fill="EAF2F8"/>
            <w:tcMar>
              <w:top w:w="90" w:type="dxa"/>
              <w:left w:w="90" w:type="dxa"/>
              <w:bottom w:w="90" w:type="dxa"/>
              <w:right w:w="90" w:type="dxa"/>
            </w:tcMar>
            <w:vAlign w:val="center"/>
          </w:tcPr>
          <w:p w14:paraId="2C7C23E3" w14:textId="77777777" w:rsidR="00021266" w:rsidRDefault="0086301C">
            <w:pPr>
              <w:spacing w:after="0"/>
            </w:pPr>
            <w:proofErr w:type="spellStart"/>
            <w:r>
              <w:rPr>
                <w:b/>
                <w:sz w:val="18"/>
              </w:rPr>
              <w:t>Posisi</w:t>
            </w:r>
            <w:proofErr w:type="spellEnd"/>
            <w:r>
              <w:rPr>
                <w:b/>
                <w:sz w:val="18"/>
              </w:rPr>
              <w:t xml:space="preserve"> </w:t>
            </w:r>
            <w:proofErr w:type="spellStart"/>
            <w:r>
              <w:rPr>
                <w:b/>
                <w:sz w:val="18"/>
              </w:rPr>
              <w:t>penelitian</w:t>
            </w:r>
            <w:proofErr w:type="spellEnd"/>
            <w:r>
              <w:rPr>
                <w:b/>
                <w:sz w:val="18"/>
              </w:rPr>
              <w:t xml:space="preserve"> </w:t>
            </w:r>
            <w:proofErr w:type="spellStart"/>
            <w:r>
              <w:rPr>
                <w:b/>
                <w:sz w:val="18"/>
              </w:rPr>
              <w:t>tahun</w:t>
            </w:r>
            <w:proofErr w:type="spellEnd"/>
            <w:r>
              <w:rPr>
                <w:b/>
                <w:sz w:val="18"/>
              </w:rPr>
              <w:t xml:space="preserve"> </w:t>
            </w:r>
            <w:proofErr w:type="spellStart"/>
            <w:r>
              <w:rPr>
                <w:b/>
                <w:sz w:val="18"/>
              </w:rPr>
              <w:t>ini</w:t>
            </w:r>
            <w:proofErr w:type="spellEnd"/>
          </w:p>
        </w:tc>
        <w:tc>
          <w:tcPr>
            <w:tcW w:w="4561" w:type="dxa"/>
            <w:tcMar>
              <w:top w:w="90" w:type="dxa"/>
              <w:left w:w="90" w:type="dxa"/>
              <w:bottom w:w="90" w:type="dxa"/>
              <w:right w:w="90" w:type="dxa"/>
            </w:tcMar>
            <w:vAlign w:val="center"/>
          </w:tcPr>
          <w:p w14:paraId="3179941B" w14:textId="508441BB" w:rsidR="00021266" w:rsidRDefault="00FE699E">
            <w:pPr>
              <w:spacing w:after="0"/>
            </w:pPr>
            <w:proofErr w:type="spellStart"/>
            <w:r w:rsidRPr="00FE699E">
              <w:rPr>
                <w:sz w:val="18"/>
              </w:rPr>
              <w:t>Pengembangan</w:t>
            </w:r>
            <w:proofErr w:type="spellEnd"/>
            <w:r w:rsidRPr="00FE699E">
              <w:rPr>
                <w:sz w:val="18"/>
              </w:rPr>
              <w:t xml:space="preserve"> model Data Warehouse </w:t>
            </w:r>
            <w:proofErr w:type="spellStart"/>
            <w:r w:rsidRPr="00FE699E">
              <w:rPr>
                <w:sz w:val="18"/>
              </w:rPr>
              <w:t>berbasis</w:t>
            </w:r>
            <w:proofErr w:type="spellEnd"/>
            <w:r w:rsidRPr="00FE699E">
              <w:rPr>
                <w:sz w:val="18"/>
              </w:rPr>
              <w:t xml:space="preserve"> Skema Bintang (Star Schema) dan </w:t>
            </w:r>
            <w:proofErr w:type="spellStart"/>
            <w:r w:rsidRPr="00FE699E">
              <w:rPr>
                <w:sz w:val="18"/>
              </w:rPr>
              <w:t>pembuatan</w:t>
            </w:r>
            <w:proofErr w:type="spellEnd"/>
            <w:r w:rsidRPr="00FE699E">
              <w:rPr>
                <w:sz w:val="18"/>
              </w:rPr>
              <w:t xml:space="preserve"> Dashboard BI </w:t>
            </w:r>
            <w:proofErr w:type="spellStart"/>
            <w:r w:rsidRPr="00FE699E">
              <w:rPr>
                <w:sz w:val="18"/>
              </w:rPr>
              <w:t>interaktif</w:t>
            </w:r>
            <w:proofErr w:type="spellEnd"/>
            <w:r w:rsidRPr="00FE699E">
              <w:rPr>
                <w:sz w:val="18"/>
              </w:rPr>
              <w:t xml:space="preserve"> </w:t>
            </w:r>
            <w:proofErr w:type="spellStart"/>
            <w:r w:rsidRPr="00FE699E">
              <w:rPr>
                <w:sz w:val="18"/>
              </w:rPr>
              <w:t>menggunakan</w:t>
            </w:r>
            <w:proofErr w:type="spellEnd"/>
            <w:r w:rsidRPr="00FE699E">
              <w:rPr>
                <w:sz w:val="18"/>
              </w:rPr>
              <w:t xml:space="preserve"> Power BI </w:t>
            </w:r>
            <w:proofErr w:type="spellStart"/>
            <w:r w:rsidRPr="00FE699E">
              <w:rPr>
                <w:sz w:val="18"/>
              </w:rPr>
              <w:t>berbasis</w:t>
            </w:r>
            <w:proofErr w:type="spellEnd"/>
            <w:r w:rsidRPr="00FE699E">
              <w:rPr>
                <w:sz w:val="18"/>
              </w:rPr>
              <w:t xml:space="preserve"> </w:t>
            </w:r>
            <w:proofErr w:type="spellStart"/>
            <w:r w:rsidRPr="00FE699E">
              <w:rPr>
                <w:sz w:val="18"/>
              </w:rPr>
              <w:t>metodologi</w:t>
            </w:r>
            <w:proofErr w:type="spellEnd"/>
            <w:r w:rsidRPr="00FE699E">
              <w:rPr>
                <w:sz w:val="18"/>
              </w:rPr>
              <w:t xml:space="preserve"> Ralph Kimball.</w:t>
            </w:r>
          </w:p>
        </w:tc>
      </w:tr>
      <w:tr w:rsidR="00021266" w14:paraId="609E36A2" w14:textId="77777777">
        <w:trPr>
          <w:jc w:val="center"/>
        </w:trPr>
        <w:tc>
          <w:tcPr>
            <w:tcW w:w="4561" w:type="dxa"/>
            <w:shd w:val="clear" w:color="auto" w:fill="EAF2F8"/>
            <w:tcMar>
              <w:top w:w="90" w:type="dxa"/>
              <w:left w:w="90" w:type="dxa"/>
              <w:bottom w:w="90" w:type="dxa"/>
              <w:right w:w="90" w:type="dxa"/>
            </w:tcMar>
            <w:vAlign w:val="center"/>
          </w:tcPr>
          <w:p w14:paraId="7A09FB03" w14:textId="77777777" w:rsidR="00021266" w:rsidRDefault="0086301C">
            <w:pPr>
              <w:spacing w:after="0"/>
            </w:pPr>
            <w:proofErr w:type="spellStart"/>
            <w:r>
              <w:rPr>
                <w:b/>
                <w:sz w:val="18"/>
              </w:rPr>
              <w:t>Rencana</w:t>
            </w:r>
            <w:proofErr w:type="spellEnd"/>
            <w:r>
              <w:rPr>
                <w:b/>
                <w:sz w:val="18"/>
              </w:rPr>
              <w:t xml:space="preserve"> </w:t>
            </w:r>
            <w:proofErr w:type="spellStart"/>
            <w:r>
              <w:rPr>
                <w:b/>
                <w:sz w:val="18"/>
              </w:rPr>
              <w:t>pengembangan</w:t>
            </w:r>
            <w:proofErr w:type="spellEnd"/>
            <w:r>
              <w:rPr>
                <w:b/>
                <w:sz w:val="18"/>
              </w:rPr>
              <w:t xml:space="preserve"> </w:t>
            </w:r>
            <w:proofErr w:type="spellStart"/>
            <w:r>
              <w:rPr>
                <w:b/>
                <w:sz w:val="18"/>
              </w:rPr>
              <w:t>berikutnya</w:t>
            </w:r>
            <w:proofErr w:type="spellEnd"/>
          </w:p>
        </w:tc>
        <w:tc>
          <w:tcPr>
            <w:tcW w:w="4561" w:type="dxa"/>
            <w:tcMar>
              <w:top w:w="90" w:type="dxa"/>
              <w:left w:w="90" w:type="dxa"/>
              <w:bottom w:w="90" w:type="dxa"/>
              <w:right w:w="90" w:type="dxa"/>
            </w:tcMar>
            <w:vAlign w:val="center"/>
          </w:tcPr>
          <w:p w14:paraId="6BEF9118" w14:textId="2B652162" w:rsidR="00021266" w:rsidRDefault="00FE699E">
            <w:pPr>
              <w:spacing w:after="0"/>
            </w:pPr>
            <w:r w:rsidRPr="00FE699E">
              <w:rPr>
                <w:sz w:val="18"/>
              </w:rPr>
              <w:t xml:space="preserve">Integrasi </w:t>
            </w:r>
            <w:proofErr w:type="spellStart"/>
            <w:r w:rsidRPr="00FE699E">
              <w:rPr>
                <w:sz w:val="18"/>
              </w:rPr>
              <w:t>modul</w:t>
            </w:r>
            <w:proofErr w:type="spellEnd"/>
            <w:r w:rsidRPr="00FE699E">
              <w:rPr>
                <w:sz w:val="18"/>
              </w:rPr>
              <w:t xml:space="preserve"> Predictive Analytics (Machine Learning) </w:t>
            </w:r>
            <w:proofErr w:type="spellStart"/>
            <w:r w:rsidRPr="00FE699E">
              <w:rPr>
                <w:sz w:val="18"/>
              </w:rPr>
              <w:t>untuk</w:t>
            </w:r>
            <w:proofErr w:type="spellEnd"/>
            <w:r w:rsidRPr="00FE699E">
              <w:rPr>
                <w:sz w:val="18"/>
              </w:rPr>
              <w:t xml:space="preserve"> </w:t>
            </w:r>
            <w:proofErr w:type="spellStart"/>
            <w:r w:rsidRPr="00FE699E">
              <w:rPr>
                <w:sz w:val="18"/>
              </w:rPr>
              <w:t>prediksi</w:t>
            </w:r>
            <w:proofErr w:type="spellEnd"/>
            <w:r w:rsidRPr="00FE699E">
              <w:rPr>
                <w:sz w:val="18"/>
              </w:rPr>
              <w:t xml:space="preserve"> </w:t>
            </w:r>
            <w:proofErr w:type="spellStart"/>
            <w:r w:rsidRPr="00FE699E">
              <w:rPr>
                <w:sz w:val="18"/>
              </w:rPr>
              <w:t>stok</w:t>
            </w:r>
            <w:proofErr w:type="spellEnd"/>
            <w:r w:rsidRPr="00FE699E">
              <w:rPr>
                <w:sz w:val="18"/>
              </w:rPr>
              <w:t xml:space="preserve"> </w:t>
            </w:r>
            <w:proofErr w:type="spellStart"/>
            <w:r w:rsidRPr="00FE699E">
              <w:rPr>
                <w:sz w:val="18"/>
              </w:rPr>
              <w:t>barang</w:t>
            </w:r>
            <w:proofErr w:type="spellEnd"/>
            <w:r w:rsidRPr="00FE699E">
              <w:rPr>
                <w:sz w:val="18"/>
              </w:rPr>
              <w:t xml:space="preserve"> </w:t>
            </w:r>
            <w:proofErr w:type="spellStart"/>
            <w:r w:rsidRPr="00FE699E">
              <w:rPr>
                <w:sz w:val="18"/>
              </w:rPr>
              <w:t>otomatis</w:t>
            </w:r>
            <w:proofErr w:type="spellEnd"/>
            <w:r w:rsidRPr="00FE699E">
              <w:rPr>
                <w:sz w:val="18"/>
              </w:rPr>
              <w:t xml:space="preserve"> (Demand Forecasting) dan </w:t>
            </w:r>
            <w:proofErr w:type="spellStart"/>
            <w:r w:rsidRPr="00FE699E">
              <w:rPr>
                <w:sz w:val="18"/>
              </w:rPr>
              <w:t>analisis</w:t>
            </w:r>
            <w:proofErr w:type="spellEnd"/>
            <w:r w:rsidRPr="00FE699E">
              <w:rPr>
                <w:sz w:val="18"/>
              </w:rPr>
              <w:t xml:space="preserve"> </w:t>
            </w:r>
            <w:proofErr w:type="spellStart"/>
            <w:r w:rsidRPr="00FE699E">
              <w:rPr>
                <w:sz w:val="18"/>
              </w:rPr>
              <w:t>rekomendasi</w:t>
            </w:r>
            <w:proofErr w:type="spellEnd"/>
            <w:r w:rsidRPr="00FE699E">
              <w:rPr>
                <w:sz w:val="18"/>
              </w:rPr>
              <w:t xml:space="preserve"> </w:t>
            </w:r>
            <w:proofErr w:type="spellStart"/>
            <w:r w:rsidRPr="00FE699E">
              <w:rPr>
                <w:sz w:val="18"/>
              </w:rPr>
              <w:t>produk</w:t>
            </w:r>
            <w:proofErr w:type="spellEnd"/>
            <w:r w:rsidRPr="00FE699E">
              <w:rPr>
                <w:sz w:val="18"/>
              </w:rPr>
              <w:t>.</w:t>
            </w:r>
          </w:p>
        </w:tc>
      </w:tr>
      <w:tr w:rsidR="00021266" w14:paraId="5EDF79BC" w14:textId="77777777">
        <w:trPr>
          <w:jc w:val="center"/>
        </w:trPr>
        <w:tc>
          <w:tcPr>
            <w:tcW w:w="4561" w:type="dxa"/>
            <w:shd w:val="clear" w:color="auto" w:fill="EAF2F8"/>
            <w:tcMar>
              <w:top w:w="90" w:type="dxa"/>
              <w:left w:w="90" w:type="dxa"/>
              <w:bottom w:w="90" w:type="dxa"/>
              <w:right w:w="90" w:type="dxa"/>
            </w:tcMar>
            <w:vAlign w:val="center"/>
          </w:tcPr>
          <w:p w14:paraId="30A2DADD" w14:textId="77777777" w:rsidR="00021266" w:rsidRPr="003F1B29" w:rsidRDefault="0086301C">
            <w:pPr>
              <w:spacing w:after="0"/>
              <w:rPr>
                <w:lang w:val="nb-NO"/>
              </w:rPr>
            </w:pPr>
            <w:r w:rsidRPr="003F1B29">
              <w:rPr>
                <w:b/>
                <w:sz w:val="18"/>
                <w:lang w:val="nb-NO"/>
              </w:rPr>
              <w:t>Kontribusi terhadap bidang/tema/kelompok riset</w:t>
            </w:r>
          </w:p>
        </w:tc>
        <w:tc>
          <w:tcPr>
            <w:tcW w:w="4561" w:type="dxa"/>
            <w:tcMar>
              <w:top w:w="90" w:type="dxa"/>
              <w:left w:w="90" w:type="dxa"/>
              <w:bottom w:w="90" w:type="dxa"/>
              <w:right w:w="90" w:type="dxa"/>
            </w:tcMar>
            <w:vAlign w:val="center"/>
          </w:tcPr>
          <w:p w14:paraId="72B32D58" w14:textId="4918330D" w:rsidR="00021266" w:rsidRDefault="00FE699E">
            <w:pPr>
              <w:spacing w:after="0"/>
            </w:pPr>
            <w:proofErr w:type="spellStart"/>
            <w:r w:rsidRPr="00FE699E">
              <w:rPr>
                <w:sz w:val="18"/>
              </w:rPr>
              <w:t>Menghasilkan</w:t>
            </w:r>
            <w:proofErr w:type="spellEnd"/>
            <w:r w:rsidRPr="00FE699E">
              <w:rPr>
                <w:sz w:val="18"/>
              </w:rPr>
              <w:t xml:space="preserve"> </w:t>
            </w:r>
            <w:proofErr w:type="spellStart"/>
            <w:r w:rsidRPr="00FE699E">
              <w:rPr>
                <w:sz w:val="18"/>
              </w:rPr>
              <w:t>cetak</w:t>
            </w:r>
            <w:proofErr w:type="spellEnd"/>
            <w:r w:rsidRPr="00FE699E">
              <w:rPr>
                <w:sz w:val="18"/>
              </w:rPr>
              <w:t xml:space="preserve"> </w:t>
            </w:r>
            <w:proofErr w:type="spellStart"/>
            <w:r w:rsidRPr="00FE699E">
              <w:rPr>
                <w:sz w:val="18"/>
              </w:rPr>
              <w:t>biru</w:t>
            </w:r>
            <w:proofErr w:type="spellEnd"/>
            <w:r w:rsidRPr="00FE699E">
              <w:rPr>
                <w:sz w:val="18"/>
              </w:rPr>
              <w:t xml:space="preserve"> (blueprint) </w:t>
            </w:r>
            <w:proofErr w:type="spellStart"/>
            <w:r w:rsidRPr="00FE699E">
              <w:rPr>
                <w:sz w:val="18"/>
              </w:rPr>
              <w:t>arsitektur</w:t>
            </w:r>
            <w:proofErr w:type="spellEnd"/>
            <w:r w:rsidRPr="00FE699E">
              <w:rPr>
                <w:sz w:val="18"/>
              </w:rPr>
              <w:t xml:space="preserve"> Data Warehouse </w:t>
            </w:r>
            <w:proofErr w:type="spellStart"/>
            <w:r w:rsidRPr="00FE699E">
              <w:rPr>
                <w:sz w:val="18"/>
              </w:rPr>
              <w:t>ritel</w:t>
            </w:r>
            <w:proofErr w:type="spellEnd"/>
            <w:r w:rsidRPr="00FE699E">
              <w:rPr>
                <w:sz w:val="18"/>
              </w:rPr>
              <w:t xml:space="preserve"> yang </w:t>
            </w:r>
            <w:proofErr w:type="spellStart"/>
            <w:r w:rsidRPr="00FE699E">
              <w:rPr>
                <w:sz w:val="18"/>
              </w:rPr>
              <w:t>dapat</w:t>
            </w:r>
            <w:proofErr w:type="spellEnd"/>
            <w:r w:rsidRPr="00FE699E">
              <w:rPr>
                <w:sz w:val="18"/>
              </w:rPr>
              <w:t xml:space="preserve"> </w:t>
            </w:r>
            <w:proofErr w:type="spellStart"/>
            <w:r w:rsidRPr="00FE699E">
              <w:rPr>
                <w:sz w:val="18"/>
              </w:rPr>
              <w:t>direplikasi</w:t>
            </w:r>
            <w:proofErr w:type="spellEnd"/>
            <w:r w:rsidRPr="00FE699E">
              <w:rPr>
                <w:sz w:val="18"/>
              </w:rPr>
              <w:t xml:space="preserve"> oleh UMKM </w:t>
            </w:r>
            <w:proofErr w:type="spellStart"/>
            <w:r w:rsidRPr="00FE699E">
              <w:rPr>
                <w:sz w:val="18"/>
              </w:rPr>
              <w:t>lokal</w:t>
            </w:r>
            <w:proofErr w:type="spellEnd"/>
            <w:r w:rsidRPr="00FE699E">
              <w:rPr>
                <w:sz w:val="18"/>
              </w:rPr>
              <w:t xml:space="preserve"> di Gorontalo.</w:t>
            </w:r>
          </w:p>
        </w:tc>
      </w:tr>
    </w:tbl>
    <w:p w14:paraId="7B68EA58" w14:textId="77777777" w:rsidR="00F227DE" w:rsidRDefault="00F227DE">
      <w:pPr>
        <w:spacing w:before="160" w:after="100"/>
        <w:rPr>
          <w:b/>
          <w:sz w:val="24"/>
        </w:rPr>
      </w:pPr>
    </w:p>
    <w:p w14:paraId="3E4E095F" w14:textId="3E3B1387" w:rsidR="00021266" w:rsidRDefault="0086301C">
      <w:pPr>
        <w:spacing w:before="160" w:after="100"/>
      </w:pPr>
      <w:r>
        <w:rPr>
          <w:b/>
          <w:sz w:val="24"/>
        </w:rPr>
        <w:t>F. TUJUAN DAN MANFAAT</w:t>
      </w:r>
    </w:p>
    <w:p w14:paraId="52CA66D0" w14:textId="77777777" w:rsidR="00021266" w:rsidRPr="00F227DE" w:rsidRDefault="0086301C" w:rsidP="00F227DE">
      <w:pPr>
        <w:jc w:val="both"/>
        <w:rPr>
          <w:sz w:val="24"/>
          <w:szCs w:val="24"/>
        </w:rPr>
      </w:pPr>
      <w:r w:rsidRPr="00F227DE">
        <w:rPr>
          <w:b/>
          <w:sz w:val="24"/>
          <w:szCs w:val="24"/>
        </w:rPr>
        <w:t>1. Tujuan</w:t>
      </w:r>
    </w:p>
    <w:p w14:paraId="39D72995" w14:textId="2A9B8EEA" w:rsidR="00021266" w:rsidRPr="00F227DE" w:rsidRDefault="006D58AE" w:rsidP="00F227DE">
      <w:pPr>
        <w:ind w:left="567" w:hanging="283"/>
        <w:jc w:val="both"/>
        <w:rPr>
          <w:sz w:val="24"/>
          <w:szCs w:val="24"/>
        </w:rPr>
      </w:pPr>
      <w:r w:rsidRPr="00F227DE">
        <w:rPr>
          <w:sz w:val="24"/>
          <w:szCs w:val="24"/>
        </w:rPr>
        <w:lastRenderedPageBreak/>
        <w:t xml:space="preserve">a. </w:t>
      </w:r>
      <w:proofErr w:type="spellStart"/>
      <w:r w:rsidR="00FE699E" w:rsidRPr="00F227DE">
        <w:rPr>
          <w:sz w:val="24"/>
          <w:szCs w:val="24"/>
        </w:rPr>
        <w:t>Merancang</w:t>
      </w:r>
      <w:proofErr w:type="spellEnd"/>
      <w:r w:rsidR="00FE699E" w:rsidRPr="00F227DE">
        <w:rPr>
          <w:sz w:val="24"/>
          <w:szCs w:val="24"/>
        </w:rPr>
        <w:t xml:space="preserve"> </w:t>
      </w:r>
      <w:proofErr w:type="spellStart"/>
      <w:r w:rsidR="00FE699E" w:rsidRPr="00F227DE">
        <w:rPr>
          <w:sz w:val="24"/>
          <w:szCs w:val="24"/>
        </w:rPr>
        <w:t>struktur</w:t>
      </w:r>
      <w:proofErr w:type="spellEnd"/>
      <w:r w:rsidR="00FE699E" w:rsidRPr="00F227DE">
        <w:rPr>
          <w:sz w:val="24"/>
          <w:szCs w:val="24"/>
        </w:rPr>
        <w:t xml:space="preserve"> Data Warehouse </w:t>
      </w:r>
      <w:proofErr w:type="spellStart"/>
      <w:r w:rsidR="00FE699E" w:rsidRPr="00F227DE">
        <w:rPr>
          <w:sz w:val="24"/>
          <w:szCs w:val="24"/>
        </w:rPr>
        <w:t>penjualan</w:t>
      </w:r>
      <w:proofErr w:type="spellEnd"/>
      <w:r w:rsidR="00FE699E" w:rsidRPr="00F227DE">
        <w:rPr>
          <w:sz w:val="24"/>
          <w:szCs w:val="24"/>
        </w:rPr>
        <w:t xml:space="preserve"> </w:t>
      </w:r>
      <w:proofErr w:type="spellStart"/>
      <w:r w:rsidR="00FE699E" w:rsidRPr="00F227DE">
        <w:rPr>
          <w:sz w:val="24"/>
          <w:szCs w:val="24"/>
        </w:rPr>
        <w:t>ritel</w:t>
      </w:r>
      <w:proofErr w:type="spellEnd"/>
      <w:r w:rsidR="00FE699E" w:rsidRPr="00F227DE">
        <w:rPr>
          <w:sz w:val="24"/>
          <w:szCs w:val="24"/>
        </w:rPr>
        <w:t xml:space="preserve"> </w:t>
      </w:r>
      <w:proofErr w:type="spellStart"/>
      <w:r w:rsidR="00FE699E" w:rsidRPr="00F227DE">
        <w:rPr>
          <w:sz w:val="24"/>
          <w:szCs w:val="24"/>
        </w:rPr>
        <w:t>menggunakan</w:t>
      </w:r>
      <w:proofErr w:type="spellEnd"/>
      <w:r w:rsidR="00FE699E" w:rsidRPr="00F227DE">
        <w:rPr>
          <w:sz w:val="24"/>
          <w:szCs w:val="24"/>
        </w:rPr>
        <w:t xml:space="preserve"> </w:t>
      </w:r>
      <w:proofErr w:type="spellStart"/>
      <w:r w:rsidR="00FE699E" w:rsidRPr="00F227DE">
        <w:rPr>
          <w:sz w:val="24"/>
          <w:szCs w:val="24"/>
        </w:rPr>
        <w:t>pemodelan</w:t>
      </w:r>
      <w:proofErr w:type="spellEnd"/>
      <w:r w:rsidR="00FE699E" w:rsidRPr="00F227DE">
        <w:rPr>
          <w:sz w:val="24"/>
          <w:szCs w:val="24"/>
        </w:rPr>
        <w:t xml:space="preserve"> Star Schema </w:t>
      </w:r>
      <w:proofErr w:type="spellStart"/>
      <w:r w:rsidR="00FE699E" w:rsidRPr="00F227DE">
        <w:rPr>
          <w:sz w:val="24"/>
          <w:szCs w:val="24"/>
        </w:rPr>
        <w:t>berbasis</w:t>
      </w:r>
      <w:proofErr w:type="spellEnd"/>
      <w:r w:rsidR="00FE699E" w:rsidRPr="00F227DE">
        <w:rPr>
          <w:sz w:val="24"/>
          <w:szCs w:val="24"/>
        </w:rPr>
        <w:t xml:space="preserve"> </w:t>
      </w:r>
      <w:proofErr w:type="spellStart"/>
      <w:r w:rsidR="00FE699E" w:rsidRPr="00F227DE">
        <w:rPr>
          <w:sz w:val="24"/>
          <w:szCs w:val="24"/>
        </w:rPr>
        <w:t>metodologi</w:t>
      </w:r>
      <w:proofErr w:type="spellEnd"/>
      <w:r w:rsidR="00FE699E" w:rsidRPr="00F227DE">
        <w:rPr>
          <w:sz w:val="24"/>
          <w:szCs w:val="24"/>
        </w:rPr>
        <w:t xml:space="preserve"> Ralph Kimball 4-Step.</w:t>
      </w:r>
    </w:p>
    <w:p w14:paraId="0E6301D0" w14:textId="5A36F92B" w:rsidR="00021266" w:rsidRPr="00F227DE" w:rsidRDefault="006D58AE" w:rsidP="00F227DE">
      <w:pPr>
        <w:ind w:left="567" w:hanging="283"/>
        <w:jc w:val="both"/>
        <w:rPr>
          <w:sz w:val="24"/>
          <w:szCs w:val="24"/>
        </w:rPr>
      </w:pPr>
      <w:r w:rsidRPr="00F227DE">
        <w:rPr>
          <w:sz w:val="24"/>
          <w:szCs w:val="24"/>
        </w:rPr>
        <w:t xml:space="preserve">b. </w:t>
      </w:r>
      <w:proofErr w:type="spellStart"/>
      <w:r w:rsidR="00FE699E" w:rsidRPr="00F227DE">
        <w:rPr>
          <w:sz w:val="24"/>
          <w:szCs w:val="24"/>
        </w:rPr>
        <w:t>Mengimplementasikan</w:t>
      </w:r>
      <w:proofErr w:type="spellEnd"/>
      <w:r w:rsidR="00FE699E" w:rsidRPr="00F227DE">
        <w:rPr>
          <w:sz w:val="24"/>
          <w:szCs w:val="24"/>
        </w:rPr>
        <w:t xml:space="preserve"> dashboard Business Intelligence </w:t>
      </w:r>
      <w:proofErr w:type="spellStart"/>
      <w:r w:rsidR="00FE699E" w:rsidRPr="00F227DE">
        <w:rPr>
          <w:sz w:val="24"/>
          <w:szCs w:val="24"/>
        </w:rPr>
        <w:t>interaktif</w:t>
      </w:r>
      <w:proofErr w:type="spellEnd"/>
      <w:r w:rsidR="00FE699E" w:rsidRPr="00F227DE">
        <w:rPr>
          <w:sz w:val="24"/>
          <w:szCs w:val="24"/>
        </w:rPr>
        <w:t xml:space="preserve"> </w:t>
      </w:r>
      <w:proofErr w:type="spellStart"/>
      <w:r w:rsidR="00FE699E" w:rsidRPr="00F227DE">
        <w:rPr>
          <w:sz w:val="24"/>
          <w:szCs w:val="24"/>
        </w:rPr>
        <w:t>menggunakan</w:t>
      </w:r>
      <w:proofErr w:type="spellEnd"/>
      <w:r w:rsidR="00FE699E" w:rsidRPr="00F227DE">
        <w:rPr>
          <w:sz w:val="24"/>
          <w:szCs w:val="24"/>
        </w:rPr>
        <w:t xml:space="preserve"> Power BI </w:t>
      </w:r>
      <w:proofErr w:type="spellStart"/>
      <w:r w:rsidR="00FE699E" w:rsidRPr="00F227DE">
        <w:rPr>
          <w:sz w:val="24"/>
          <w:szCs w:val="24"/>
        </w:rPr>
        <w:t>untuk</w:t>
      </w:r>
      <w:proofErr w:type="spellEnd"/>
      <w:r w:rsidR="00FE699E" w:rsidRPr="00F227DE">
        <w:rPr>
          <w:sz w:val="24"/>
          <w:szCs w:val="24"/>
        </w:rPr>
        <w:t xml:space="preserve"> </w:t>
      </w:r>
      <w:proofErr w:type="spellStart"/>
      <w:r w:rsidR="00FE699E" w:rsidRPr="00F227DE">
        <w:rPr>
          <w:sz w:val="24"/>
          <w:szCs w:val="24"/>
        </w:rPr>
        <w:t>visualisasi</w:t>
      </w:r>
      <w:proofErr w:type="spellEnd"/>
      <w:r w:rsidR="00FE699E" w:rsidRPr="00F227DE">
        <w:rPr>
          <w:sz w:val="24"/>
          <w:szCs w:val="24"/>
        </w:rPr>
        <w:t xml:space="preserve"> KPI </w:t>
      </w:r>
      <w:proofErr w:type="spellStart"/>
      <w:r w:rsidR="00FE699E" w:rsidRPr="00F227DE">
        <w:rPr>
          <w:sz w:val="24"/>
          <w:szCs w:val="24"/>
        </w:rPr>
        <w:t>penjualan</w:t>
      </w:r>
      <w:proofErr w:type="spellEnd"/>
      <w:r w:rsidR="00FE699E" w:rsidRPr="00F227DE">
        <w:rPr>
          <w:sz w:val="24"/>
          <w:szCs w:val="24"/>
        </w:rPr>
        <w:t xml:space="preserve"> (</w:t>
      </w:r>
      <w:proofErr w:type="spellStart"/>
      <w:r w:rsidR="00FE699E" w:rsidRPr="00F227DE">
        <w:rPr>
          <w:sz w:val="24"/>
          <w:szCs w:val="24"/>
        </w:rPr>
        <w:t>omzet</w:t>
      </w:r>
      <w:proofErr w:type="spellEnd"/>
      <w:r w:rsidR="00FE699E" w:rsidRPr="00F227DE">
        <w:rPr>
          <w:sz w:val="24"/>
          <w:szCs w:val="24"/>
        </w:rPr>
        <w:t xml:space="preserve">, </w:t>
      </w:r>
      <w:proofErr w:type="spellStart"/>
      <w:r w:rsidR="00FE699E" w:rsidRPr="00F227DE">
        <w:rPr>
          <w:sz w:val="24"/>
          <w:szCs w:val="24"/>
        </w:rPr>
        <w:t>tren</w:t>
      </w:r>
      <w:proofErr w:type="spellEnd"/>
      <w:r w:rsidR="00FE699E" w:rsidRPr="00F227DE">
        <w:rPr>
          <w:sz w:val="24"/>
          <w:szCs w:val="24"/>
        </w:rPr>
        <w:t xml:space="preserve">, wilayah, dan </w:t>
      </w:r>
      <w:proofErr w:type="spellStart"/>
      <w:r w:rsidR="00FE699E" w:rsidRPr="00F227DE">
        <w:rPr>
          <w:sz w:val="24"/>
          <w:szCs w:val="24"/>
        </w:rPr>
        <w:t>segmentasi</w:t>
      </w:r>
      <w:proofErr w:type="spellEnd"/>
      <w:r w:rsidR="00FE699E" w:rsidRPr="00F227DE">
        <w:rPr>
          <w:sz w:val="24"/>
          <w:szCs w:val="24"/>
        </w:rPr>
        <w:t>).</w:t>
      </w:r>
    </w:p>
    <w:p w14:paraId="07494363" w14:textId="03986838" w:rsidR="00021266" w:rsidRPr="00F227DE" w:rsidRDefault="006D58AE" w:rsidP="00F227DE">
      <w:pPr>
        <w:ind w:left="567" w:hanging="283"/>
        <w:jc w:val="both"/>
        <w:rPr>
          <w:sz w:val="24"/>
          <w:szCs w:val="24"/>
        </w:rPr>
      </w:pPr>
      <w:r w:rsidRPr="00F227DE">
        <w:rPr>
          <w:sz w:val="24"/>
          <w:szCs w:val="24"/>
        </w:rPr>
        <w:t>c.</w:t>
      </w:r>
      <w:r w:rsidR="00F227DE">
        <w:rPr>
          <w:sz w:val="24"/>
          <w:szCs w:val="24"/>
        </w:rPr>
        <w:tab/>
      </w:r>
      <w:proofErr w:type="spellStart"/>
      <w:r w:rsidR="00FE699E" w:rsidRPr="00F227DE">
        <w:rPr>
          <w:sz w:val="24"/>
          <w:szCs w:val="24"/>
        </w:rPr>
        <w:t>Menguji</w:t>
      </w:r>
      <w:proofErr w:type="spellEnd"/>
      <w:r w:rsidR="00FE699E" w:rsidRPr="00F227DE">
        <w:rPr>
          <w:sz w:val="24"/>
          <w:szCs w:val="24"/>
        </w:rPr>
        <w:t xml:space="preserve"> </w:t>
      </w:r>
      <w:proofErr w:type="spellStart"/>
      <w:r w:rsidR="00FE699E" w:rsidRPr="00F227DE">
        <w:rPr>
          <w:sz w:val="24"/>
          <w:szCs w:val="24"/>
        </w:rPr>
        <w:t>tingkat</w:t>
      </w:r>
      <w:proofErr w:type="spellEnd"/>
      <w:r w:rsidR="00FE699E" w:rsidRPr="00F227DE">
        <w:rPr>
          <w:sz w:val="24"/>
          <w:szCs w:val="24"/>
        </w:rPr>
        <w:t xml:space="preserve"> </w:t>
      </w:r>
      <w:proofErr w:type="spellStart"/>
      <w:r w:rsidR="00FE699E" w:rsidRPr="00F227DE">
        <w:rPr>
          <w:sz w:val="24"/>
          <w:szCs w:val="24"/>
        </w:rPr>
        <w:t>keterpakaian</w:t>
      </w:r>
      <w:proofErr w:type="spellEnd"/>
      <w:r w:rsidR="00FE699E" w:rsidRPr="00F227DE">
        <w:rPr>
          <w:sz w:val="24"/>
          <w:szCs w:val="24"/>
        </w:rPr>
        <w:t xml:space="preserve"> (usability) dashboard BI </w:t>
      </w:r>
      <w:proofErr w:type="spellStart"/>
      <w:r w:rsidR="00FE699E" w:rsidRPr="00F227DE">
        <w:rPr>
          <w:sz w:val="24"/>
          <w:szCs w:val="24"/>
        </w:rPr>
        <w:t>bagi</w:t>
      </w:r>
      <w:proofErr w:type="spellEnd"/>
      <w:r w:rsidR="00FE699E" w:rsidRPr="00F227DE">
        <w:rPr>
          <w:sz w:val="24"/>
          <w:szCs w:val="24"/>
        </w:rPr>
        <w:t xml:space="preserve"> </w:t>
      </w:r>
      <w:proofErr w:type="spellStart"/>
      <w:r w:rsidR="00FE699E" w:rsidRPr="00F227DE">
        <w:rPr>
          <w:sz w:val="24"/>
          <w:szCs w:val="24"/>
        </w:rPr>
        <w:t>pengguna</w:t>
      </w:r>
      <w:proofErr w:type="spellEnd"/>
      <w:r w:rsidR="00FE699E" w:rsidRPr="00F227DE">
        <w:rPr>
          <w:sz w:val="24"/>
          <w:szCs w:val="24"/>
        </w:rPr>
        <w:t xml:space="preserve"> </w:t>
      </w:r>
      <w:proofErr w:type="spellStart"/>
      <w:r w:rsidR="00FE699E" w:rsidRPr="00F227DE">
        <w:rPr>
          <w:sz w:val="24"/>
          <w:szCs w:val="24"/>
        </w:rPr>
        <w:t>akhirmenggunakan</w:t>
      </w:r>
      <w:proofErr w:type="spellEnd"/>
      <w:r w:rsidR="00FE699E" w:rsidRPr="00F227DE">
        <w:rPr>
          <w:sz w:val="24"/>
          <w:szCs w:val="24"/>
        </w:rPr>
        <w:t xml:space="preserve"> System Usability Scale (SUS).</w:t>
      </w:r>
    </w:p>
    <w:p w14:paraId="20AAD0A2" w14:textId="77777777" w:rsidR="00021266" w:rsidRPr="00F227DE" w:rsidRDefault="0086301C" w:rsidP="00F227DE">
      <w:pPr>
        <w:jc w:val="both"/>
        <w:rPr>
          <w:sz w:val="24"/>
          <w:szCs w:val="24"/>
        </w:rPr>
      </w:pPr>
      <w:r w:rsidRPr="00F227DE">
        <w:rPr>
          <w:b/>
          <w:sz w:val="24"/>
          <w:szCs w:val="24"/>
        </w:rPr>
        <w:t>2. Manfaat</w:t>
      </w:r>
    </w:p>
    <w:p w14:paraId="735B2365" w14:textId="77777777" w:rsidR="000F416D" w:rsidRPr="00F227DE" w:rsidRDefault="00FE699E" w:rsidP="00F227DE">
      <w:pPr>
        <w:pStyle w:val="ListParagraph"/>
        <w:numPr>
          <w:ilvl w:val="0"/>
          <w:numId w:val="16"/>
        </w:numPr>
        <w:jc w:val="both"/>
        <w:rPr>
          <w:sz w:val="24"/>
          <w:szCs w:val="24"/>
        </w:rPr>
      </w:pPr>
      <w:r w:rsidRPr="00F227DE">
        <w:rPr>
          <w:b/>
          <w:bCs/>
          <w:sz w:val="24"/>
          <w:szCs w:val="24"/>
        </w:rPr>
        <w:t>Bagi Pelaku Usaha/</w:t>
      </w:r>
      <w:proofErr w:type="spellStart"/>
      <w:r w:rsidRPr="00F227DE">
        <w:rPr>
          <w:b/>
          <w:bCs/>
          <w:sz w:val="24"/>
          <w:szCs w:val="24"/>
        </w:rPr>
        <w:t>Ritel</w:t>
      </w:r>
      <w:proofErr w:type="spellEnd"/>
      <w:r w:rsidRPr="00F227DE">
        <w:rPr>
          <w:sz w:val="24"/>
          <w:szCs w:val="24"/>
        </w:rPr>
        <w:t xml:space="preserve">: </w:t>
      </w:r>
      <w:proofErr w:type="spellStart"/>
      <w:r w:rsidRPr="00F227DE">
        <w:rPr>
          <w:sz w:val="24"/>
          <w:szCs w:val="24"/>
        </w:rPr>
        <w:t>Mempercepat</w:t>
      </w:r>
      <w:proofErr w:type="spellEnd"/>
      <w:r w:rsidRPr="00F227DE">
        <w:rPr>
          <w:sz w:val="24"/>
          <w:szCs w:val="24"/>
        </w:rPr>
        <w:t xml:space="preserve"> proses </w:t>
      </w:r>
      <w:proofErr w:type="spellStart"/>
      <w:r w:rsidRPr="00F227DE">
        <w:rPr>
          <w:sz w:val="24"/>
          <w:szCs w:val="24"/>
        </w:rPr>
        <w:t>pengambilan</w:t>
      </w:r>
      <w:proofErr w:type="spellEnd"/>
      <w:r w:rsidRPr="00F227DE">
        <w:rPr>
          <w:sz w:val="24"/>
          <w:szCs w:val="24"/>
        </w:rPr>
        <w:t xml:space="preserve"> </w:t>
      </w:r>
      <w:proofErr w:type="spellStart"/>
      <w:r w:rsidRPr="00F227DE">
        <w:rPr>
          <w:sz w:val="24"/>
          <w:szCs w:val="24"/>
        </w:rPr>
        <w:t>keputusan</w:t>
      </w:r>
      <w:proofErr w:type="spellEnd"/>
      <w:r w:rsidRPr="00F227DE">
        <w:rPr>
          <w:sz w:val="24"/>
          <w:szCs w:val="24"/>
        </w:rPr>
        <w:t xml:space="preserve"> </w:t>
      </w:r>
      <w:proofErr w:type="spellStart"/>
      <w:r w:rsidRPr="00F227DE">
        <w:rPr>
          <w:sz w:val="24"/>
          <w:szCs w:val="24"/>
        </w:rPr>
        <w:t>bisnis</w:t>
      </w:r>
      <w:proofErr w:type="spellEnd"/>
      <w:r w:rsidRPr="00F227DE">
        <w:rPr>
          <w:sz w:val="24"/>
          <w:szCs w:val="24"/>
        </w:rPr>
        <w:t xml:space="preserve"> </w:t>
      </w:r>
      <w:proofErr w:type="spellStart"/>
      <w:r w:rsidRPr="00F227DE">
        <w:rPr>
          <w:sz w:val="24"/>
          <w:szCs w:val="24"/>
        </w:rPr>
        <w:t>melalui</w:t>
      </w:r>
      <w:proofErr w:type="spellEnd"/>
      <w:r w:rsidRPr="00F227DE">
        <w:rPr>
          <w:sz w:val="24"/>
          <w:szCs w:val="24"/>
        </w:rPr>
        <w:t xml:space="preserve"> </w:t>
      </w:r>
      <w:proofErr w:type="spellStart"/>
      <w:r w:rsidRPr="00F227DE">
        <w:rPr>
          <w:sz w:val="24"/>
          <w:szCs w:val="24"/>
        </w:rPr>
        <w:t>ketersediaan</w:t>
      </w:r>
      <w:proofErr w:type="spellEnd"/>
      <w:r w:rsidRPr="00F227DE">
        <w:rPr>
          <w:sz w:val="24"/>
          <w:szCs w:val="24"/>
        </w:rPr>
        <w:t xml:space="preserve"> </w:t>
      </w:r>
      <w:proofErr w:type="spellStart"/>
      <w:r w:rsidRPr="00F227DE">
        <w:rPr>
          <w:sz w:val="24"/>
          <w:szCs w:val="24"/>
        </w:rPr>
        <w:t>laporan</w:t>
      </w:r>
      <w:proofErr w:type="spellEnd"/>
      <w:r w:rsidRPr="00F227DE">
        <w:rPr>
          <w:sz w:val="24"/>
          <w:szCs w:val="24"/>
        </w:rPr>
        <w:t xml:space="preserve"> </w:t>
      </w:r>
      <w:proofErr w:type="spellStart"/>
      <w:r w:rsidRPr="00F227DE">
        <w:rPr>
          <w:sz w:val="24"/>
          <w:szCs w:val="24"/>
        </w:rPr>
        <w:t>visualisasi</w:t>
      </w:r>
      <w:proofErr w:type="spellEnd"/>
      <w:r w:rsidRPr="00F227DE">
        <w:rPr>
          <w:sz w:val="24"/>
          <w:szCs w:val="24"/>
        </w:rPr>
        <w:t xml:space="preserve"> </w:t>
      </w:r>
      <w:proofErr w:type="spellStart"/>
      <w:r w:rsidRPr="00F227DE">
        <w:rPr>
          <w:sz w:val="24"/>
          <w:szCs w:val="24"/>
        </w:rPr>
        <w:t>penjualan</w:t>
      </w:r>
      <w:proofErr w:type="spellEnd"/>
      <w:r w:rsidRPr="00F227DE">
        <w:rPr>
          <w:sz w:val="24"/>
          <w:szCs w:val="24"/>
        </w:rPr>
        <w:t xml:space="preserve"> yang real-time dan </w:t>
      </w:r>
      <w:proofErr w:type="spellStart"/>
      <w:r w:rsidRPr="00F227DE">
        <w:rPr>
          <w:sz w:val="24"/>
          <w:szCs w:val="24"/>
        </w:rPr>
        <w:t>intuitif</w:t>
      </w:r>
      <w:proofErr w:type="spellEnd"/>
      <w:r w:rsidRPr="00F227DE">
        <w:rPr>
          <w:sz w:val="24"/>
          <w:szCs w:val="24"/>
        </w:rPr>
        <w:t>.</w:t>
      </w:r>
    </w:p>
    <w:p w14:paraId="0A18CB07" w14:textId="1882E741" w:rsidR="00021266" w:rsidRPr="00F227DE" w:rsidRDefault="00FE699E" w:rsidP="00F227DE">
      <w:pPr>
        <w:pStyle w:val="ListParagraph"/>
        <w:numPr>
          <w:ilvl w:val="0"/>
          <w:numId w:val="16"/>
        </w:numPr>
        <w:jc w:val="both"/>
        <w:rPr>
          <w:sz w:val="24"/>
          <w:szCs w:val="24"/>
        </w:rPr>
      </w:pPr>
      <w:r w:rsidRPr="00F227DE">
        <w:rPr>
          <w:b/>
          <w:bCs/>
          <w:sz w:val="24"/>
          <w:szCs w:val="24"/>
        </w:rPr>
        <w:t xml:space="preserve">Bagi </w:t>
      </w:r>
      <w:proofErr w:type="spellStart"/>
      <w:r w:rsidRPr="00F227DE">
        <w:rPr>
          <w:b/>
          <w:bCs/>
          <w:sz w:val="24"/>
          <w:szCs w:val="24"/>
        </w:rPr>
        <w:t>Akademisi</w:t>
      </w:r>
      <w:proofErr w:type="spellEnd"/>
      <w:r w:rsidRPr="00F227DE">
        <w:rPr>
          <w:b/>
          <w:bCs/>
          <w:sz w:val="24"/>
          <w:szCs w:val="24"/>
        </w:rPr>
        <w:t xml:space="preserve"> &amp; Riset</w:t>
      </w:r>
      <w:r w:rsidRPr="00F227DE">
        <w:rPr>
          <w:sz w:val="24"/>
          <w:szCs w:val="24"/>
        </w:rPr>
        <w:t xml:space="preserve">: </w:t>
      </w:r>
      <w:proofErr w:type="spellStart"/>
      <w:r w:rsidRPr="00F227DE">
        <w:rPr>
          <w:sz w:val="24"/>
          <w:szCs w:val="24"/>
        </w:rPr>
        <w:t>Menjadi</w:t>
      </w:r>
      <w:proofErr w:type="spellEnd"/>
      <w:r w:rsidRPr="00F227DE">
        <w:rPr>
          <w:sz w:val="24"/>
          <w:szCs w:val="24"/>
        </w:rPr>
        <w:t xml:space="preserve"> </w:t>
      </w:r>
      <w:proofErr w:type="spellStart"/>
      <w:r w:rsidRPr="00F227DE">
        <w:rPr>
          <w:sz w:val="24"/>
          <w:szCs w:val="24"/>
        </w:rPr>
        <w:t>referensi</w:t>
      </w:r>
      <w:proofErr w:type="spellEnd"/>
      <w:r w:rsidRPr="00F227DE">
        <w:rPr>
          <w:sz w:val="24"/>
          <w:szCs w:val="24"/>
        </w:rPr>
        <w:t xml:space="preserve"> </w:t>
      </w:r>
      <w:proofErr w:type="spellStart"/>
      <w:r w:rsidRPr="00F227DE">
        <w:rPr>
          <w:sz w:val="24"/>
          <w:szCs w:val="24"/>
        </w:rPr>
        <w:t>penerapan</w:t>
      </w:r>
      <w:proofErr w:type="spellEnd"/>
      <w:r w:rsidRPr="00F227DE">
        <w:rPr>
          <w:sz w:val="24"/>
          <w:szCs w:val="24"/>
        </w:rPr>
        <w:t xml:space="preserve"> </w:t>
      </w:r>
      <w:proofErr w:type="spellStart"/>
      <w:r w:rsidRPr="00F227DE">
        <w:rPr>
          <w:sz w:val="24"/>
          <w:szCs w:val="24"/>
        </w:rPr>
        <w:t>metodologi</w:t>
      </w:r>
      <w:proofErr w:type="spellEnd"/>
      <w:r w:rsidRPr="00F227DE">
        <w:rPr>
          <w:sz w:val="24"/>
          <w:szCs w:val="24"/>
        </w:rPr>
        <w:t xml:space="preserve"> Kimball yang </w:t>
      </w:r>
      <w:proofErr w:type="spellStart"/>
      <w:r w:rsidRPr="00F227DE">
        <w:rPr>
          <w:sz w:val="24"/>
          <w:szCs w:val="24"/>
        </w:rPr>
        <w:t>terstruktur</w:t>
      </w:r>
      <w:proofErr w:type="spellEnd"/>
      <w:r w:rsidRPr="00F227DE">
        <w:rPr>
          <w:sz w:val="24"/>
          <w:szCs w:val="24"/>
        </w:rPr>
        <w:t xml:space="preserve"> pada </w:t>
      </w:r>
      <w:proofErr w:type="spellStart"/>
      <w:r w:rsidRPr="00F227DE">
        <w:rPr>
          <w:sz w:val="24"/>
          <w:szCs w:val="24"/>
        </w:rPr>
        <w:t>pengolahan</w:t>
      </w:r>
      <w:proofErr w:type="spellEnd"/>
      <w:r w:rsidRPr="00F227DE">
        <w:rPr>
          <w:sz w:val="24"/>
          <w:szCs w:val="24"/>
        </w:rPr>
        <w:t xml:space="preserve"> data </w:t>
      </w:r>
      <w:proofErr w:type="spellStart"/>
      <w:r w:rsidRPr="00F227DE">
        <w:rPr>
          <w:sz w:val="24"/>
          <w:szCs w:val="24"/>
        </w:rPr>
        <w:t>ritel</w:t>
      </w:r>
      <w:proofErr w:type="spellEnd"/>
      <w:r w:rsidRPr="00F227DE">
        <w:rPr>
          <w:sz w:val="24"/>
          <w:szCs w:val="24"/>
        </w:rPr>
        <w:t xml:space="preserve"> </w:t>
      </w:r>
      <w:proofErr w:type="spellStart"/>
      <w:r w:rsidRPr="00F227DE">
        <w:rPr>
          <w:sz w:val="24"/>
          <w:szCs w:val="24"/>
        </w:rPr>
        <w:t>skala</w:t>
      </w:r>
      <w:proofErr w:type="spellEnd"/>
      <w:r w:rsidRPr="00F227DE">
        <w:rPr>
          <w:sz w:val="24"/>
          <w:szCs w:val="24"/>
        </w:rPr>
        <w:t xml:space="preserve"> </w:t>
      </w:r>
      <w:proofErr w:type="spellStart"/>
      <w:r w:rsidRPr="00F227DE">
        <w:rPr>
          <w:sz w:val="24"/>
          <w:szCs w:val="24"/>
        </w:rPr>
        <w:t>kecil-menengah</w:t>
      </w:r>
      <w:proofErr w:type="spellEnd"/>
      <w:r w:rsidR="000F416D" w:rsidRPr="00F227DE">
        <w:rPr>
          <w:sz w:val="24"/>
          <w:szCs w:val="24"/>
        </w:rPr>
        <w:t>.</w:t>
      </w:r>
    </w:p>
    <w:p w14:paraId="74317F17" w14:textId="77777777" w:rsidR="00021266" w:rsidRPr="00F227DE" w:rsidRDefault="0086301C" w:rsidP="00F227DE">
      <w:pPr>
        <w:spacing w:before="160" w:after="100"/>
        <w:jc w:val="both"/>
        <w:rPr>
          <w:sz w:val="24"/>
          <w:szCs w:val="24"/>
        </w:rPr>
      </w:pPr>
      <w:r w:rsidRPr="00F227DE">
        <w:rPr>
          <w:b/>
          <w:sz w:val="24"/>
          <w:szCs w:val="24"/>
        </w:rPr>
        <w:t>G. METODE PENELITIAN</w:t>
      </w:r>
    </w:p>
    <w:p w14:paraId="5296C21A" w14:textId="77777777" w:rsidR="000F416D" w:rsidRPr="00F227DE" w:rsidRDefault="000F416D" w:rsidP="00F227DE">
      <w:pPr>
        <w:jc w:val="both"/>
        <w:rPr>
          <w:sz w:val="24"/>
          <w:szCs w:val="24"/>
        </w:rPr>
      </w:pPr>
      <w:proofErr w:type="spellStart"/>
      <w:r w:rsidRPr="00F227DE">
        <w:rPr>
          <w:sz w:val="24"/>
          <w:szCs w:val="24"/>
        </w:rPr>
        <w:t>Penelitian</w:t>
      </w:r>
      <w:proofErr w:type="spellEnd"/>
      <w:r w:rsidRPr="00F227DE">
        <w:rPr>
          <w:sz w:val="24"/>
          <w:szCs w:val="24"/>
        </w:rPr>
        <w:t xml:space="preserve"> </w:t>
      </w:r>
      <w:proofErr w:type="spellStart"/>
      <w:r w:rsidRPr="00F227DE">
        <w:rPr>
          <w:sz w:val="24"/>
          <w:szCs w:val="24"/>
        </w:rPr>
        <w:t>ini</w:t>
      </w:r>
      <w:proofErr w:type="spellEnd"/>
      <w:r w:rsidRPr="00F227DE">
        <w:rPr>
          <w:sz w:val="24"/>
          <w:szCs w:val="24"/>
        </w:rPr>
        <w:t xml:space="preserve"> </w:t>
      </w:r>
      <w:proofErr w:type="spellStart"/>
      <w:r w:rsidRPr="00F227DE">
        <w:rPr>
          <w:sz w:val="24"/>
          <w:szCs w:val="24"/>
        </w:rPr>
        <w:t>menggunakan</w:t>
      </w:r>
      <w:proofErr w:type="spellEnd"/>
      <w:r w:rsidRPr="00F227DE">
        <w:rPr>
          <w:sz w:val="24"/>
          <w:szCs w:val="24"/>
        </w:rPr>
        <w:t xml:space="preserve"> </w:t>
      </w:r>
      <w:proofErr w:type="spellStart"/>
      <w:r w:rsidRPr="00F227DE">
        <w:rPr>
          <w:sz w:val="24"/>
          <w:szCs w:val="24"/>
        </w:rPr>
        <w:t>pendekatan</w:t>
      </w:r>
      <w:proofErr w:type="spellEnd"/>
      <w:r w:rsidRPr="00F227DE">
        <w:rPr>
          <w:sz w:val="24"/>
          <w:szCs w:val="24"/>
        </w:rPr>
        <w:t xml:space="preserve"> </w:t>
      </w:r>
      <w:r w:rsidRPr="00F227DE">
        <w:rPr>
          <w:b/>
          <w:bCs/>
          <w:sz w:val="24"/>
          <w:szCs w:val="24"/>
        </w:rPr>
        <w:t>Kimball Architecture Lifecycle</w:t>
      </w:r>
      <w:r w:rsidRPr="00F227DE">
        <w:rPr>
          <w:sz w:val="24"/>
          <w:szCs w:val="24"/>
        </w:rPr>
        <w:t xml:space="preserve"> </w:t>
      </w:r>
      <w:proofErr w:type="spellStart"/>
      <w:r w:rsidRPr="00F227DE">
        <w:rPr>
          <w:sz w:val="24"/>
          <w:szCs w:val="24"/>
        </w:rPr>
        <w:t>dengan</w:t>
      </w:r>
      <w:proofErr w:type="spellEnd"/>
      <w:r w:rsidRPr="00F227DE">
        <w:rPr>
          <w:sz w:val="24"/>
          <w:szCs w:val="24"/>
        </w:rPr>
        <w:t xml:space="preserve"> </w:t>
      </w:r>
      <w:proofErr w:type="spellStart"/>
      <w:r w:rsidRPr="00F227DE">
        <w:rPr>
          <w:sz w:val="24"/>
          <w:szCs w:val="24"/>
        </w:rPr>
        <w:t>fokus</w:t>
      </w:r>
      <w:proofErr w:type="spellEnd"/>
      <w:r w:rsidRPr="00F227DE">
        <w:rPr>
          <w:sz w:val="24"/>
          <w:szCs w:val="24"/>
        </w:rPr>
        <w:t xml:space="preserve"> pada </w:t>
      </w:r>
      <w:r w:rsidRPr="00F227DE">
        <w:rPr>
          <w:i/>
          <w:iCs/>
          <w:sz w:val="24"/>
          <w:szCs w:val="24"/>
        </w:rPr>
        <w:t>4-Step Dimensional Design</w:t>
      </w:r>
      <w:r w:rsidRPr="00F227DE">
        <w:rPr>
          <w:sz w:val="24"/>
          <w:szCs w:val="24"/>
        </w:rPr>
        <w:t xml:space="preserve">, yang </w:t>
      </w:r>
      <w:proofErr w:type="spellStart"/>
      <w:r w:rsidRPr="00F227DE">
        <w:rPr>
          <w:sz w:val="24"/>
          <w:szCs w:val="24"/>
        </w:rPr>
        <w:t>dikombinasikan</w:t>
      </w:r>
      <w:proofErr w:type="spellEnd"/>
      <w:r w:rsidRPr="00F227DE">
        <w:rPr>
          <w:sz w:val="24"/>
          <w:szCs w:val="24"/>
        </w:rPr>
        <w:t xml:space="preserve"> </w:t>
      </w:r>
      <w:proofErr w:type="spellStart"/>
      <w:r w:rsidRPr="00F227DE">
        <w:rPr>
          <w:sz w:val="24"/>
          <w:szCs w:val="24"/>
        </w:rPr>
        <w:t>dengan</w:t>
      </w:r>
      <w:proofErr w:type="spellEnd"/>
      <w:r w:rsidRPr="00F227DE">
        <w:rPr>
          <w:sz w:val="24"/>
          <w:szCs w:val="24"/>
        </w:rPr>
        <w:t xml:space="preserve"> </w:t>
      </w:r>
      <w:proofErr w:type="spellStart"/>
      <w:r w:rsidRPr="00F227DE">
        <w:rPr>
          <w:sz w:val="24"/>
          <w:szCs w:val="24"/>
        </w:rPr>
        <w:t>pengujian</w:t>
      </w:r>
      <w:proofErr w:type="spellEnd"/>
      <w:r w:rsidRPr="00F227DE">
        <w:rPr>
          <w:sz w:val="24"/>
          <w:szCs w:val="24"/>
        </w:rPr>
        <w:t xml:space="preserve"> </w:t>
      </w:r>
      <w:proofErr w:type="spellStart"/>
      <w:r w:rsidRPr="00F227DE">
        <w:rPr>
          <w:sz w:val="24"/>
          <w:szCs w:val="24"/>
        </w:rPr>
        <w:t>evaluasi</w:t>
      </w:r>
      <w:proofErr w:type="spellEnd"/>
      <w:r w:rsidRPr="00F227DE">
        <w:rPr>
          <w:sz w:val="24"/>
          <w:szCs w:val="24"/>
        </w:rPr>
        <w:t xml:space="preserve"> </w:t>
      </w:r>
      <w:proofErr w:type="spellStart"/>
      <w:r w:rsidRPr="00F227DE">
        <w:rPr>
          <w:sz w:val="24"/>
          <w:szCs w:val="24"/>
        </w:rPr>
        <w:t>antarmuka</w:t>
      </w:r>
      <w:proofErr w:type="spellEnd"/>
      <w:r w:rsidRPr="00F227DE">
        <w:rPr>
          <w:sz w:val="24"/>
          <w:szCs w:val="24"/>
        </w:rPr>
        <w:t xml:space="preserve">: </w:t>
      </w:r>
    </w:p>
    <w:p w14:paraId="44FC90D3" w14:textId="38C75864" w:rsidR="000F416D" w:rsidRPr="00F227DE" w:rsidRDefault="000F416D" w:rsidP="00F227DE">
      <w:pPr>
        <w:jc w:val="both"/>
        <w:rPr>
          <w:sz w:val="24"/>
          <w:szCs w:val="24"/>
          <w:lang w:val="nb-NO"/>
        </w:rPr>
      </w:pPr>
      <w:r w:rsidRPr="00F227DE">
        <w:rPr>
          <w:b/>
          <w:bCs/>
          <w:sz w:val="24"/>
          <w:szCs w:val="24"/>
          <w:lang w:val="nb-NO"/>
        </w:rPr>
        <w:t>Tahap 1</w:t>
      </w:r>
      <w:r w:rsidRPr="00F227DE">
        <w:rPr>
          <w:sz w:val="24"/>
          <w:szCs w:val="24"/>
          <w:lang w:val="nb-NO"/>
        </w:rPr>
        <w:t>: Select Business Process</w:t>
      </w:r>
    </w:p>
    <w:p w14:paraId="23360CA6" w14:textId="77777777" w:rsidR="000F416D" w:rsidRPr="00F227DE" w:rsidRDefault="000F416D" w:rsidP="00F227DE">
      <w:pPr>
        <w:jc w:val="both"/>
        <w:rPr>
          <w:sz w:val="24"/>
          <w:szCs w:val="24"/>
          <w:lang w:val="nb-NO"/>
        </w:rPr>
      </w:pPr>
      <w:r w:rsidRPr="00F227DE">
        <w:rPr>
          <w:sz w:val="24"/>
          <w:szCs w:val="24"/>
          <w:lang w:val="nb-NO"/>
        </w:rPr>
        <w:t>Menentukan proses bisnis utama yang dianalisis, yaitu proses pemantauan transaksi penjualan barang ritel.</w:t>
      </w:r>
    </w:p>
    <w:p w14:paraId="0D83EB19" w14:textId="77777777" w:rsidR="000F416D" w:rsidRPr="00F227DE" w:rsidRDefault="000F416D" w:rsidP="00F227DE">
      <w:pPr>
        <w:jc w:val="both"/>
        <w:rPr>
          <w:sz w:val="24"/>
          <w:szCs w:val="24"/>
          <w:lang w:val="nb-NO"/>
        </w:rPr>
      </w:pPr>
      <w:r w:rsidRPr="00F227DE">
        <w:rPr>
          <w:b/>
          <w:bCs/>
          <w:sz w:val="24"/>
          <w:szCs w:val="24"/>
          <w:lang w:val="nb-NO"/>
        </w:rPr>
        <w:t>Tahap 2</w:t>
      </w:r>
      <w:r w:rsidRPr="00F227DE">
        <w:rPr>
          <w:sz w:val="24"/>
          <w:szCs w:val="24"/>
          <w:lang w:val="nb-NO"/>
        </w:rPr>
        <w:t>: Declare Grain</w:t>
      </w:r>
    </w:p>
    <w:p w14:paraId="363436F8" w14:textId="77777777" w:rsidR="000F416D" w:rsidRPr="00F227DE" w:rsidRDefault="000F416D" w:rsidP="00F227DE">
      <w:pPr>
        <w:jc w:val="both"/>
        <w:rPr>
          <w:sz w:val="24"/>
          <w:szCs w:val="24"/>
          <w:lang w:val="nb-NO"/>
        </w:rPr>
      </w:pPr>
      <w:r w:rsidRPr="00F227DE">
        <w:rPr>
          <w:sz w:val="24"/>
          <w:szCs w:val="24"/>
          <w:lang w:val="nb-NO"/>
        </w:rPr>
        <w:t>Menentukan tingkat rincian data (grain), di mana setiap baris pada tabel fakta mencatat detail transaksi tunggal per item produk.</w:t>
      </w:r>
    </w:p>
    <w:p w14:paraId="4B42FB2C" w14:textId="77777777" w:rsidR="000F416D" w:rsidRPr="00F227DE" w:rsidRDefault="000F416D" w:rsidP="00F227DE">
      <w:pPr>
        <w:jc w:val="both"/>
        <w:rPr>
          <w:sz w:val="24"/>
          <w:szCs w:val="24"/>
          <w:lang w:val="nb-NO"/>
        </w:rPr>
      </w:pPr>
      <w:r w:rsidRPr="00F227DE">
        <w:rPr>
          <w:b/>
          <w:bCs/>
          <w:sz w:val="24"/>
          <w:szCs w:val="24"/>
          <w:lang w:val="nb-NO"/>
        </w:rPr>
        <w:t>Tahap 3</w:t>
      </w:r>
      <w:r w:rsidRPr="00F227DE">
        <w:rPr>
          <w:sz w:val="24"/>
          <w:szCs w:val="24"/>
          <w:lang w:val="nb-NO"/>
        </w:rPr>
        <w:t>: Identify Dimensions</w:t>
      </w:r>
    </w:p>
    <w:p w14:paraId="23C611E1" w14:textId="77777777" w:rsidR="000F416D" w:rsidRPr="00F227DE" w:rsidRDefault="000F416D" w:rsidP="00F227DE">
      <w:pPr>
        <w:jc w:val="both"/>
        <w:rPr>
          <w:sz w:val="24"/>
          <w:szCs w:val="24"/>
          <w:lang w:val="nb-NO"/>
        </w:rPr>
      </w:pPr>
      <w:r w:rsidRPr="00F227DE">
        <w:rPr>
          <w:sz w:val="24"/>
          <w:szCs w:val="24"/>
          <w:lang w:val="nb-NO"/>
        </w:rPr>
        <w:t>Mengidentifikasi tabel dimensi pendukung, yang terdiri dari: Dim_Date (waktu/tanggal), Dim_Location (wilayah), Dim_Customer (segmen pelanggan), dan Dim_Product (kategori produk).</w:t>
      </w:r>
    </w:p>
    <w:p w14:paraId="607C7549" w14:textId="77777777" w:rsidR="000F416D" w:rsidRPr="00F227DE" w:rsidRDefault="000F416D" w:rsidP="00F227DE">
      <w:pPr>
        <w:jc w:val="both"/>
        <w:rPr>
          <w:sz w:val="24"/>
          <w:szCs w:val="24"/>
          <w:lang w:val="nb-NO"/>
        </w:rPr>
      </w:pPr>
      <w:r w:rsidRPr="00F227DE">
        <w:rPr>
          <w:b/>
          <w:bCs/>
          <w:sz w:val="24"/>
          <w:szCs w:val="24"/>
          <w:lang w:val="nb-NO"/>
        </w:rPr>
        <w:t>Tahap 4</w:t>
      </w:r>
      <w:r w:rsidRPr="00F227DE">
        <w:rPr>
          <w:sz w:val="24"/>
          <w:szCs w:val="24"/>
          <w:lang w:val="nb-NO"/>
        </w:rPr>
        <w:t>: Identify Facts</w:t>
      </w:r>
    </w:p>
    <w:p w14:paraId="6E0CB4EE" w14:textId="77777777" w:rsidR="000F416D" w:rsidRPr="00F227DE" w:rsidRDefault="000F416D" w:rsidP="00F227DE">
      <w:pPr>
        <w:jc w:val="both"/>
        <w:rPr>
          <w:sz w:val="24"/>
          <w:szCs w:val="24"/>
          <w:lang w:val="nb-NO"/>
        </w:rPr>
      </w:pPr>
      <w:r w:rsidRPr="00F227DE">
        <w:rPr>
          <w:sz w:val="24"/>
          <w:szCs w:val="24"/>
          <w:lang w:val="nb-NO"/>
        </w:rPr>
        <w:t>Mengidentifikasi ukuran kuantitatif pada tabel fakta (Fact_Sales), seperti Quantity, Unit_Price, dan Total_Sales.</w:t>
      </w:r>
    </w:p>
    <w:p w14:paraId="4669AA0F" w14:textId="77777777" w:rsidR="000F416D" w:rsidRPr="00F227DE" w:rsidRDefault="000F416D" w:rsidP="00F227DE">
      <w:pPr>
        <w:jc w:val="both"/>
        <w:rPr>
          <w:sz w:val="24"/>
          <w:szCs w:val="24"/>
          <w:lang w:val="nb-NO"/>
        </w:rPr>
      </w:pPr>
      <w:r w:rsidRPr="00F227DE">
        <w:rPr>
          <w:b/>
          <w:bCs/>
          <w:sz w:val="24"/>
          <w:szCs w:val="24"/>
          <w:lang w:val="nb-NO"/>
        </w:rPr>
        <w:t>Tahap ETL &amp; Visualisasi</w:t>
      </w:r>
      <w:r w:rsidRPr="00F227DE">
        <w:rPr>
          <w:sz w:val="24"/>
          <w:szCs w:val="24"/>
          <w:lang w:val="nb-NO"/>
        </w:rPr>
        <w:t xml:space="preserve"> (Power BI)</w:t>
      </w:r>
    </w:p>
    <w:p w14:paraId="4E9FF91B" w14:textId="77777777" w:rsidR="000F416D" w:rsidRPr="00F227DE" w:rsidRDefault="000F416D" w:rsidP="00F227DE">
      <w:pPr>
        <w:jc w:val="both"/>
        <w:rPr>
          <w:sz w:val="24"/>
          <w:szCs w:val="24"/>
          <w:lang w:val="nb-NO"/>
        </w:rPr>
      </w:pPr>
      <w:r w:rsidRPr="00F227DE">
        <w:rPr>
          <w:sz w:val="24"/>
          <w:szCs w:val="24"/>
          <w:lang w:val="nb-NO"/>
        </w:rPr>
        <w:t>Proses Extract, Transform, Load (ETL) untuk memproses data mentah menjadi Skema Bintang di Power BI Desktop, dilanjutkan pembuatan kartu KPI, Line Chart, dan Bar Chart.</w:t>
      </w:r>
    </w:p>
    <w:p w14:paraId="114E919E" w14:textId="77777777" w:rsidR="000F416D" w:rsidRPr="00F227DE" w:rsidRDefault="000F416D" w:rsidP="00F227DE">
      <w:pPr>
        <w:jc w:val="both"/>
        <w:rPr>
          <w:sz w:val="24"/>
          <w:szCs w:val="24"/>
          <w:lang w:val="nb-NO"/>
        </w:rPr>
      </w:pPr>
      <w:r w:rsidRPr="00F227DE">
        <w:rPr>
          <w:b/>
          <w:bCs/>
          <w:sz w:val="24"/>
          <w:szCs w:val="24"/>
          <w:lang w:val="nb-NO"/>
        </w:rPr>
        <w:t>Tahap Pengujian Usability</w:t>
      </w:r>
      <w:r w:rsidRPr="00F227DE">
        <w:rPr>
          <w:sz w:val="24"/>
          <w:szCs w:val="24"/>
          <w:lang w:val="nb-NO"/>
        </w:rPr>
        <w:t xml:space="preserve"> (SUS)</w:t>
      </w:r>
    </w:p>
    <w:p w14:paraId="3C5A41A7" w14:textId="77777777" w:rsidR="000F416D" w:rsidRPr="00F227DE" w:rsidRDefault="000F416D" w:rsidP="00F227DE">
      <w:pPr>
        <w:jc w:val="both"/>
        <w:rPr>
          <w:sz w:val="24"/>
          <w:szCs w:val="24"/>
          <w:lang w:val="nb-NO"/>
        </w:rPr>
      </w:pPr>
      <w:r w:rsidRPr="00F227DE">
        <w:rPr>
          <w:sz w:val="24"/>
          <w:szCs w:val="24"/>
          <w:lang w:val="nb-NO"/>
        </w:rPr>
        <w:lastRenderedPageBreak/>
        <w:t>Menguji dashboard kepada pengguna/manajemen menggunakan instrumen kuesioner 10 pertanyaan System Usability Scale (SUS) untuk mengukur tingkat kemudahan pemakaian.</w:t>
      </w:r>
    </w:p>
    <w:p w14:paraId="2832D476" w14:textId="77777777" w:rsidR="000F416D" w:rsidRDefault="000F416D" w:rsidP="000F416D">
      <w:pPr>
        <w:rPr>
          <w:b/>
          <w:sz w:val="24"/>
          <w:lang w:val="nb-NO"/>
        </w:rPr>
      </w:pPr>
    </w:p>
    <w:p w14:paraId="3E0A61B1" w14:textId="7EEB6947" w:rsidR="00021266" w:rsidRPr="003F1B29" w:rsidRDefault="0086301C" w:rsidP="000F416D">
      <w:pPr>
        <w:rPr>
          <w:lang w:val="nb-NO"/>
        </w:rPr>
      </w:pPr>
      <w:r w:rsidRPr="003F1B29">
        <w:rPr>
          <w:b/>
          <w:sz w:val="24"/>
          <w:lang w:val="nb-NO"/>
        </w:rPr>
        <w:t>H.</w:t>
      </w:r>
      <w:r w:rsidR="000F416D">
        <w:rPr>
          <w:b/>
          <w:sz w:val="24"/>
          <w:lang w:val="nb-NO"/>
        </w:rPr>
        <w:t xml:space="preserve"> </w:t>
      </w:r>
      <w:r w:rsidRPr="003F1B29">
        <w:rPr>
          <w:b/>
          <w:sz w:val="24"/>
          <w:lang w:val="nb-NO"/>
        </w:rPr>
        <w:t>TARGET LUARAN DAN ARAH PEMANFAATAN</w:t>
      </w:r>
    </w:p>
    <w:p w14:paraId="2F529BDE" w14:textId="77777777" w:rsidR="00021266" w:rsidRPr="003F1B29" w:rsidRDefault="0086301C">
      <w:pPr>
        <w:rPr>
          <w:lang w:val="nb-NO"/>
        </w:rPr>
      </w:pPr>
      <w:r w:rsidRPr="003F1B29">
        <w:rPr>
          <w:i/>
          <w:sz w:val="19"/>
          <w:lang w:val="nb-NO"/>
        </w:rPr>
        <w:t>Pilih hanya luaran yang realistis. Tidak semua penelitian wajib menghasilkan paten atau prototipe.</w:t>
      </w:r>
    </w:p>
    <w:tbl>
      <w:tblPr>
        <w:tblStyle w:val="TableGrid"/>
        <w:tblW w:w="0" w:type="auto"/>
        <w:jc w:val="center"/>
        <w:tblLook w:val="04A0" w:firstRow="1" w:lastRow="0" w:firstColumn="1" w:lastColumn="0" w:noHBand="0" w:noVBand="1"/>
      </w:tblPr>
      <w:tblGrid>
        <w:gridCol w:w="3023"/>
        <w:gridCol w:w="731"/>
        <w:gridCol w:w="3423"/>
        <w:gridCol w:w="2125"/>
      </w:tblGrid>
      <w:tr w:rsidR="00021266" w14:paraId="7BEB6DEC" w14:textId="77777777" w:rsidTr="006D58AE">
        <w:trPr>
          <w:jc w:val="center"/>
        </w:trPr>
        <w:tc>
          <w:tcPr>
            <w:tcW w:w="3023" w:type="dxa"/>
            <w:shd w:val="clear" w:color="auto" w:fill="D9EAF7"/>
            <w:tcMar>
              <w:top w:w="90" w:type="dxa"/>
              <w:left w:w="90" w:type="dxa"/>
              <w:bottom w:w="90" w:type="dxa"/>
              <w:right w:w="90" w:type="dxa"/>
            </w:tcMar>
            <w:vAlign w:val="center"/>
          </w:tcPr>
          <w:p w14:paraId="0F3261F4" w14:textId="77777777" w:rsidR="00021266" w:rsidRDefault="0086301C" w:rsidP="006D58AE">
            <w:pPr>
              <w:spacing w:after="0"/>
              <w:jc w:val="center"/>
            </w:pPr>
            <w:r>
              <w:rPr>
                <w:b/>
                <w:sz w:val="18"/>
              </w:rPr>
              <w:t xml:space="preserve">Jenis </w:t>
            </w:r>
            <w:proofErr w:type="spellStart"/>
            <w:r>
              <w:rPr>
                <w:b/>
                <w:sz w:val="18"/>
              </w:rPr>
              <w:t>Luaran</w:t>
            </w:r>
            <w:proofErr w:type="spellEnd"/>
          </w:p>
        </w:tc>
        <w:tc>
          <w:tcPr>
            <w:tcW w:w="731" w:type="dxa"/>
            <w:shd w:val="clear" w:color="auto" w:fill="D9EAF7"/>
            <w:tcMar>
              <w:top w:w="90" w:type="dxa"/>
              <w:left w:w="90" w:type="dxa"/>
              <w:bottom w:w="90" w:type="dxa"/>
              <w:right w:w="90" w:type="dxa"/>
            </w:tcMar>
            <w:vAlign w:val="center"/>
          </w:tcPr>
          <w:p w14:paraId="1AE47A00" w14:textId="77777777" w:rsidR="00021266" w:rsidRDefault="0086301C" w:rsidP="006D58AE">
            <w:pPr>
              <w:spacing w:after="0"/>
              <w:jc w:val="center"/>
            </w:pPr>
            <w:r>
              <w:rPr>
                <w:b/>
                <w:sz w:val="18"/>
              </w:rPr>
              <w:t>Target</w:t>
            </w:r>
          </w:p>
        </w:tc>
        <w:tc>
          <w:tcPr>
            <w:tcW w:w="3423" w:type="dxa"/>
            <w:shd w:val="clear" w:color="auto" w:fill="D9EAF7"/>
            <w:tcMar>
              <w:top w:w="90" w:type="dxa"/>
              <w:left w:w="90" w:type="dxa"/>
              <w:bottom w:w="90" w:type="dxa"/>
              <w:right w:w="90" w:type="dxa"/>
            </w:tcMar>
            <w:vAlign w:val="center"/>
          </w:tcPr>
          <w:p w14:paraId="4A2919DB" w14:textId="77777777" w:rsidR="00021266" w:rsidRDefault="0086301C" w:rsidP="006D58AE">
            <w:pPr>
              <w:spacing w:after="0"/>
              <w:jc w:val="center"/>
            </w:pPr>
            <w:r>
              <w:rPr>
                <w:b/>
                <w:sz w:val="18"/>
              </w:rPr>
              <w:t xml:space="preserve">Status yang </w:t>
            </w:r>
            <w:proofErr w:type="spellStart"/>
            <w:r>
              <w:rPr>
                <w:b/>
                <w:sz w:val="18"/>
              </w:rPr>
              <w:t>Ditargetkan</w:t>
            </w:r>
            <w:proofErr w:type="spellEnd"/>
          </w:p>
        </w:tc>
        <w:tc>
          <w:tcPr>
            <w:tcW w:w="2125" w:type="dxa"/>
            <w:shd w:val="clear" w:color="auto" w:fill="D9EAF7"/>
            <w:tcMar>
              <w:top w:w="90" w:type="dxa"/>
              <w:left w:w="90" w:type="dxa"/>
              <w:bottom w:w="90" w:type="dxa"/>
              <w:right w:w="90" w:type="dxa"/>
            </w:tcMar>
            <w:vAlign w:val="center"/>
          </w:tcPr>
          <w:p w14:paraId="25D1C7D1" w14:textId="77777777" w:rsidR="00021266" w:rsidRDefault="0086301C" w:rsidP="006D58AE">
            <w:pPr>
              <w:spacing w:after="0"/>
              <w:jc w:val="center"/>
            </w:pPr>
            <w:proofErr w:type="spellStart"/>
            <w:r>
              <w:rPr>
                <w:b/>
                <w:sz w:val="18"/>
              </w:rPr>
              <w:t>Keterangan</w:t>
            </w:r>
            <w:proofErr w:type="spellEnd"/>
          </w:p>
        </w:tc>
      </w:tr>
      <w:tr w:rsidR="006D58AE" w14:paraId="1FA60180" w14:textId="77777777" w:rsidTr="006D58AE">
        <w:trPr>
          <w:jc w:val="center"/>
        </w:trPr>
        <w:tc>
          <w:tcPr>
            <w:tcW w:w="3023" w:type="dxa"/>
            <w:tcMar>
              <w:top w:w="90" w:type="dxa"/>
              <w:left w:w="90" w:type="dxa"/>
              <w:bottom w:w="90" w:type="dxa"/>
              <w:right w:w="90" w:type="dxa"/>
            </w:tcMar>
            <w:vAlign w:val="center"/>
          </w:tcPr>
          <w:p w14:paraId="11E4DE23" w14:textId="77777777" w:rsidR="006D58AE" w:rsidRDefault="006D58AE" w:rsidP="006D58AE">
            <w:pPr>
              <w:spacing w:after="0"/>
            </w:pPr>
            <w:proofErr w:type="spellStart"/>
            <w:r>
              <w:rPr>
                <w:sz w:val="18"/>
              </w:rPr>
              <w:t>Publikasi</w:t>
            </w:r>
            <w:proofErr w:type="spellEnd"/>
            <w:r>
              <w:rPr>
                <w:sz w:val="18"/>
              </w:rPr>
              <w:t xml:space="preserve"> </w:t>
            </w:r>
            <w:proofErr w:type="spellStart"/>
            <w:r>
              <w:rPr>
                <w:sz w:val="18"/>
              </w:rPr>
              <w:t>ilmiah</w:t>
            </w:r>
            <w:proofErr w:type="spellEnd"/>
          </w:p>
        </w:tc>
        <w:tc>
          <w:tcPr>
            <w:tcW w:w="731" w:type="dxa"/>
            <w:tcMar>
              <w:top w:w="90" w:type="dxa"/>
              <w:left w:w="90" w:type="dxa"/>
              <w:bottom w:w="90" w:type="dxa"/>
              <w:right w:w="90" w:type="dxa"/>
            </w:tcMar>
          </w:tcPr>
          <w:p w14:paraId="142AB1AB" w14:textId="07E366E5" w:rsidR="006D58AE" w:rsidRDefault="00F62598" w:rsidP="006D58AE">
            <w:pPr>
              <w:spacing w:after="0"/>
              <w:jc w:val="center"/>
            </w:pPr>
            <w:sdt>
              <w:sdtPr>
                <w:rPr>
                  <w:sz w:val="18"/>
                </w:rPr>
                <w:id w:val="1495135201"/>
                <w14:checkbox>
                  <w14:checked w14:val="1"/>
                  <w14:checkedState w14:val="0052" w14:font="Wingdings 2"/>
                  <w14:uncheckedState w14:val="2610" w14:font="MS Gothic"/>
                </w14:checkbox>
              </w:sdtPr>
              <w:sdtEndPr/>
              <w:sdtContent>
                <w:r w:rsidR="004C4E5A">
                  <w:rPr>
                    <w:sz w:val="18"/>
                  </w:rPr>
                  <w:sym w:font="Wingdings 2" w:char="F052"/>
                </w:r>
              </w:sdtContent>
            </w:sdt>
          </w:p>
        </w:tc>
        <w:tc>
          <w:tcPr>
            <w:tcW w:w="3423" w:type="dxa"/>
            <w:tcMar>
              <w:top w:w="90" w:type="dxa"/>
              <w:left w:w="90" w:type="dxa"/>
              <w:bottom w:w="90" w:type="dxa"/>
              <w:right w:w="90" w:type="dxa"/>
            </w:tcMar>
            <w:vAlign w:val="center"/>
          </w:tcPr>
          <w:p w14:paraId="68ABDA3C" w14:textId="77777777" w:rsidR="006D58AE" w:rsidRDefault="00F62598" w:rsidP="006D58AE">
            <w:pPr>
              <w:spacing w:after="0"/>
              <w:rPr>
                <w:sz w:val="18"/>
              </w:rPr>
            </w:pPr>
            <w:sdt>
              <w:sdtPr>
                <w:rPr>
                  <w:sz w:val="18"/>
                </w:rPr>
                <w:id w:val="-349026723"/>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Draft </w:t>
            </w:r>
            <w:sdt>
              <w:sdtPr>
                <w:rPr>
                  <w:sz w:val="18"/>
                </w:rPr>
                <w:id w:val="-433230"/>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Submitted </w:t>
            </w:r>
          </w:p>
          <w:p w14:paraId="44EEB580" w14:textId="1E20BAD2" w:rsidR="006D58AE" w:rsidRDefault="00F62598" w:rsidP="006D58AE">
            <w:pPr>
              <w:spacing w:after="0"/>
            </w:pPr>
            <w:sdt>
              <w:sdtPr>
                <w:rPr>
                  <w:sz w:val="18"/>
                </w:rPr>
                <w:id w:val="227118845"/>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Accepted/Published</w:t>
            </w:r>
          </w:p>
        </w:tc>
        <w:tc>
          <w:tcPr>
            <w:tcW w:w="2125" w:type="dxa"/>
            <w:tcMar>
              <w:top w:w="90" w:type="dxa"/>
              <w:left w:w="90" w:type="dxa"/>
              <w:bottom w:w="90" w:type="dxa"/>
              <w:right w:w="90" w:type="dxa"/>
            </w:tcMar>
            <w:vAlign w:val="center"/>
          </w:tcPr>
          <w:p w14:paraId="14B5DB2D" w14:textId="5A5D9E97" w:rsidR="006D58AE" w:rsidRDefault="003457A6" w:rsidP="006D58AE">
            <w:pPr>
              <w:spacing w:after="0"/>
            </w:pPr>
            <w:proofErr w:type="spellStart"/>
            <w:r w:rsidRPr="003457A6">
              <w:rPr>
                <w:sz w:val="18"/>
              </w:rPr>
              <w:t>Jurnal</w:t>
            </w:r>
            <w:proofErr w:type="spellEnd"/>
            <w:r w:rsidRPr="003457A6">
              <w:rPr>
                <w:sz w:val="18"/>
              </w:rPr>
              <w:t xml:space="preserve"> Nasional </w:t>
            </w:r>
            <w:proofErr w:type="spellStart"/>
            <w:r w:rsidRPr="003457A6">
              <w:rPr>
                <w:sz w:val="18"/>
              </w:rPr>
              <w:t>Terakreditasi</w:t>
            </w:r>
            <w:proofErr w:type="spellEnd"/>
            <w:r w:rsidRPr="003457A6">
              <w:rPr>
                <w:sz w:val="18"/>
              </w:rPr>
              <w:t xml:space="preserve"> SINTA 4</w:t>
            </w:r>
            <w:r w:rsidR="006D58AE">
              <w:rPr>
                <w:sz w:val="18"/>
              </w:rPr>
              <w:t>.</w:t>
            </w:r>
          </w:p>
        </w:tc>
      </w:tr>
      <w:tr w:rsidR="006D58AE" w14:paraId="40A80681" w14:textId="77777777" w:rsidTr="006D58AE">
        <w:trPr>
          <w:jc w:val="center"/>
        </w:trPr>
        <w:tc>
          <w:tcPr>
            <w:tcW w:w="3023" w:type="dxa"/>
            <w:tcMar>
              <w:top w:w="90" w:type="dxa"/>
              <w:left w:w="90" w:type="dxa"/>
              <w:bottom w:w="90" w:type="dxa"/>
              <w:right w:w="90" w:type="dxa"/>
            </w:tcMar>
            <w:vAlign w:val="center"/>
          </w:tcPr>
          <w:p w14:paraId="3E944F29" w14:textId="77777777" w:rsidR="006D58AE" w:rsidRDefault="006D58AE" w:rsidP="006D58AE">
            <w:pPr>
              <w:spacing w:after="0"/>
            </w:pPr>
            <w:r>
              <w:rPr>
                <w:sz w:val="18"/>
              </w:rPr>
              <w:t>HKI/</w:t>
            </w:r>
            <w:proofErr w:type="spellStart"/>
            <w:r>
              <w:rPr>
                <w:sz w:val="18"/>
              </w:rPr>
              <w:t>Hak</w:t>
            </w:r>
            <w:proofErr w:type="spellEnd"/>
            <w:r>
              <w:rPr>
                <w:sz w:val="18"/>
              </w:rPr>
              <w:t xml:space="preserve"> Cipta</w:t>
            </w:r>
          </w:p>
        </w:tc>
        <w:tc>
          <w:tcPr>
            <w:tcW w:w="731" w:type="dxa"/>
            <w:tcMar>
              <w:top w:w="90" w:type="dxa"/>
              <w:left w:w="90" w:type="dxa"/>
              <w:bottom w:w="90" w:type="dxa"/>
              <w:right w:w="90" w:type="dxa"/>
            </w:tcMar>
          </w:tcPr>
          <w:p w14:paraId="5AADB28E" w14:textId="231F2222" w:rsidR="006D58AE" w:rsidRDefault="00F62598" w:rsidP="006D58AE">
            <w:pPr>
              <w:spacing w:after="0"/>
              <w:jc w:val="center"/>
            </w:pPr>
            <w:sdt>
              <w:sdtPr>
                <w:rPr>
                  <w:sz w:val="18"/>
                </w:rPr>
                <w:id w:val="-1073965458"/>
                <w14:checkbox>
                  <w14:checked w14:val="1"/>
                  <w14:checkedState w14:val="0052" w14:font="Wingdings 2"/>
                  <w14:uncheckedState w14:val="2610" w14:font="MS Gothic"/>
                </w14:checkbox>
              </w:sdtPr>
              <w:sdtEndPr/>
              <w:sdtContent>
                <w:r w:rsidR="004C4E5A">
                  <w:rPr>
                    <w:sz w:val="18"/>
                  </w:rPr>
                  <w:sym w:font="Wingdings 2" w:char="F052"/>
                </w:r>
              </w:sdtContent>
            </w:sdt>
          </w:p>
        </w:tc>
        <w:tc>
          <w:tcPr>
            <w:tcW w:w="3423" w:type="dxa"/>
            <w:tcMar>
              <w:top w:w="90" w:type="dxa"/>
              <w:left w:w="90" w:type="dxa"/>
              <w:bottom w:w="90" w:type="dxa"/>
              <w:right w:w="90" w:type="dxa"/>
            </w:tcMar>
            <w:vAlign w:val="center"/>
          </w:tcPr>
          <w:p w14:paraId="4AD3B79B" w14:textId="77777777" w:rsidR="006D58AE" w:rsidRDefault="00F62598" w:rsidP="006D58AE">
            <w:pPr>
              <w:spacing w:after="0"/>
              <w:rPr>
                <w:sz w:val="18"/>
              </w:rPr>
            </w:pPr>
            <w:sdt>
              <w:sdtPr>
                <w:rPr>
                  <w:sz w:val="18"/>
                </w:rPr>
                <w:id w:val="-754051272"/>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Draft </w:t>
            </w:r>
            <w:sdt>
              <w:sdtPr>
                <w:rPr>
                  <w:sz w:val="18"/>
                </w:rPr>
                <w:id w:val="-791592511"/>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Diajukan</w:t>
            </w:r>
            <w:proofErr w:type="spellEnd"/>
            <w:r w:rsidR="006D58AE">
              <w:rPr>
                <w:sz w:val="18"/>
              </w:rPr>
              <w:t xml:space="preserve"> </w:t>
            </w:r>
          </w:p>
          <w:p w14:paraId="54A7E98C" w14:textId="2A7E501A" w:rsidR="006D58AE" w:rsidRDefault="00F62598" w:rsidP="006D58AE">
            <w:pPr>
              <w:spacing w:after="0"/>
            </w:pPr>
            <w:sdt>
              <w:sdtPr>
                <w:rPr>
                  <w:sz w:val="18"/>
                </w:rPr>
                <w:id w:val="-1407373571"/>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Terdaftar</w:t>
            </w:r>
            <w:proofErr w:type="spellEnd"/>
            <w:r w:rsidR="006D58AE">
              <w:rPr>
                <w:sz w:val="18"/>
              </w:rPr>
              <w:t>/Granted</w:t>
            </w:r>
          </w:p>
        </w:tc>
        <w:tc>
          <w:tcPr>
            <w:tcW w:w="2125" w:type="dxa"/>
            <w:tcMar>
              <w:top w:w="90" w:type="dxa"/>
              <w:left w:w="90" w:type="dxa"/>
              <w:bottom w:w="90" w:type="dxa"/>
              <w:right w:w="90" w:type="dxa"/>
            </w:tcMar>
            <w:vAlign w:val="center"/>
          </w:tcPr>
          <w:p w14:paraId="48B77248" w14:textId="35384479" w:rsidR="006D58AE" w:rsidRDefault="003457A6" w:rsidP="006D58AE">
            <w:pPr>
              <w:spacing w:after="0"/>
            </w:pPr>
            <w:proofErr w:type="spellStart"/>
            <w:r w:rsidRPr="003457A6">
              <w:rPr>
                <w:sz w:val="18"/>
              </w:rPr>
              <w:t>Hak</w:t>
            </w:r>
            <w:proofErr w:type="spellEnd"/>
            <w:r w:rsidRPr="003457A6">
              <w:rPr>
                <w:sz w:val="18"/>
              </w:rPr>
              <w:t xml:space="preserve"> Cipta Modul/Desain Dashboard BI</w:t>
            </w:r>
            <w:r w:rsidR="006D58AE">
              <w:rPr>
                <w:sz w:val="18"/>
              </w:rPr>
              <w:t>.</w:t>
            </w:r>
          </w:p>
        </w:tc>
      </w:tr>
      <w:tr w:rsidR="006D58AE" w14:paraId="1D980B70" w14:textId="77777777" w:rsidTr="006D58AE">
        <w:trPr>
          <w:jc w:val="center"/>
        </w:trPr>
        <w:tc>
          <w:tcPr>
            <w:tcW w:w="3023" w:type="dxa"/>
            <w:tcMar>
              <w:top w:w="90" w:type="dxa"/>
              <w:left w:w="90" w:type="dxa"/>
              <w:bottom w:w="90" w:type="dxa"/>
              <w:right w:w="90" w:type="dxa"/>
            </w:tcMar>
            <w:vAlign w:val="center"/>
          </w:tcPr>
          <w:p w14:paraId="090E4E3F" w14:textId="77777777" w:rsidR="006D58AE" w:rsidRDefault="006D58AE" w:rsidP="006D58AE">
            <w:pPr>
              <w:spacing w:after="0"/>
            </w:pPr>
            <w:r>
              <w:rPr>
                <w:sz w:val="18"/>
              </w:rPr>
              <w:t xml:space="preserve">Paten/Paten </w:t>
            </w:r>
            <w:proofErr w:type="spellStart"/>
            <w:r>
              <w:rPr>
                <w:sz w:val="18"/>
              </w:rPr>
              <w:t>Sederhana</w:t>
            </w:r>
            <w:proofErr w:type="spellEnd"/>
          </w:p>
        </w:tc>
        <w:tc>
          <w:tcPr>
            <w:tcW w:w="731" w:type="dxa"/>
            <w:tcMar>
              <w:top w:w="90" w:type="dxa"/>
              <w:left w:w="90" w:type="dxa"/>
              <w:bottom w:w="90" w:type="dxa"/>
              <w:right w:w="90" w:type="dxa"/>
            </w:tcMar>
          </w:tcPr>
          <w:p w14:paraId="04DC7007" w14:textId="3F735C86" w:rsidR="006D58AE" w:rsidRDefault="00F62598" w:rsidP="006D58AE">
            <w:pPr>
              <w:spacing w:after="0"/>
              <w:jc w:val="center"/>
            </w:pPr>
            <w:sdt>
              <w:sdtPr>
                <w:rPr>
                  <w:sz w:val="18"/>
                </w:rPr>
                <w:id w:val="-911235739"/>
                <w14:checkbox>
                  <w14:checked w14:val="0"/>
                  <w14:checkedState w14:val="0052" w14:font="Wingdings 2"/>
                  <w14:uncheckedState w14:val="2610" w14:font="MS Gothic"/>
                </w14:checkbox>
              </w:sdtPr>
              <w:sdtEnd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17C2654F" w14:textId="7164CDB4" w:rsidR="006D58AE" w:rsidRDefault="00F62598" w:rsidP="006D58AE">
            <w:pPr>
              <w:spacing w:after="0"/>
            </w:pPr>
            <w:sdt>
              <w:sdtPr>
                <w:rPr>
                  <w:sz w:val="18"/>
                </w:rPr>
                <w:id w:val="-680594831"/>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Potensi</w:t>
            </w:r>
            <w:proofErr w:type="spellEnd"/>
            <w:r w:rsidR="006D58AE">
              <w:rPr>
                <w:sz w:val="18"/>
              </w:rPr>
              <w:t xml:space="preserve"> </w:t>
            </w:r>
            <w:sdt>
              <w:sdtPr>
                <w:rPr>
                  <w:sz w:val="18"/>
                </w:rPr>
                <w:id w:val="-311945138"/>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Diajukan</w:t>
            </w:r>
            <w:proofErr w:type="spellEnd"/>
            <w:r w:rsidR="006D58AE">
              <w:rPr>
                <w:sz w:val="18"/>
              </w:rPr>
              <w:t xml:space="preserve"> </w:t>
            </w:r>
            <w:sdt>
              <w:sdtPr>
                <w:rPr>
                  <w:sz w:val="18"/>
                </w:rPr>
                <w:id w:val="287867247"/>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Granted</w:t>
            </w:r>
          </w:p>
        </w:tc>
        <w:tc>
          <w:tcPr>
            <w:tcW w:w="2125" w:type="dxa"/>
            <w:tcMar>
              <w:top w:w="90" w:type="dxa"/>
              <w:left w:w="90" w:type="dxa"/>
              <w:bottom w:w="90" w:type="dxa"/>
              <w:right w:w="90" w:type="dxa"/>
            </w:tcMar>
            <w:vAlign w:val="center"/>
          </w:tcPr>
          <w:p w14:paraId="17B533FC" w14:textId="77777777" w:rsidR="006D58AE" w:rsidRDefault="006D58AE" w:rsidP="006D58AE">
            <w:pPr>
              <w:spacing w:after="0"/>
            </w:pPr>
            <w:r>
              <w:rPr>
                <w:sz w:val="18"/>
              </w:rPr>
              <w:t>................................</w:t>
            </w:r>
          </w:p>
        </w:tc>
      </w:tr>
      <w:tr w:rsidR="006D58AE" w14:paraId="2F3350D0" w14:textId="77777777" w:rsidTr="006D58AE">
        <w:trPr>
          <w:jc w:val="center"/>
        </w:trPr>
        <w:tc>
          <w:tcPr>
            <w:tcW w:w="3023" w:type="dxa"/>
            <w:tcMar>
              <w:top w:w="90" w:type="dxa"/>
              <w:left w:w="90" w:type="dxa"/>
              <w:bottom w:w="90" w:type="dxa"/>
              <w:right w:w="90" w:type="dxa"/>
            </w:tcMar>
            <w:vAlign w:val="center"/>
          </w:tcPr>
          <w:p w14:paraId="6CFB86B3" w14:textId="77777777" w:rsidR="006D58AE" w:rsidRDefault="006D58AE" w:rsidP="006D58AE">
            <w:pPr>
              <w:spacing w:after="0"/>
            </w:pPr>
            <w:r>
              <w:rPr>
                <w:sz w:val="18"/>
              </w:rPr>
              <w:t>Model/Metode/Formula/Desain</w:t>
            </w:r>
          </w:p>
        </w:tc>
        <w:tc>
          <w:tcPr>
            <w:tcW w:w="731" w:type="dxa"/>
            <w:tcMar>
              <w:top w:w="90" w:type="dxa"/>
              <w:left w:w="90" w:type="dxa"/>
              <w:bottom w:w="90" w:type="dxa"/>
              <w:right w:w="90" w:type="dxa"/>
            </w:tcMar>
          </w:tcPr>
          <w:p w14:paraId="086B7804" w14:textId="03C3D702" w:rsidR="006D58AE" w:rsidRDefault="00F62598" w:rsidP="006D58AE">
            <w:pPr>
              <w:spacing w:after="0"/>
              <w:jc w:val="center"/>
            </w:pPr>
            <w:sdt>
              <w:sdtPr>
                <w:rPr>
                  <w:sz w:val="18"/>
                </w:rPr>
                <w:id w:val="-130400231"/>
                <w14:checkbox>
                  <w14:checked w14:val="1"/>
                  <w14:checkedState w14:val="0052" w14:font="Wingdings 2"/>
                  <w14:uncheckedState w14:val="2610" w14:font="MS Gothic"/>
                </w14:checkbox>
              </w:sdtPr>
              <w:sdtEndPr/>
              <w:sdtContent>
                <w:r w:rsidR="004C4E5A">
                  <w:rPr>
                    <w:sz w:val="18"/>
                  </w:rPr>
                  <w:sym w:font="Wingdings 2" w:char="F052"/>
                </w:r>
              </w:sdtContent>
            </w:sdt>
          </w:p>
        </w:tc>
        <w:tc>
          <w:tcPr>
            <w:tcW w:w="3423" w:type="dxa"/>
            <w:tcMar>
              <w:top w:w="90" w:type="dxa"/>
              <w:left w:w="90" w:type="dxa"/>
              <w:bottom w:w="90" w:type="dxa"/>
              <w:right w:w="90" w:type="dxa"/>
            </w:tcMar>
            <w:vAlign w:val="center"/>
          </w:tcPr>
          <w:p w14:paraId="1DE7F604" w14:textId="426607E1" w:rsidR="006D58AE" w:rsidRDefault="00F62598" w:rsidP="006D58AE">
            <w:pPr>
              <w:spacing w:after="0"/>
            </w:pPr>
            <w:sdt>
              <w:sdtPr>
                <w:rPr>
                  <w:sz w:val="18"/>
                </w:rPr>
                <w:id w:val="-1657757765"/>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Awal </w:t>
            </w:r>
            <w:sdt>
              <w:sdtPr>
                <w:rPr>
                  <w:sz w:val="18"/>
                </w:rPr>
                <w:id w:val="-1784643940"/>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Tervalidasi</w:t>
            </w:r>
            <w:proofErr w:type="spellEnd"/>
          </w:p>
        </w:tc>
        <w:tc>
          <w:tcPr>
            <w:tcW w:w="2125" w:type="dxa"/>
            <w:tcMar>
              <w:top w:w="90" w:type="dxa"/>
              <w:left w:w="90" w:type="dxa"/>
              <w:bottom w:w="90" w:type="dxa"/>
              <w:right w:w="90" w:type="dxa"/>
            </w:tcMar>
            <w:vAlign w:val="center"/>
          </w:tcPr>
          <w:p w14:paraId="66D5B2A5" w14:textId="15B9E7AE" w:rsidR="006D58AE" w:rsidRDefault="003457A6" w:rsidP="006D58AE">
            <w:pPr>
              <w:spacing w:after="0"/>
            </w:pPr>
            <w:proofErr w:type="spellStart"/>
            <w:r w:rsidRPr="003457A6">
              <w:rPr>
                <w:sz w:val="18"/>
              </w:rPr>
              <w:t>Arsitektur</w:t>
            </w:r>
            <w:proofErr w:type="spellEnd"/>
            <w:r w:rsidRPr="003457A6">
              <w:rPr>
                <w:sz w:val="18"/>
              </w:rPr>
              <w:t xml:space="preserve"> Star Schema Data Warehouse</w:t>
            </w:r>
            <w:r w:rsidR="006D58AE">
              <w:rPr>
                <w:sz w:val="18"/>
              </w:rPr>
              <w:t>.</w:t>
            </w:r>
          </w:p>
        </w:tc>
      </w:tr>
      <w:tr w:rsidR="006D58AE" w14:paraId="4C916965" w14:textId="77777777" w:rsidTr="006D58AE">
        <w:trPr>
          <w:jc w:val="center"/>
        </w:trPr>
        <w:tc>
          <w:tcPr>
            <w:tcW w:w="3023" w:type="dxa"/>
            <w:tcMar>
              <w:top w:w="90" w:type="dxa"/>
              <w:left w:w="90" w:type="dxa"/>
              <w:bottom w:w="90" w:type="dxa"/>
              <w:right w:w="90" w:type="dxa"/>
            </w:tcMar>
            <w:vAlign w:val="center"/>
          </w:tcPr>
          <w:p w14:paraId="5EB0127A" w14:textId="77777777" w:rsidR="006D58AE" w:rsidRDefault="006D58AE" w:rsidP="006D58AE">
            <w:pPr>
              <w:spacing w:after="0"/>
            </w:pPr>
            <w:proofErr w:type="spellStart"/>
            <w:r>
              <w:rPr>
                <w:sz w:val="18"/>
              </w:rPr>
              <w:t>Prototipe</w:t>
            </w:r>
            <w:proofErr w:type="spellEnd"/>
            <w:r>
              <w:rPr>
                <w:sz w:val="18"/>
              </w:rPr>
              <w:t>/</w:t>
            </w:r>
            <w:proofErr w:type="spellStart"/>
            <w:r>
              <w:rPr>
                <w:sz w:val="18"/>
              </w:rPr>
              <w:t>Aplikasi</w:t>
            </w:r>
            <w:proofErr w:type="spellEnd"/>
            <w:r>
              <w:rPr>
                <w:sz w:val="18"/>
              </w:rPr>
              <w:t>/</w:t>
            </w:r>
            <w:proofErr w:type="spellStart"/>
            <w:r>
              <w:rPr>
                <w:sz w:val="18"/>
              </w:rPr>
              <w:t>Produk</w:t>
            </w:r>
            <w:proofErr w:type="spellEnd"/>
            <w:r>
              <w:rPr>
                <w:sz w:val="18"/>
              </w:rPr>
              <w:t>/</w:t>
            </w:r>
            <w:proofErr w:type="spellStart"/>
            <w:r>
              <w:rPr>
                <w:sz w:val="18"/>
              </w:rPr>
              <w:t>Teknologi</w:t>
            </w:r>
            <w:proofErr w:type="spellEnd"/>
          </w:p>
        </w:tc>
        <w:tc>
          <w:tcPr>
            <w:tcW w:w="731" w:type="dxa"/>
            <w:tcMar>
              <w:top w:w="90" w:type="dxa"/>
              <w:left w:w="90" w:type="dxa"/>
              <w:bottom w:w="90" w:type="dxa"/>
              <w:right w:w="90" w:type="dxa"/>
            </w:tcMar>
          </w:tcPr>
          <w:p w14:paraId="23C1C723" w14:textId="048CE19E" w:rsidR="006D58AE" w:rsidRDefault="00F62598" w:rsidP="006D58AE">
            <w:pPr>
              <w:spacing w:after="0"/>
              <w:jc w:val="center"/>
            </w:pPr>
            <w:sdt>
              <w:sdtPr>
                <w:rPr>
                  <w:sz w:val="18"/>
                </w:rPr>
                <w:id w:val="1174081522"/>
                <w14:checkbox>
                  <w14:checked w14:val="0"/>
                  <w14:checkedState w14:val="0052" w14:font="Wingdings 2"/>
                  <w14:uncheckedState w14:val="2610" w14:font="MS Gothic"/>
                </w14:checkbox>
              </w:sdtPr>
              <w:sdtEnd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5C014402" w14:textId="031FABB9" w:rsidR="006D58AE" w:rsidRDefault="00F62598" w:rsidP="006D58AE">
            <w:pPr>
              <w:spacing w:after="0"/>
            </w:pPr>
            <w:sdt>
              <w:sdtPr>
                <w:rPr>
                  <w:sz w:val="18"/>
                </w:rPr>
                <w:id w:val="-410393254"/>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Awal </w:t>
            </w:r>
            <w:sdt>
              <w:sdtPr>
                <w:rPr>
                  <w:sz w:val="18"/>
                </w:rPr>
                <w:id w:val="206850089"/>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Uji/</w:t>
            </w:r>
            <w:proofErr w:type="spellStart"/>
            <w:r w:rsidR="006D58AE">
              <w:rPr>
                <w:sz w:val="18"/>
              </w:rPr>
              <w:t>Validasi</w:t>
            </w:r>
            <w:proofErr w:type="spellEnd"/>
            <w:r w:rsidR="006D58AE">
              <w:rPr>
                <w:sz w:val="18"/>
              </w:rPr>
              <w:t xml:space="preserve"> </w:t>
            </w:r>
            <w:sdt>
              <w:sdtPr>
                <w:rPr>
                  <w:sz w:val="18"/>
                </w:rPr>
                <w:id w:val="535005959"/>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Siap</w:t>
            </w:r>
            <w:proofErr w:type="spellEnd"/>
            <w:r w:rsidR="006D58AE">
              <w:rPr>
                <w:sz w:val="18"/>
              </w:rPr>
              <w:t xml:space="preserve"> </w:t>
            </w:r>
            <w:proofErr w:type="spellStart"/>
            <w:r w:rsidR="006D58AE">
              <w:rPr>
                <w:sz w:val="18"/>
              </w:rPr>
              <w:t>dimanfaatkan</w:t>
            </w:r>
            <w:proofErr w:type="spellEnd"/>
          </w:p>
        </w:tc>
        <w:tc>
          <w:tcPr>
            <w:tcW w:w="2125" w:type="dxa"/>
            <w:tcMar>
              <w:top w:w="90" w:type="dxa"/>
              <w:left w:w="90" w:type="dxa"/>
              <w:bottom w:w="90" w:type="dxa"/>
              <w:right w:w="90" w:type="dxa"/>
            </w:tcMar>
            <w:vAlign w:val="center"/>
          </w:tcPr>
          <w:p w14:paraId="379AE6B4" w14:textId="77777777" w:rsidR="006D58AE" w:rsidRDefault="006D58AE" w:rsidP="006D58AE">
            <w:pPr>
              <w:spacing w:after="0"/>
            </w:pPr>
            <w:r>
              <w:rPr>
                <w:sz w:val="18"/>
              </w:rPr>
              <w:t>................................</w:t>
            </w:r>
          </w:p>
        </w:tc>
      </w:tr>
      <w:tr w:rsidR="006D58AE" w14:paraId="69BC5561" w14:textId="77777777" w:rsidTr="006D58AE">
        <w:trPr>
          <w:jc w:val="center"/>
        </w:trPr>
        <w:tc>
          <w:tcPr>
            <w:tcW w:w="3023" w:type="dxa"/>
            <w:tcMar>
              <w:top w:w="90" w:type="dxa"/>
              <w:left w:w="90" w:type="dxa"/>
              <w:bottom w:w="90" w:type="dxa"/>
              <w:right w:w="90" w:type="dxa"/>
            </w:tcMar>
            <w:vAlign w:val="center"/>
          </w:tcPr>
          <w:p w14:paraId="01853803" w14:textId="77777777" w:rsidR="006D58AE" w:rsidRDefault="006D58AE" w:rsidP="006D58AE">
            <w:pPr>
              <w:spacing w:after="0"/>
            </w:pPr>
            <w:r>
              <w:rPr>
                <w:sz w:val="18"/>
              </w:rPr>
              <w:t>Dataset/Peta/Baseline</w:t>
            </w:r>
          </w:p>
        </w:tc>
        <w:tc>
          <w:tcPr>
            <w:tcW w:w="731" w:type="dxa"/>
            <w:tcMar>
              <w:top w:w="90" w:type="dxa"/>
              <w:left w:w="90" w:type="dxa"/>
              <w:bottom w:w="90" w:type="dxa"/>
              <w:right w:w="90" w:type="dxa"/>
            </w:tcMar>
          </w:tcPr>
          <w:p w14:paraId="6EC28947" w14:textId="510FE2C5" w:rsidR="006D58AE" w:rsidRDefault="00F62598" w:rsidP="006D58AE">
            <w:pPr>
              <w:spacing w:after="0"/>
              <w:jc w:val="center"/>
            </w:pPr>
            <w:sdt>
              <w:sdtPr>
                <w:rPr>
                  <w:sz w:val="18"/>
                </w:rPr>
                <w:id w:val="-1567327414"/>
                <w14:checkbox>
                  <w14:checked w14:val="1"/>
                  <w14:checkedState w14:val="0052" w14:font="Wingdings 2"/>
                  <w14:uncheckedState w14:val="2610" w14:font="MS Gothic"/>
                </w14:checkbox>
              </w:sdtPr>
              <w:sdtEndPr/>
              <w:sdtContent>
                <w:r w:rsidR="004C4E5A">
                  <w:rPr>
                    <w:sz w:val="18"/>
                  </w:rPr>
                  <w:sym w:font="Wingdings 2" w:char="F052"/>
                </w:r>
              </w:sdtContent>
            </w:sdt>
          </w:p>
        </w:tc>
        <w:tc>
          <w:tcPr>
            <w:tcW w:w="3423" w:type="dxa"/>
            <w:tcMar>
              <w:top w:w="90" w:type="dxa"/>
              <w:left w:w="90" w:type="dxa"/>
              <w:bottom w:w="90" w:type="dxa"/>
              <w:right w:w="90" w:type="dxa"/>
            </w:tcMar>
            <w:vAlign w:val="center"/>
          </w:tcPr>
          <w:p w14:paraId="38195FDB" w14:textId="24CA07F2" w:rsidR="006D58AE" w:rsidRDefault="00F62598" w:rsidP="006D58AE">
            <w:pPr>
              <w:spacing w:after="0"/>
            </w:pPr>
            <w:sdt>
              <w:sdtPr>
                <w:rPr>
                  <w:sz w:val="18"/>
                </w:rPr>
                <w:id w:val="-978376046"/>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Tersusun</w:t>
            </w:r>
            <w:proofErr w:type="spellEnd"/>
            <w:r w:rsidR="006D58AE">
              <w:rPr>
                <w:sz w:val="18"/>
              </w:rPr>
              <w:t xml:space="preserve"> </w:t>
            </w:r>
            <w:sdt>
              <w:sdtPr>
                <w:rPr>
                  <w:sz w:val="18"/>
                </w:rPr>
                <w:id w:val="-449862707"/>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proofErr w:type="spellStart"/>
            <w:r w:rsidR="006D58AE">
              <w:rPr>
                <w:sz w:val="18"/>
              </w:rPr>
              <w:t>Tervalidasi</w:t>
            </w:r>
            <w:proofErr w:type="spellEnd"/>
          </w:p>
        </w:tc>
        <w:tc>
          <w:tcPr>
            <w:tcW w:w="2125" w:type="dxa"/>
            <w:tcMar>
              <w:top w:w="90" w:type="dxa"/>
              <w:left w:w="90" w:type="dxa"/>
              <w:bottom w:w="90" w:type="dxa"/>
              <w:right w:w="90" w:type="dxa"/>
            </w:tcMar>
            <w:vAlign w:val="center"/>
          </w:tcPr>
          <w:p w14:paraId="407F2BB3" w14:textId="64115DA8" w:rsidR="006D58AE" w:rsidRDefault="003457A6" w:rsidP="006D58AE">
            <w:pPr>
              <w:spacing w:after="0"/>
            </w:pPr>
            <w:r w:rsidRPr="003457A6">
              <w:rPr>
                <w:sz w:val="18"/>
              </w:rPr>
              <w:t xml:space="preserve">Dataset </w:t>
            </w:r>
            <w:proofErr w:type="spellStart"/>
            <w:r w:rsidRPr="003457A6">
              <w:rPr>
                <w:sz w:val="18"/>
              </w:rPr>
              <w:t>Transaksi</w:t>
            </w:r>
            <w:proofErr w:type="spellEnd"/>
            <w:r w:rsidRPr="003457A6">
              <w:rPr>
                <w:sz w:val="18"/>
              </w:rPr>
              <w:t xml:space="preserve"> </w:t>
            </w:r>
            <w:proofErr w:type="spellStart"/>
            <w:r w:rsidRPr="003457A6">
              <w:rPr>
                <w:sz w:val="18"/>
              </w:rPr>
              <w:t>Ritel</w:t>
            </w:r>
            <w:proofErr w:type="spellEnd"/>
            <w:r w:rsidRPr="003457A6">
              <w:rPr>
                <w:sz w:val="18"/>
              </w:rPr>
              <w:t xml:space="preserve"> &amp; </w:t>
            </w:r>
            <w:proofErr w:type="spellStart"/>
            <w:r w:rsidRPr="003457A6">
              <w:rPr>
                <w:sz w:val="18"/>
              </w:rPr>
              <w:t>Pemodelan</w:t>
            </w:r>
            <w:proofErr w:type="spellEnd"/>
            <w:r w:rsidRPr="003457A6">
              <w:rPr>
                <w:sz w:val="18"/>
              </w:rPr>
              <w:t xml:space="preserve"> </w:t>
            </w:r>
            <w:proofErr w:type="spellStart"/>
            <w:r w:rsidRPr="003457A6">
              <w:rPr>
                <w:sz w:val="18"/>
              </w:rPr>
              <w:t>Dimensi</w:t>
            </w:r>
            <w:proofErr w:type="spellEnd"/>
            <w:r w:rsidR="006D58AE">
              <w:rPr>
                <w:sz w:val="18"/>
              </w:rPr>
              <w:t>.</w:t>
            </w:r>
          </w:p>
        </w:tc>
      </w:tr>
      <w:tr w:rsidR="006D58AE" w14:paraId="62046AA5" w14:textId="77777777" w:rsidTr="006D58AE">
        <w:trPr>
          <w:jc w:val="center"/>
        </w:trPr>
        <w:tc>
          <w:tcPr>
            <w:tcW w:w="3023" w:type="dxa"/>
            <w:tcMar>
              <w:top w:w="90" w:type="dxa"/>
              <w:left w:w="90" w:type="dxa"/>
              <w:bottom w:w="90" w:type="dxa"/>
              <w:right w:w="90" w:type="dxa"/>
            </w:tcMar>
            <w:vAlign w:val="center"/>
          </w:tcPr>
          <w:p w14:paraId="792464E5" w14:textId="77777777" w:rsidR="006D58AE" w:rsidRDefault="006D58AE" w:rsidP="006D58AE">
            <w:pPr>
              <w:spacing w:after="0"/>
            </w:pPr>
            <w:proofErr w:type="spellStart"/>
            <w:r>
              <w:rPr>
                <w:sz w:val="18"/>
              </w:rPr>
              <w:t>Rekomendasi</w:t>
            </w:r>
            <w:proofErr w:type="spellEnd"/>
            <w:r>
              <w:rPr>
                <w:sz w:val="18"/>
              </w:rPr>
              <w:t>/Policy Brief</w:t>
            </w:r>
          </w:p>
        </w:tc>
        <w:tc>
          <w:tcPr>
            <w:tcW w:w="731" w:type="dxa"/>
            <w:tcMar>
              <w:top w:w="90" w:type="dxa"/>
              <w:left w:w="90" w:type="dxa"/>
              <w:bottom w:w="90" w:type="dxa"/>
              <w:right w:w="90" w:type="dxa"/>
            </w:tcMar>
          </w:tcPr>
          <w:p w14:paraId="043F8C4C" w14:textId="03D50653" w:rsidR="006D58AE" w:rsidRDefault="00F62598" w:rsidP="006D58AE">
            <w:pPr>
              <w:spacing w:after="0"/>
              <w:jc w:val="center"/>
            </w:pPr>
            <w:sdt>
              <w:sdtPr>
                <w:rPr>
                  <w:sz w:val="18"/>
                </w:rPr>
                <w:id w:val="-2140642875"/>
                <w14:checkbox>
                  <w14:checked w14:val="0"/>
                  <w14:checkedState w14:val="0052" w14:font="Wingdings 2"/>
                  <w14:uncheckedState w14:val="2610" w14:font="MS Gothic"/>
                </w14:checkbox>
              </w:sdtPr>
              <w:sdtEnd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14F5F0B1" w14:textId="7140DA36" w:rsidR="006D58AE" w:rsidRDefault="00F62598" w:rsidP="006D58AE">
            <w:pPr>
              <w:spacing w:after="0"/>
            </w:pPr>
            <w:sdt>
              <w:sdtPr>
                <w:rPr>
                  <w:sz w:val="18"/>
                </w:rPr>
                <w:id w:val="177629966"/>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Draft </w:t>
            </w:r>
            <w:sdt>
              <w:sdtPr>
                <w:rPr>
                  <w:sz w:val="18"/>
                </w:rPr>
                <w:id w:val="-1269774364"/>
                <w14:checkbox>
                  <w14:checked w14:val="0"/>
                  <w14:checkedState w14:val="0052" w14:font="Wingdings 2"/>
                  <w14:uncheckedState w14:val="2610" w14:font="MS Gothic"/>
                </w14:checkbox>
              </w:sdtPr>
              <w:sdtEndPr/>
              <w:sdtContent>
                <w:r w:rsidR="006D58AE">
                  <w:rPr>
                    <w:rFonts w:ascii="MS Gothic" w:eastAsia="MS Gothic" w:hAnsi="MS Gothic" w:hint="eastAsia"/>
                    <w:sz w:val="18"/>
                  </w:rPr>
                  <w:t>☐</w:t>
                </w:r>
              </w:sdtContent>
            </w:sdt>
            <w:r w:rsidR="006D58AE">
              <w:rPr>
                <w:sz w:val="18"/>
              </w:rPr>
              <w:t xml:space="preserve"> </w:t>
            </w:r>
            <w:proofErr w:type="spellStart"/>
            <w:r w:rsidR="006D58AE">
              <w:rPr>
                <w:sz w:val="18"/>
              </w:rPr>
              <w:t>Disampaikan</w:t>
            </w:r>
            <w:proofErr w:type="spellEnd"/>
            <w:r w:rsidR="006D58AE">
              <w:rPr>
                <w:sz w:val="18"/>
              </w:rPr>
              <w:t xml:space="preserve"> </w:t>
            </w:r>
            <w:proofErr w:type="spellStart"/>
            <w:r w:rsidR="006D58AE">
              <w:rPr>
                <w:sz w:val="18"/>
              </w:rPr>
              <w:t>ke</w:t>
            </w:r>
            <w:proofErr w:type="spellEnd"/>
            <w:r w:rsidR="006D58AE">
              <w:rPr>
                <w:sz w:val="18"/>
              </w:rPr>
              <w:t xml:space="preserve"> </w:t>
            </w:r>
            <w:proofErr w:type="spellStart"/>
            <w:r w:rsidR="006D58AE">
              <w:rPr>
                <w:sz w:val="18"/>
              </w:rPr>
              <w:t>pengguna</w:t>
            </w:r>
            <w:proofErr w:type="spellEnd"/>
          </w:p>
        </w:tc>
        <w:tc>
          <w:tcPr>
            <w:tcW w:w="2125" w:type="dxa"/>
            <w:tcMar>
              <w:top w:w="90" w:type="dxa"/>
              <w:left w:w="90" w:type="dxa"/>
              <w:bottom w:w="90" w:type="dxa"/>
              <w:right w:w="90" w:type="dxa"/>
            </w:tcMar>
            <w:vAlign w:val="center"/>
          </w:tcPr>
          <w:p w14:paraId="3A1F68CE" w14:textId="77777777" w:rsidR="006D58AE" w:rsidRDefault="006D58AE" w:rsidP="006D58AE">
            <w:pPr>
              <w:spacing w:after="0"/>
            </w:pPr>
            <w:r>
              <w:rPr>
                <w:sz w:val="18"/>
              </w:rPr>
              <w:t>................................</w:t>
            </w:r>
          </w:p>
        </w:tc>
      </w:tr>
      <w:tr w:rsidR="006D58AE" w14:paraId="272B4AAC" w14:textId="77777777" w:rsidTr="006D58AE">
        <w:trPr>
          <w:jc w:val="center"/>
        </w:trPr>
        <w:tc>
          <w:tcPr>
            <w:tcW w:w="3023" w:type="dxa"/>
            <w:tcMar>
              <w:top w:w="90" w:type="dxa"/>
              <w:left w:w="90" w:type="dxa"/>
              <w:bottom w:w="90" w:type="dxa"/>
              <w:right w:w="90" w:type="dxa"/>
            </w:tcMar>
            <w:vAlign w:val="center"/>
          </w:tcPr>
          <w:p w14:paraId="5E7C248A" w14:textId="77777777" w:rsidR="006D58AE" w:rsidRDefault="006D58AE" w:rsidP="006D58AE">
            <w:pPr>
              <w:spacing w:after="0"/>
            </w:pPr>
            <w:proofErr w:type="spellStart"/>
            <w:r>
              <w:rPr>
                <w:sz w:val="18"/>
              </w:rPr>
              <w:t>Luaran</w:t>
            </w:r>
            <w:proofErr w:type="spellEnd"/>
            <w:r>
              <w:rPr>
                <w:sz w:val="18"/>
              </w:rPr>
              <w:t xml:space="preserve"> </w:t>
            </w:r>
            <w:proofErr w:type="spellStart"/>
            <w:r>
              <w:rPr>
                <w:sz w:val="18"/>
              </w:rPr>
              <w:t>lainnya</w:t>
            </w:r>
            <w:proofErr w:type="spellEnd"/>
          </w:p>
        </w:tc>
        <w:tc>
          <w:tcPr>
            <w:tcW w:w="731" w:type="dxa"/>
            <w:tcMar>
              <w:top w:w="90" w:type="dxa"/>
              <w:left w:w="90" w:type="dxa"/>
              <w:bottom w:w="90" w:type="dxa"/>
              <w:right w:w="90" w:type="dxa"/>
            </w:tcMar>
          </w:tcPr>
          <w:p w14:paraId="5B92B1D9" w14:textId="7521CBA7" w:rsidR="006D58AE" w:rsidRDefault="00F62598" w:rsidP="006D58AE">
            <w:pPr>
              <w:spacing w:after="0"/>
              <w:jc w:val="center"/>
            </w:pPr>
            <w:sdt>
              <w:sdtPr>
                <w:rPr>
                  <w:sz w:val="18"/>
                </w:rPr>
                <w:id w:val="-591547338"/>
                <w14:checkbox>
                  <w14:checked w14:val="0"/>
                  <w14:checkedState w14:val="0052" w14:font="Wingdings 2"/>
                  <w14:uncheckedState w14:val="2610" w14:font="MS Gothic"/>
                </w14:checkbox>
              </w:sdtPr>
              <w:sdtEndPr/>
              <w:sdtContent>
                <w:r w:rsidR="006D58AE" w:rsidRPr="00A6267D">
                  <w:rPr>
                    <w:rFonts w:ascii="MS Gothic" w:eastAsia="MS Gothic" w:hAnsi="MS Gothic" w:hint="eastAsia"/>
                    <w:sz w:val="18"/>
                  </w:rPr>
                  <w:t>☐</w:t>
                </w:r>
              </w:sdtContent>
            </w:sdt>
          </w:p>
        </w:tc>
        <w:tc>
          <w:tcPr>
            <w:tcW w:w="3423" w:type="dxa"/>
            <w:tcMar>
              <w:top w:w="90" w:type="dxa"/>
              <w:left w:w="90" w:type="dxa"/>
              <w:bottom w:w="90" w:type="dxa"/>
              <w:right w:w="90" w:type="dxa"/>
            </w:tcMar>
            <w:vAlign w:val="center"/>
          </w:tcPr>
          <w:p w14:paraId="25BDCB5E" w14:textId="77777777" w:rsidR="006D58AE" w:rsidRDefault="006D58AE" w:rsidP="006D58AE">
            <w:pPr>
              <w:spacing w:after="0"/>
            </w:pPr>
            <w:r>
              <w:rPr>
                <w:sz w:val="18"/>
              </w:rPr>
              <w:t>................................</w:t>
            </w:r>
          </w:p>
        </w:tc>
        <w:tc>
          <w:tcPr>
            <w:tcW w:w="2125" w:type="dxa"/>
            <w:tcMar>
              <w:top w:w="90" w:type="dxa"/>
              <w:left w:w="90" w:type="dxa"/>
              <w:bottom w:w="90" w:type="dxa"/>
              <w:right w:w="90" w:type="dxa"/>
            </w:tcMar>
            <w:vAlign w:val="center"/>
          </w:tcPr>
          <w:p w14:paraId="7D2FA073" w14:textId="77777777" w:rsidR="006D58AE" w:rsidRDefault="006D58AE" w:rsidP="006D58AE">
            <w:pPr>
              <w:spacing w:after="0"/>
            </w:pPr>
            <w:r>
              <w:rPr>
                <w:sz w:val="18"/>
              </w:rPr>
              <w:t>................................</w:t>
            </w:r>
          </w:p>
        </w:tc>
      </w:tr>
    </w:tbl>
    <w:p w14:paraId="29746B6A" w14:textId="77777777" w:rsidR="004C4E5A" w:rsidRDefault="0086301C">
      <w:pPr>
        <w:rPr>
          <w:b/>
          <w:lang w:val="nb-NO"/>
        </w:rPr>
      </w:pPr>
      <w:r w:rsidRPr="003F1B29">
        <w:rPr>
          <w:b/>
          <w:lang w:val="nb-NO"/>
        </w:rPr>
        <w:t xml:space="preserve">Calon pengguna/penerima manfaat hasil penelitian (jika ada): </w:t>
      </w:r>
    </w:p>
    <w:p w14:paraId="42DC7BBB" w14:textId="35200BE0" w:rsidR="00021266" w:rsidRPr="003F1B29" w:rsidRDefault="004C4E5A">
      <w:pPr>
        <w:rPr>
          <w:lang w:val="nb-NO"/>
        </w:rPr>
      </w:pPr>
      <w:proofErr w:type="spellStart"/>
      <w:r w:rsidRPr="00A322B6">
        <w:rPr>
          <w:sz w:val="24"/>
          <w:szCs w:val="24"/>
        </w:rPr>
        <w:t>Pengelola</w:t>
      </w:r>
      <w:proofErr w:type="spellEnd"/>
      <w:r w:rsidRPr="00A322B6">
        <w:rPr>
          <w:sz w:val="24"/>
          <w:szCs w:val="24"/>
        </w:rPr>
        <w:t xml:space="preserve"> Usaha </w:t>
      </w:r>
      <w:proofErr w:type="spellStart"/>
      <w:r w:rsidRPr="00A322B6">
        <w:rPr>
          <w:sz w:val="24"/>
          <w:szCs w:val="24"/>
        </w:rPr>
        <w:t>Ritel</w:t>
      </w:r>
      <w:proofErr w:type="spellEnd"/>
      <w:r w:rsidRPr="00A322B6">
        <w:rPr>
          <w:sz w:val="24"/>
          <w:szCs w:val="24"/>
        </w:rPr>
        <w:t xml:space="preserve">, UMKM, dan </w:t>
      </w:r>
      <w:proofErr w:type="spellStart"/>
      <w:r w:rsidRPr="00A322B6">
        <w:rPr>
          <w:sz w:val="24"/>
          <w:szCs w:val="24"/>
        </w:rPr>
        <w:t>Manajemen</w:t>
      </w:r>
      <w:proofErr w:type="spellEnd"/>
      <w:r w:rsidRPr="00A322B6">
        <w:rPr>
          <w:sz w:val="24"/>
          <w:szCs w:val="24"/>
        </w:rPr>
        <w:t xml:space="preserve"> </w:t>
      </w:r>
      <w:proofErr w:type="spellStart"/>
      <w:r w:rsidRPr="00A322B6">
        <w:rPr>
          <w:sz w:val="24"/>
          <w:szCs w:val="24"/>
        </w:rPr>
        <w:t>Operasional</w:t>
      </w:r>
      <w:proofErr w:type="spellEnd"/>
      <w:r w:rsidRPr="00A322B6">
        <w:rPr>
          <w:sz w:val="24"/>
          <w:szCs w:val="24"/>
        </w:rPr>
        <w:t xml:space="preserve"> </w:t>
      </w:r>
      <w:proofErr w:type="spellStart"/>
      <w:r w:rsidRPr="00A322B6">
        <w:rPr>
          <w:sz w:val="24"/>
          <w:szCs w:val="24"/>
        </w:rPr>
        <w:t>Bisnis</w:t>
      </w:r>
      <w:proofErr w:type="spellEnd"/>
      <w:r>
        <w:t>.</w:t>
      </w:r>
    </w:p>
    <w:p w14:paraId="1F838735" w14:textId="68DA5BAC" w:rsidR="00021266" w:rsidRPr="003F1B29" w:rsidRDefault="0086301C" w:rsidP="006D58AE">
      <w:pPr>
        <w:jc w:val="both"/>
        <w:rPr>
          <w:lang w:val="nb-NO"/>
        </w:rPr>
      </w:pPr>
      <w:r w:rsidRPr="003F1B29">
        <w:rPr>
          <w:b/>
          <w:lang w:val="nb-NO"/>
        </w:rPr>
        <w:t xml:space="preserve">Potensi tindak lanjut hasil: </w:t>
      </w:r>
      <w:sdt>
        <w:sdtPr>
          <w:rPr>
            <w:sz w:val="18"/>
            <w:lang w:val="nb-NO"/>
          </w:rPr>
          <w:id w:val="77726351"/>
          <w14:checkbox>
            <w14:checked w14:val="1"/>
            <w14:checkedState w14:val="0052" w14:font="Wingdings 2"/>
            <w14:uncheckedState w14:val="2610" w14:font="MS Gothic"/>
          </w14:checkbox>
        </w:sdtPr>
        <w:sdtEndPr/>
        <w:sdtContent>
          <w:r w:rsidR="004C4E5A">
            <w:rPr>
              <w:sz w:val="18"/>
              <w:lang w:val="nb-NO"/>
            </w:rPr>
            <w:sym w:font="Wingdings 2" w:char="F052"/>
          </w:r>
        </w:sdtContent>
      </w:sdt>
      <w:r w:rsidR="006D58AE">
        <w:rPr>
          <w:sz w:val="18"/>
          <w:lang w:val="nb-NO"/>
        </w:rPr>
        <w:t xml:space="preserve"> </w:t>
      </w:r>
      <w:r w:rsidRPr="003F1B29">
        <w:rPr>
          <w:lang w:val="nb-NO"/>
        </w:rPr>
        <w:t xml:space="preserve">Penelitian lanjutan  </w:t>
      </w:r>
      <w:sdt>
        <w:sdtPr>
          <w:rPr>
            <w:sz w:val="18"/>
            <w:lang w:val="nb-NO"/>
          </w:rPr>
          <w:id w:val="-884871805"/>
          <w14:checkbox>
            <w14:checked w14:val="0"/>
            <w14:checkedState w14:val="0052" w14:font="Wingdings 2"/>
            <w14:uncheckedState w14:val="2610" w14:font="MS Gothic"/>
          </w14:checkbox>
        </w:sdtPr>
        <w:sdtEndPr/>
        <w:sdtContent>
          <w:r w:rsidR="0071023D">
            <w:rPr>
              <w:rFonts w:ascii="MS Gothic" w:eastAsia="MS Gothic" w:hAnsi="MS Gothic" w:hint="eastAsia"/>
              <w:sz w:val="18"/>
              <w:lang w:val="nb-NO"/>
            </w:rPr>
            <w:t>☐</w:t>
          </w:r>
        </w:sdtContent>
      </w:sdt>
      <w:r w:rsidRPr="003F1B29">
        <w:rPr>
          <w:lang w:val="nb-NO"/>
        </w:rPr>
        <w:t xml:space="preserve"> PkM/KKP  </w:t>
      </w:r>
      <w:sdt>
        <w:sdtPr>
          <w:rPr>
            <w:sz w:val="18"/>
            <w:lang w:val="nb-NO"/>
          </w:rPr>
          <w:id w:val="-1302156175"/>
          <w14:checkbox>
            <w14:checked w14:val="0"/>
            <w14:checkedState w14:val="0052" w14:font="Wingdings 2"/>
            <w14:uncheckedState w14:val="2610" w14:font="MS Gothic"/>
          </w14:checkbox>
        </w:sdtPr>
        <w:sdtEndPr/>
        <w:sdtContent>
          <w:r w:rsidR="006D58AE" w:rsidRPr="006D58AE">
            <w:rPr>
              <w:rFonts w:ascii="MS Gothic" w:eastAsia="MS Gothic" w:hAnsi="MS Gothic" w:hint="eastAsia"/>
              <w:sz w:val="18"/>
              <w:lang w:val="nb-NO"/>
            </w:rPr>
            <w:t>☐</w:t>
          </w:r>
        </w:sdtContent>
      </w:sdt>
      <w:r w:rsidRPr="003F1B29">
        <w:rPr>
          <w:lang w:val="nb-NO"/>
        </w:rPr>
        <w:t xml:space="preserve"> Mitra pengguna  </w:t>
      </w:r>
      <w:sdt>
        <w:sdtPr>
          <w:rPr>
            <w:sz w:val="18"/>
            <w:lang w:val="nb-NO"/>
          </w:rPr>
          <w:id w:val="2115863673"/>
          <w14:checkbox>
            <w14:checked w14:val="0"/>
            <w14:checkedState w14:val="0052" w14:font="Wingdings 2"/>
            <w14:uncheckedState w14:val="2610" w14:font="MS Gothic"/>
          </w14:checkbox>
        </w:sdtPr>
        <w:sdtEndPr/>
        <w:sdtContent>
          <w:r w:rsidR="006D58AE" w:rsidRPr="006D58AE">
            <w:rPr>
              <w:rFonts w:ascii="MS Gothic" w:eastAsia="MS Gothic" w:hAnsi="MS Gothic" w:hint="eastAsia"/>
              <w:sz w:val="18"/>
              <w:lang w:val="nb-NO"/>
            </w:rPr>
            <w:t>☐</w:t>
          </w:r>
        </w:sdtContent>
      </w:sdt>
      <w:r w:rsidRPr="003F1B29">
        <w:rPr>
          <w:lang w:val="nb-NO"/>
        </w:rPr>
        <w:t xml:space="preserve"> Hilirisasi  </w:t>
      </w:r>
      <w:sdt>
        <w:sdtPr>
          <w:rPr>
            <w:sz w:val="18"/>
            <w:lang w:val="nb-NO"/>
          </w:rPr>
          <w:id w:val="-104813694"/>
          <w14:checkbox>
            <w14:checked w14:val="0"/>
            <w14:checkedState w14:val="0052" w14:font="Wingdings 2"/>
            <w14:uncheckedState w14:val="2610" w14:font="MS Gothic"/>
          </w14:checkbox>
        </w:sdtPr>
        <w:sdtEndPr/>
        <w:sdtContent>
          <w:r w:rsidR="006D58AE" w:rsidRPr="006D58AE">
            <w:rPr>
              <w:rFonts w:ascii="MS Gothic" w:eastAsia="MS Gothic" w:hAnsi="MS Gothic" w:hint="eastAsia"/>
              <w:sz w:val="18"/>
              <w:lang w:val="nb-NO"/>
            </w:rPr>
            <w:t>☐</w:t>
          </w:r>
        </w:sdtContent>
      </w:sdt>
      <w:r w:rsidRPr="003F1B29">
        <w:rPr>
          <w:lang w:val="nb-NO"/>
        </w:rPr>
        <w:t xml:space="preserve"> Pembelajaran  </w:t>
      </w:r>
      <w:sdt>
        <w:sdtPr>
          <w:rPr>
            <w:sz w:val="18"/>
            <w:lang w:val="nb-NO"/>
          </w:rPr>
          <w:id w:val="-1645726907"/>
          <w14:checkbox>
            <w14:checked w14:val="0"/>
            <w14:checkedState w14:val="0052" w14:font="Wingdings 2"/>
            <w14:uncheckedState w14:val="2610" w14:font="MS Gothic"/>
          </w14:checkbox>
        </w:sdtPr>
        <w:sdtEndPr/>
        <w:sdtContent>
          <w:r w:rsidR="006D58AE" w:rsidRPr="006D58AE">
            <w:rPr>
              <w:rFonts w:ascii="MS Gothic" w:eastAsia="MS Gothic" w:hAnsi="MS Gothic" w:hint="eastAsia"/>
              <w:sz w:val="18"/>
              <w:lang w:val="nb-NO"/>
            </w:rPr>
            <w:t>☐</w:t>
          </w:r>
        </w:sdtContent>
      </w:sdt>
      <w:r w:rsidRPr="003F1B29">
        <w:rPr>
          <w:lang w:val="nb-NO"/>
        </w:rPr>
        <w:t xml:space="preserve"> Lainnya: ............</w:t>
      </w:r>
    </w:p>
    <w:p w14:paraId="13E6C0AB" w14:textId="77777777" w:rsidR="00021266" w:rsidRDefault="0086301C">
      <w:pPr>
        <w:spacing w:before="160" w:after="100"/>
      </w:pPr>
      <w:r>
        <w:rPr>
          <w:b/>
          <w:sz w:val="24"/>
        </w:rPr>
        <w:t>I. KOLABORASI DAN KETERLIBATAN</w:t>
      </w:r>
    </w:p>
    <w:tbl>
      <w:tblPr>
        <w:tblStyle w:val="TableGrid"/>
        <w:tblW w:w="0" w:type="auto"/>
        <w:jc w:val="center"/>
        <w:tblLook w:val="04A0" w:firstRow="1" w:lastRow="0" w:firstColumn="1" w:lastColumn="0" w:noHBand="0" w:noVBand="1"/>
      </w:tblPr>
      <w:tblGrid>
        <w:gridCol w:w="3120"/>
        <w:gridCol w:w="6182"/>
      </w:tblGrid>
      <w:tr w:rsidR="00021266" w14:paraId="77789013" w14:textId="77777777">
        <w:trPr>
          <w:jc w:val="center"/>
        </w:trPr>
        <w:tc>
          <w:tcPr>
            <w:tcW w:w="4561" w:type="dxa"/>
            <w:shd w:val="clear" w:color="auto" w:fill="EAF2F8"/>
            <w:tcMar>
              <w:top w:w="90" w:type="dxa"/>
              <w:left w:w="90" w:type="dxa"/>
              <w:bottom w:w="90" w:type="dxa"/>
              <w:right w:w="90" w:type="dxa"/>
            </w:tcMar>
            <w:vAlign w:val="center"/>
          </w:tcPr>
          <w:p w14:paraId="167A0D61" w14:textId="77777777" w:rsidR="00021266" w:rsidRDefault="0086301C">
            <w:pPr>
              <w:spacing w:after="0"/>
            </w:pPr>
            <w:r>
              <w:rPr>
                <w:b/>
                <w:sz w:val="18"/>
              </w:rPr>
              <w:t xml:space="preserve">Lintas program </w:t>
            </w:r>
            <w:proofErr w:type="spellStart"/>
            <w:r>
              <w:rPr>
                <w:b/>
                <w:sz w:val="18"/>
              </w:rPr>
              <w:t>studi</w:t>
            </w:r>
            <w:proofErr w:type="spellEnd"/>
            <w:r>
              <w:rPr>
                <w:b/>
                <w:sz w:val="18"/>
              </w:rPr>
              <w:t>/</w:t>
            </w:r>
            <w:proofErr w:type="spellStart"/>
            <w:r>
              <w:rPr>
                <w:b/>
                <w:sz w:val="18"/>
              </w:rPr>
              <w:t>disiplin</w:t>
            </w:r>
            <w:proofErr w:type="spellEnd"/>
            <w:r>
              <w:rPr>
                <w:b/>
                <w:sz w:val="18"/>
              </w:rPr>
              <w:t xml:space="preserve"> (</w:t>
            </w:r>
            <w:proofErr w:type="spellStart"/>
            <w:r>
              <w:rPr>
                <w:b/>
                <w:sz w:val="18"/>
              </w:rPr>
              <w:t>jika</w:t>
            </w:r>
            <w:proofErr w:type="spellEnd"/>
            <w:r>
              <w:rPr>
                <w:b/>
                <w:sz w:val="18"/>
              </w:rPr>
              <w:t xml:space="preserve"> </w:t>
            </w:r>
            <w:proofErr w:type="spellStart"/>
            <w:r>
              <w:rPr>
                <w:b/>
                <w:sz w:val="18"/>
              </w:rPr>
              <w:t>ada</w:t>
            </w:r>
            <w:proofErr w:type="spellEnd"/>
            <w:r>
              <w:rPr>
                <w:b/>
                <w:sz w:val="18"/>
              </w:rPr>
              <w:t>)</w:t>
            </w:r>
          </w:p>
        </w:tc>
        <w:tc>
          <w:tcPr>
            <w:tcW w:w="4561" w:type="dxa"/>
            <w:tcMar>
              <w:top w:w="90" w:type="dxa"/>
              <w:left w:w="90" w:type="dxa"/>
              <w:bottom w:w="90" w:type="dxa"/>
              <w:right w:w="90" w:type="dxa"/>
            </w:tcMar>
            <w:vAlign w:val="center"/>
          </w:tcPr>
          <w:p w14:paraId="636010FC" w14:textId="102245B6" w:rsidR="00021266" w:rsidRDefault="00021266">
            <w:pPr>
              <w:spacing w:after="0"/>
            </w:pPr>
          </w:p>
        </w:tc>
      </w:tr>
      <w:tr w:rsidR="00021266" w14:paraId="049DA44A" w14:textId="77777777">
        <w:trPr>
          <w:jc w:val="center"/>
        </w:trPr>
        <w:tc>
          <w:tcPr>
            <w:tcW w:w="4561" w:type="dxa"/>
            <w:shd w:val="clear" w:color="auto" w:fill="EAF2F8"/>
            <w:tcMar>
              <w:top w:w="90" w:type="dxa"/>
              <w:left w:w="90" w:type="dxa"/>
              <w:bottom w:w="90" w:type="dxa"/>
              <w:right w:w="90" w:type="dxa"/>
            </w:tcMar>
            <w:vAlign w:val="center"/>
          </w:tcPr>
          <w:p w14:paraId="673C24C2" w14:textId="77777777" w:rsidR="00021266" w:rsidRPr="003F1B29" w:rsidRDefault="0086301C">
            <w:pPr>
              <w:spacing w:after="0"/>
              <w:rPr>
                <w:lang w:val="nb-NO"/>
              </w:rPr>
            </w:pPr>
            <w:r w:rsidRPr="003F1B29">
              <w:rPr>
                <w:b/>
                <w:sz w:val="18"/>
                <w:lang w:val="nb-NO"/>
              </w:rPr>
              <w:t>Mitra penelitian/pengguna (jika ada)</w:t>
            </w:r>
          </w:p>
        </w:tc>
        <w:tc>
          <w:tcPr>
            <w:tcW w:w="4561" w:type="dxa"/>
            <w:tcMar>
              <w:top w:w="90" w:type="dxa"/>
              <w:left w:w="90" w:type="dxa"/>
              <w:bottom w:w="90" w:type="dxa"/>
              <w:right w:w="90" w:type="dxa"/>
            </w:tcMar>
            <w:vAlign w:val="center"/>
          </w:tcPr>
          <w:p w14:paraId="095B0A0F" w14:textId="77777777" w:rsidR="00021266" w:rsidRDefault="0086301C">
            <w:pPr>
              <w:spacing w:after="0"/>
            </w:pPr>
            <w:r>
              <w:rPr>
                <w:sz w:val="18"/>
              </w:rPr>
              <w:t>........................................................................................................................</w:t>
            </w:r>
          </w:p>
        </w:tc>
      </w:tr>
      <w:tr w:rsidR="00021266" w14:paraId="090D85CD" w14:textId="77777777">
        <w:trPr>
          <w:jc w:val="center"/>
        </w:trPr>
        <w:tc>
          <w:tcPr>
            <w:tcW w:w="4561" w:type="dxa"/>
            <w:shd w:val="clear" w:color="auto" w:fill="EAF2F8"/>
            <w:tcMar>
              <w:top w:w="90" w:type="dxa"/>
              <w:left w:w="90" w:type="dxa"/>
              <w:bottom w:w="90" w:type="dxa"/>
              <w:right w:w="90" w:type="dxa"/>
            </w:tcMar>
            <w:vAlign w:val="center"/>
          </w:tcPr>
          <w:p w14:paraId="2EB45F42" w14:textId="77777777" w:rsidR="00021266" w:rsidRDefault="0086301C">
            <w:pPr>
              <w:spacing w:after="0"/>
            </w:pPr>
            <w:r>
              <w:rPr>
                <w:b/>
                <w:sz w:val="18"/>
              </w:rPr>
              <w:t xml:space="preserve">Peran </w:t>
            </w:r>
            <w:proofErr w:type="spellStart"/>
            <w:r>
              <w:rPr>
                <w:b/>
                <w:sz w:val="18"/>
              </w:rPr>
              <w:t>mahasiswa</w:t>
            </w:r>
            <w:proofErr w:type="spellEnd"/>
          </w:p>
        </w:tc>
        <w:tc>
          <w:tcPr>
            <w:tcW w:w="4561" w:type="dxa"/>
            <w:tcMar>
              <w:top w:w="90" w:type="dxa"/>
              <w:left w:w="90" w:type="dxa"/>
              <w:bottom w:w="90" w:type="dxa"/>
              <w:right w:w="90" w:type="dxa"/>
            </w:tcMar>
            <w:vAlign w:val="center"/>
          </w:tcPr>
          <w:p w14:paraId="58B73F8A" w14:textId="77777777" w:rsidR="00021266" w:rsidRDefault="0086301C">
            <w:pPr>
              <w:spacing w:after="0"/>
            </w:pPr>
            <w:r>
              <w:rPr>
                <w:sz w:val="18"/>
              </w:rPr>
              <w:t>........................................................................................................................</w:t>
            </w:r>
          </w:p>
        </w:tc>
      </w:tr>
      <w:tr w:rsidR="00021266" w14:paraId="72F6030D" w14:textId="77777777">
        <w:trPr>
          <w:jc w:val="center"/>
        </w:trPr>
        <w:tc>
          <w:tcPr>
            <w:tcW w:w="4561" w:type="dxa"/>
            <w:shd w:val="clear" w:color="auto" w:fill="EAF2F8"/>
            <w:tcMar>
              <w:top w:w="90" w:type="dxa"/>
              <w:left w:w="90" w:type="dxa"/>
              <w:bottom w:w="90" w:type="dxa"/>
              <w:right w:w="90" w:type="dxa"/>
            </w:tcMar>
            <w:vAlign w:val="center"/>
          </w:tcPr>
          <w:p w14:paraId="66D2B5D4" w14:textId="77777777" w:rsidR="00021266" w:rsidRDefault="0086301C">
            <w:pPr>
              <w:spacing w:after="0"/>
            </w:pPr>
            <w:proofErr w:type="spellStart"/>
            <w:r>
              <w:rPr>
                <w:b/>
                <w:sz w:val="18"/>
              </w:rPr>
              <w:t>Potensi</w:t>
            </w:r>
            <w:proofErr w:type="spellEnd"/>
            <w:r>
              <w:rPr>
                <w:b/>
                <w:sz w:val="18"/>
              </w:rPr>
              <w:t xml:space="preserve"> </w:t>
            </w:r>
            <w:proofErr w:type="spellStart"/>
            <w:r>
              <w:rPr>
                <w:b/>
                <w:sz w:val="18"/>
              </w:rPr>
              <w:t>integrasi</w:t>
            </w:r>
            <w:proofErr w:type="spellEnd"/>
            <w:r>
              <w:rPr>
                <w:b/>
                <w:sz w:val="18"/>
              </w:rPr>
              <w:t xml:space="preserve"> </w:t>
            </w:r>
            <w:proofErr w:type="spellStart"/>
            <w:r>
              <w:rPr>
                <w:b/>
                <w:sz w:val="18"/>
              </w:rPr>
              <w:t>ke</w:t>
            </w:r>
            <w:proofErr w:type="spellEnd"/>
            <w:r>
              <w:rPr>
                <w:b/>
                <w:sz w:val="18"/>
              </w:rPr>
              <w:t xml:space="preserve"> </w:t>
            </w:r>
            <w:proofErr w:type="spellStart"/>
            <w:r>
              <w:rPr>
                <w:b/>
                <w:sz w:val="18"/>
              </w:rPr>
              <w:t>pembelajaran</w:t>
            </w:r>
            <w:proofErr w:type="spellEnd"/>
          </w:p>
        </w:tc>
        <w:tc>
          <w:tcPr>
            <w:tcW w:w="4561" w:type="dxa"/>
            <w:tcMar>
              <w:top w:w="90" w:type="dxa"/>
              <w:left w:w="90" w:type="dxa"/>
              <w:bottom w:w="90" w:type="dxa"/>
              <w:right w:w="90" w:type="dxa"/>
            </w:tcMar>
            <w:vAlign w:val="center"/>
          </w:tcPr>
          <w:p w14:paraId="3C96743C" w14:textId="1129FCFA" w:rsidR="00021266" w:rsidRDefault="004C4E5A">
            <w:pPr>
              <w:spacing w:after="0"/>
            </w:pPr>
            <w:proofErr w:type="spellStart"/>
            <w:r w:rsidRPr="004C4E5A">
              <w:rPr>
                <w:sz w:val="18"/>
              </w:rPr>
              <w:t>Diintegrasikan</w:t>
            </w:r>
            <w:proofErr w:type="spellEnd"/>
            <w:r w:rsidRPr="004C4E5A">
              <w:rPr>
                <w:sz w:val="18"/>
              </w:rPr>
              <w:t xml:space="preserve"> </w:t>
            </w:r>
            <w:proofErr w:type="spellStart"/>
            <w:r w:rsidRPr="004C4E5A">
              <w:rPr>
                <w:sz w:val="18"/>
              </w:rPr>
              <w:t>ke</w:t>
            </w:r>
            <w:proofErr w:type="spellEnd"/>
            <w:r w:rsidRPr="004C4E5A">
              <w:rPr>
                <w:sz w:val="18"/>
              </w:rPr>
              <w:t xml:space="preserve"> </w:t>
            </w:r>
            <w:proofErr w:type="spellStart"/>
            <w:r w:rsidRPr="004C4E5A">
              <w:rPr>
                <w:sz w:val="18"/>
              </w:rPr>
              <w:t>dalam</w:t>
            </w:r>
            <w:proofErr w:type="spellEnd"/>
            <w:r w:rsidRPr="004C4E5A">
              <w:rPr>
                <w:sz w:val="18"/>
              </w:rPr>
              <w:t xml:space="preserve"> </w:t>
            </w:r>
            <w:proofErr w:type="spellStart"/>
            <w:r w:rsidRPr="004C4E5A">
              <w:rPr>
                <w:sz w:val="18"/>
              </w:rPr>
              <w:t>bahan</w:t>
            </w:r>
            <w:proofErr w:type="spellEnd"/>
            <w:r w:rsidRPr="004C4E5A">
              <w:rPr>
                <w:sz w:val="18"/>
              </w:rPr>
              <w:t xml:space="preserve"> ajar </w:t>
            </w:r>
            <w:proofErr w:type="spellStart"/>
            <w:r w:rsidRPr="004C4E5A">
              <w:rPr>
                <w:sz w:val="18"/>
              </w:rPr>
              <w:t>mata</w:t>
            </w:r>
            <w:proofErr w:type="spellEnd"/>
            <w:r w:rsidRPr="004C4E5A">
              <w:rPr>
                <w:sz w:val="18"/>
              </w:rPr>
              <w:t xml:space="preserve"> </w:t>
            </w:r>
            <w:proofErr w:type="spellStart"/>
            <w:r w:rsidRPr="004C4E5A">
              <w:rPr>
                <w:sz w:val="18"/>
              </w:rPr>
              <w:t>kuliah</w:t>
            </w:r>
            <w:proofErr w:type="spellEnd"/>
            <w:r w:rsidRPr="004C4E5A">
              <w:rPr>
                <w:sz w:val="18"/>
              </w:rPr>
              <w:t xml:space="preserve"> Business Intelligence, Data Warehouse, </w:t>
            </w:r>
            <w:proofErr w:type="spellStart"/>
            <w:r w:rsidRPr="004C4E5A">
              <w:rPr>
                <w:sz w:val="18"/>
              </w:rPr>
              <w:t>atau</w:t>
            </w:r>
            <w:proofErr w:type="spellEnd"/>
            <w:r w:rsidRPr="004C4E5A">
              <w:rPr>
                <w:sz w:val="18"/>
              </w:rPr>
              <w:t xml:space="preserve"> </w:t>
            </w:r>
            <w:proofErr w:type="spellStart"/>
            <w:r w:rsidR="0071023D">
              <w:rPr>
                <w:sz w:val="18"/>
              </w:rPr>
              <w:t>Pemrograman</w:t>
            </w:r>
            <w:proofErr w:type="spellEnd"/>
            <w:r w:rsidRPr="004C4E5A">
              <w:rPr>
                <w:sz w:val="18"/>
              </w:rPr>
              <w:t>.</w:t>
            </w:r>
          </w:p>
        </w:tc>
      </w:tr>
      <w:tr w:rsidR="00021266" w14:paraId="137161BB" w14:textId="77777777">
        <w:trPr>
          <w:jc w:val="center"/>
        </w:trPr>
        <w:tc>
          <w:tcPr>
            <w:tcW w:w="4561" w:type="dxa"/>
            <w:shd w:val="clear" w:color="auto" w:fill="EAF2F8"/>
            <w:tcMar>
              <w:top w:w="90" w:type="dxa"/>
              <w:left w:w="90" w:type="dxa"/>
              <w:bottom w:w="90" w:type="dxa"/>
              <w:right w:w="90" w:type="dxa"/>
            </w:tcMar>
            <w:vAlign w:val="center"/>
          </w:tcPr>
          <w:p w14:paraId="62E00115" w14:textId="77777777" w:rsidR="00021266" w:rsidRPr="003F1B29" w:rsidRDefault="0086301C">
            <w:pPr>
              <w:spacing w:after="0"/>
              <w:rPr>
                <w:lang w:val="nb-NO"/>
              </w:rPr>
            </w:pPr>
            <w:r w:rsidRPr="003F1B29">
              <w:rPr>
                <w:b/>
                <w:sz w:val="18"/>
                <w:lang w:val="nb-NO"/>
              </w:rPr>
              <w:t>Potensi penerapan melalui PkM/KKP</w:t>
            </w:r>
          </w:p>
        </w:tc>
        <w:tc>
          <w:tcPr>
            <w:tcW w:w="4561" w:type="dxa"/>
            <w:tcMar>
              <w:top w:w="90" w:type="dxa"/>
              <w:left w:w="90" w:type="dxa"/>
              <w:bottom w:w="90" w:type="dxa"/>
              <w:right w:w="90" w:type="dxa"/>
            </w:tcMar>
            <w:vAlign w:val="center"/>
          </w:tcPr>
          <w:p w14:paraId="46966A1B" w14:textId="77777777" w:rsidR="00021266" w:rsidRDefault="0086301C">
            <w:pPr>
              <w:spacing w:after="0"/>
            </w:pPr>
            <w:r>
              <w:rPr>
                <w:sz w:val="18"/>
              </w:rPr>
              <w:t>........................................................................................................................</w:t>
            </w:r>
          </w:p>
        </w:tc>
      </w:tr>
    </w:tbl>
    <w:p w14:paraId="64834661" w14:textId="77777777" w:rsidR="00A322B6" w:rsidRDefault="00A322B6">
      <w:pPr>
        <w:spacing w:before="160" w:after="100"/>
        <w:rPr>
          <w:b/>
          <w:sz w:val="24"/>
        </w:rPr>
      </w:pPr>
    </w:p>
    <w:p w14:paraId="15D64E09" w14:textId="77777777" w:rsidR="00A322B6" w:rsidRDefault="00A322B6">
      <w:pPr>
        <w:spacing w:before="160" w:after="100"/>
        <w:rPr>
          <w:b/>
          <w:sz w:val="24"/>
        </w:rPr>
      </w:pPr>
    </w:p>
    <w:p w14:paraId="7FBF0731" w14:textId="1B2FDA4C" w:rsidR="00021266" w:rsidRDefault="0086301C">
      <w:pPr>
        <w:spacing w:before="160" w:after="100"/>
      </w:pPr>
      <w:r>
        <w:rPr>
          <w:b/>
          <w:sz w:val="24"/>
        </w:rPr>
        <w:lastRenderedPageBreak/>
        <w:t>J. JADWAL PELAKSANAAN</w:t>
      </w:r>
    </w:p>
    <w:tbl>
      <w:tblPr>
        <w:tblStyle w:val="TableGrid"/>
        <w:tblW w:w="5000" w:type="pct"/>
        <w:jc w:val="center"/>
        <w:tblLook w:val="04A0" w:firstRow="1" w:lastRow="0" w:firstColumn="1" w:lastColumn="0" w:noHBand="0" w:noVBand="1"/>
      </w:tblPr>
      <w:tblGrid>
        <w:gridCol w:w="514"/>
        <w:gridCol w:w="2854"/>
        <w:gridCol w:w="988"/>
        <w:gridCol w:w="988"/>
        <w:gridCol w:w="990"/>
        <w:gridCol w:w="990"/>
        <w:gridCol w:w="990"/>
        <w:gridCol w:w="988"/>
      </w:tblGrid>
      <w:tr w:rsidR="00021266" w14:paraId="30C2A87B" w14:textId="77777777" w:rsidTr="006D58AE">
        <w:trPr>
          <w:jc w:val="center"/>
        </w:trPr>
        <w:tc>
          <w:tcPr>
            <w:tcW w:w="277" w:type="pct"/>
            <w:shd w:val="clear" w:color="auto" w:fill="D9EAF7"/>
            <w:tcMar>
              <w:top w:w="90" w:type="dxa"/>
              <w:left w:w="90" w:type="dxa"/>
              <w:bottom w:w="90" w:type="dxa"/>
              <w:right w:w="90" w:type="dxa"/>
            </w:tcMar>
            <w:vAlign w:val="center"/>
          </w:tcPr>
          <w:p w14:paraId="5E83CED9" w14:textId="77777777" w:rsidR="00021266" w:rsidRDefault="0086301C" w:rsidP="006D58AE">
            <w:pPr>
              <w:spacing w:after="0"/>
              <w:jc w:val="center"/>
            </w:pPr>
            <w:r>
              <w:rPr>
                <w:b/>
                <w:sz w:val="18"/>
              </w:rPr>
              <w:t>No.</w:t>
            </w:r>
          </w:p>
        </w:tc>
        <w:tc>
          <w:tcPr>
            <w:tcW w:w="1534" w:type="pct"/>
            <w:shd w:val="clear" w:color="auto" w:fill="D9EAF7"/>
            <w:tcMar>
              <w:top w:w="90" w:type="dxa"/>
              <w:left w:w="90" w:type="dxa"/>
              <w:bottom w:w="90" w:type="dxa"/>
              <w:right w:w="90" w:type="dxa"/>
            </w:tcMar>
            <w:vAlign w:val="center"/>
          </w:tcPr>
          <w:p w14:paraId="01A331FA" w14:textId="77777777" w:rsidR="00021266" w:rsidRDefault="0086301C" w:rsidP="006D58AE">
            <w:pPr>
              <w:spacing w:after="0"/>
              <w:jc w:val="center"/>
            </w:pPr>
            <w:proofErr w:type="spellStart"/>
            <w:r>
              <w:rPr>
                <w:b/>
                <w:sz w:val="18"/>
              </w:rPr>
              <w:t>Kegiatan</w:t>
            </w:r>
            <w:proofErr w:type="spellEnd"/>
          </w:p>
        </w:tc>
        <w:tc>
          <w:tcPr>
            <w:tcW w:w="531" w:type="pct"/>
            <w:shd w:val="clear" w:color="auto" w:fill="D9EAF7"/>
            <w:tcMar>
              <w:top w:w="90" w:type="dxa"/>
              <w:left w:w="90" w:type="dxa"/>
              <w:bottom w:w="90" w:type="dxa"/>
              <w:right w:w="90" w:type="dxa"/>
            </w:tcMar>
            <w:vAlign w:val="center"/>
          </w:tcPr>
          <w:p w14:paraId="6CC100CF" w14:textId="77777777" w:rsidR="00021266" w:rsidRDefault="0086301C" w:rsidP="006D58AE">
            <w:pPr>
              <w:spacing w:after="0"/>
              <w:jc w:val="center"/>
            </w:pPr>
            <w:proofErr w:type="spellStart"/>
            <w:r>
              <w:rPr>
                <w:b/>
                <w:sz w:val="18"/>
              </w:rPr>
              <w:t>Bln</w:t>
            </w:r>
            <w:proofErr w:type="spellEnd"/>
            <w:r>
              <w:rPr>
                <w:b/>
                <w:sz w:val="18"/>
              </w:rPr>
              <w:t xml:space="preserve"> 1</w:t>
            </w:r>
          </w:p>
        </w:tc>
        <w:tc>
          <w:tcPr>
            <w:tcW w:w="531" w:type="pct"/>
            <w:shd w:val="clear" w:color="auto" w:fill="D9EAF7"/>
            <w:tcMar>
              <w:top w:w="90" w:type="dxa"/>
              <w:left w:w="90" w:type="dxa"/>
              <w:bottom w:w="90" w:type="dxa"/>
              <w:right w:w="90" w:type="dxa"/>
            </w:tcMar>
            <w:vAlign w:val="center"/>
          </w:tcPr>
          <w:p w14:paraId="4348FFDC" w14:textId="77777777" w:rsidR="00021266" w:rsidRDefault="0086301C" w:rsidP="006D58AE">
            <w:pPr>
              <w:spacing w:after="0"/>
              <w:jc w:val="center"/>
            </w:pPr>
            <w:proofErr w:type="spellStart"/>
            <w:r>
              <w:rPr>
                <w:b/>
                <w:sz w:val="18"/>
              </w:rPr>
              <w:t>Bln</w:t>
            </w:r>
            <w:proofErr w:type="spellEnd"/>
            <w:r>
              <w:rPr>
                <w:b/>
                <w:sz w:val="18"/>
              </w:rPr>
              <w:t xml:space="preserve"> 2</w:t>
            </w:r>
          </w:p>
        </w:tc>
        <w:tc>
          <w:tcPr>
            <w:tcW w:w="532" w:type="pct"/>
            <w:shd w:val="clear" w:color="auto" w:fill="D9EAF7"/>
            <w:tcMar>
              <w:top w:w="90" w:type="dxa"/>
              <w:left w:w="90" w:type="dxa"/>
              <w:bottom w:w="90" w:type="dxa"/>
              <w:right w:w="90" w:type="dxa"/>
            </w:tcMar>
            <w:vAlign w:val="center"/>
          </w:tcPr>
          <w:p w14:paraId="628C6746" w14:textId="77777777" w:rsidR="00021266" w:rsidRDefault="0086301C" w:rsidP="006D58AE">
            <w:pPr>
              <w:spacing w:after="0"/>
              <w:jc w:val="center"/>
            </w:pPr>
            <w:proofErr w:type="spellStart"/>
            <w:r>
              <w:rPr>
                <w:b/>
                <w:sz w:val="18"/>
              </w:rPr>
              <w:t>Bln</w:t>
            </w:r>
            <w:proofErr w:type="spellEnd"/>
            <w:r>
              <w:rPr>
                <w:b/>
                <w:sz w:val="18"/>
              </w:rPr>
              <w:t xml:space="preserve"> 3</w:t>
            </w:r>
          </w:p>
        </w:tc>
        <w:tc>
          <w:tcPr>
            <w:tcW w:w="532" w:type="pct"/>
            <w:shd w:val="clear" w:color="auto" w:fill="D9EAF7"/>
            <w:tcMar>
              <w:top w:w="90" w:type="dxa"/>
              <w:left w:w="90" w:type="dxa"/>
              <w:bottom w:w="90" w:type="dxa"/>
              <w:right w:w="90" w:type="dxa"/>
            </w:tcMar>
            <w:vAlign w:val="center"/>
          </w:tcPr>
          <w:p w14:paraId="3F62C5CA" w14:textId="77777777" w:rsidR="00021266" w:rsidRDefault="0086301C" w:rsidP="006D58AE">
            <w:pPr>
              <w:spacing w:after="0"/>
              <w:jc w:val="center"/>
            </w:pPr>
            <w:proofErr w:type="spellStart"/>
            <w:r>
              <w:rPr>
                <w:b/>
                <w:sz w:val="18"/>
              </w:rPr>
              <w:t>Bln</w:t>
            </w:r>
            <w:proofErr w:type="spellEnd"/>
            <w:r>
              <w:rPr>
                <w:b/>
                <w:sz w:val="18"/>
              </w:rPr>
              <w:t xml:space="preserve"> 4</w:t>
            </w:r>
          </w:p>
        </w:tc>
        <w:tc>
          <w:tcPr>
            <w:tcW w:w="532" w:type="pct"/>
            <w:shd w:val="clear" w:color="auto" w:fill="D9EAF7"/>
            <w:tcMar>
              <w:top w:w="90" w:type="dxa"/>
              <w:left w:w="90" w:type="dxa"/>
              <w:bottom w:w="90" w:type="dxa"/>
              <w:right w:w="90" w:type="dxa"/>
            </w:tcMar>
            <w:vAlign w:val="center"/>
          </w:tcPr>
          <w:p w14:paraId="4B4ABCA9" w14:textId="77777777" w:rsidR="00021266" w:rsidRDefault="0086301C" w:rsidP="006D58AE">
            <w:pPr>
              <w:spacing w:after="0"/>
              <w:jc w:val="center"/>
            </w:pPr>
            <w:proofErr w:type="spellStart"/>
            <w:r>
              <w:rPr>
                <w:b/>
                <w:sz w:val="18"/>
              </w:rPr>
              <w:t>Bln</w:t>
            </w:r>
            <w:proofErr w:type="spellEnd"/>
            <w:r>
              <w:rPr>
                <w:b/>
                <w:sz w:val="18"/>
              </w:rPr>
              <w:t xml:space="preserve"> 5</w:t>
            </w:r>
          </w:p>
        </w:tc>
        <w:tc>
          <w:tcPr>
            <w:tcW w:w="532" w:type="pct"/>
            <w:shd w:val="clear" w:color="auto" w:fill="D9EAF7"/>
            <w:tcMar>
              <w:top w:w="90" w:type="dxa"/>
              <w:left w:w="90" w:type="dxa"/>
              <w:bottom w:w="90" w:type="dxa"/>
              <w:right w:w="90" w:type="dxa"/>
            </w:tcMar>
            <w:vAlign w:val="center"/>
          </w:tcPr>
          <w:p w14:paraId="0D3476EA" w14:textId="77777777" w:rsidR="00021266" w:rsidRDefault="0086301C" w:rsidP="006D58AE">
            <w:pPr>
              <w:spacing w:after="0"/>
              <w:jc w:val="center"/>
            </w:pPr>
            <w:proofErr w:type="spellStart"/>
            <w:r>
              <w:rPr>
                <w:b/>
                <w:sz w:val="18"/>
              </w:rPr>
              <w:t>Bln</w:t>
            </w:r>
            <w:proofErr w:type="spellEnd"/>
            <w:r>
              <w:rPr>
                <w:b/>
                <w:sz w:val="18"/>
              </w:rPr>
              <w:t xml:space="preserve"> 6</w:t>
            </w:r>
          </w:p>
        </w:tc>
      </w:tr>
      <w:tr w:rsidR="00021266" w14:paraId="2B843BB4" w14:textId="77777777" w:rsidTr="006D58AE">
        <w:trPr>
          <w:jc w:val="center"/>
        </w:trPr>
        <w:tc>
          <w:tcPr>
            <w:tcW w:w="277" w:type="pct"/>
            <w:tcMar>
              <w:top w:w="90" w:type="dxa"/>
              <w:left w:w="90" w:type="dxa"/>
              <w:bottom w:w="90" w:type="dxa"/>
              <w:right w:w="90" w:type="dxa"/>
            </w:tcMar>
            <w:vAlign w:val="center"/>
          </w:tcPr>
          <w:p w14:paraId="36C63660" w14:textId="77777777" w:rsidR="00021266" w:rsidRDefault="0086301C" w:rsidP="006D58AE">
            <w:pPr>
              <w:spacing w:after="0"/>
              <w:jc w:val="center"/>
            </w:pPr>
            <w:r>
              <w:rPr>
                <w:sz w:val="18"/>
              </w:rPr>
              <w:t>1</w:t>
            </w:r>
          </w:p>
        </w:tc>
        <w:tc>
          <w:tcPr>
            <w:tcW w:w="1534" w:type="pct"/>
            <w:tcMar>
              <w:top w:w="90" w:type="dxa"/>
              <w:left w:w="90" w:type="dxa"/>
              <w:bottom w:w="90" w:type="dxa"/>
              <w:right w:w="90" w:type="dxa"/>
            </w:tcMar>
            <w:vAlign w:val="center"/>
          </w:tcPr>
          <w:p w14:paraId="6D20C37C" w14:textId="43FC1DE2" w:rsidR="00021266" w:rsidRDefault="0086301C">
            <w:pPr>
              <w:spacing w:after="0"/>
            </w:pPr>
            <w:proofErr w:type="spellStart"/>
            <w:r>
              <w:rPr>
                <w:sz w:val="18"/>
              </w:rPr>
              <w:t>Persiapan</w:t>
            </w:r>
            <w:proofErr w:type="spellEnd"/>
            <w:r w:rsidR="0071023D">
              <w:rPr>
                <w:sz w:val="18"/>
              </w:rPr>
              <w:t xml:space="preserve"> dan </w:t>
            </w:r>
            <w:proofErr w:type="spellStart"/>
            <w:r w:rsidR="0071023D" w:rsidRPr="0071023D">
              <w:rPr>
                <w:sz w:val="18"/>
              </w:rPr>
              <w:t>Pengumpulan</w:t>
            </w:r>
            <w:proofErr w:type="spellEnd"/>
            <w:r w:rsidR="0071023D" w:rsidRPr="0071023D">
              <w:rPr>
                <w:sz w:val="18"/>
              </w:rPr>
              <w:t xml:space="preserve"> Data </w:t>
            </w:r>
            <w:proofErr w:type="spellStart"/>
            <w:r w:rsidR="0071023D" w:rsidRPr="0071023D">
              <w:rPr>
                <w:sz w:val="18"/>
              </w:rPr>
              <w:t>Transaksi</w:t>
            </w:r>
            <w:proofErr w:type="spellEnd"/>
          </w:p>
        </w:tc>
        <w:tc>
          <w:tcPr>
            <w:tcW w:w="531" w:type="pct"/>
            <w:tcMar>
              <w:top w:w="90" w:type="dxa"/>
              <w:left w:w="90" w:type="dxa"/>
              <w:bottom w:w="90" w:type="dxa"/>
              <w:right w:w="90" w:type="dxa"/>
            </w:tcMar>
            <w:vAlign w:val="center"/>
          </w:tcPr>
          <w:p w14:paraId="1CF8583F" w14:textId="1BFBC6B4" w:rsidR="00021266" w:rsidRDefault="0071023D">
            <w:pPr>
              <w:spacing w:after="0"/>
            </w:pPr>
            <w:r>
              <w:t>X</w:t>
            </w:r>
          </w:p>
        </w:tc>
        <w:tc>
          <w:tcPr>
            <w:tcW w:w="531" w:type="pct"/>
            <w:tcMar>
              <w:top w:w="90" w:type="dxa"/>
              <w:left w:w="90" w:type="dxa"/>
              <w:bottom w:w="90" w:type="dxa"/>
              <w:right w:w="90" w:type="dxa"/>
            </w:tcMar>
            <w:vAlign w:val="center"/>
          </w:tcPr>
          <w:p w14:paraId="7E5E2773" w14:textId="77777777" w:rsidR="00021266" w:rsidRDefault="00021266">
            <w:pPr>
              <w:spacing w:after="0"/>
            </w:pPr>
          </w:p>
        </w:tc>
        <w:tc>
          <w:tcPr>
            <w:tcW w:w="532" w:type="pct"/>
            <w:tcMar>
              <w:top w:w="90" w:type="dxa"/>
              <w:left w:w="90" w:type="dxa"/>
              <w:bottom w:w="90" w:type="dxa"/>
              <w:right w:w="90" w:type="dxa"/>
            </w:tcMar>
            <w:vAlign w:val="center"/>
          </w:tcPr>
          <w:p w14:paraId="7D1C5A50" w14:textId="77777777" w:rsidR="00021266" w:rsidRDefault="00021266">
            <w:pPr>
              <w:spacing w:after="0"/>
            </w:pPr>
          </w:p>
        </w:tc>
        <w:tc>
          <w:tcPr>
            <w:tcW w:w="532" w:type="pct"/>
            <w:tcMar>
              <w:top w:w="90" w:type="dxa"/>
              <w:left w:w="90" w:type="dxa"/>
              <w:bottom w:w="90" w:type="dxa"/>
              <w:right w:w="90" w:type="dxa"/>
            </w:tcMar>
            <w:vAlign w:val="center"/>
          </w:tcPr>
          <w:p w14:paraId="43C1B2DD" w14:textId="77777777" w:rsidR="00021266" w:rsidRDefault="00021266">
            <w:pPr>
              <w:spacing w:after="0"/>
            </w:pPr>
          </w:p>
        </w:tc>
        <w:tc>
          <w:tcPr>
            <w:tcW w:w="532" w:type="pct"/>
            <w:tcMar>
              <w:top w:w="90" w:type="dxa"/>
              <w:left w:w="90" w:type="dxa"/>
              <w:bottom w:w="90" w:type="dxa"/>
              <w:right w:w="90" w:type="dxa"/>
            </w:tcMar>
            <w:vAlign w:val="center"/>
          </w:tcPr>
          <w:p w14:paraId="78F78F3D" w14:textId="77777777" w:rsidR="00021266" w:rsidRDefault="00021266">
            <w:pPr>
              <w:spacing w:after="0"/>
            </w:pPr>
          </w:p>
        </w:tc>
        <w:tc>
          <w:tcPr>
            <w:tcW w:w="532" w:type="pct"/>
            <w:tcMar>
              <w:top w:w="90" w:type="dxa"/>
              <w:left w:w="90" w:type="dxa"/>
              <w:bottom w:w="90" w:type="dxa"/>
              <w:right w:w="90" w:type="dxa"/>
            </w:tcMar>
            <w:vAlign w:val="center"/>
          </w:tcPr>
          <w:p w14:paraId="4C3F17E3" w14:textId="77777777" w:rsidR="00021266" w:rsidRDefault="00021266">
            <w:pPr>
              <w:spacing w:after="0"/>
            </w:pPr>
          </w:p>
        </w:tc>
      </w:tr>
      <w:tr w:rsidR="00021266" w14:paraId="3A082EFA" w14:textId="77777777" w:rsidTr="006D58AE">
        <w:trPr>
          <w:jc w:val="center"/>
        </w:trPr>
        <w:tc>
          <w:tcPr>
            <w:tcW w:w="277" w:type="pct"/>
            <w:tcMar>
              <w:top w:w="90" w:type="dxa"/>
              <w:left w:w="90" w:type="dxa"/>
              <w:bottom w:w="90" w:type="dxa"/>
              <w:right w:w="90" w:type="dxa"/>
            </w:tcMar>
            <w:vAlign w:val="center"/>
          </w:tcPr>
          <w:p w14:paraId="0AF332DF" w14:textId="77777777" w:rsidR="00021266" w:rsidRDefault="0086301C" w:rsidP="006D58AE">
            <w:pPr>
              <w:spacing w:after="0"/>
              <w:jc w:val="center"/>
            </w:pPr>
            <w:r>
              <w:rPr>
                <w:sz w:val="18"/>
              </w:rPr>
              <w:t>2</w:t>
            </w:r>
          </w:p>
        </w:tc>
        <w:tc>
          <w:tcPr>
            <w:tcW w:w="1534" w:type="pct"/>
            <w:tcMar>
              <w:top w:w="90" w:type="dxa"/>
              <w:left w:w="90" w:type="dxa"/>
              <w:bottom w:w="90" w:type="dxa"/>
              <w:right w:w="90" w:type="dxa"/>
            </w:tcMar>
            <w:vAlign w:val="center"/>
          </w:tcPr>
          <w:p w14:paraId="2EF35D9E" w14:textId="4491C09F" w:rsidR="00021266" w:rsidRDefault="0071023D">
            <w:pPr>
              <w:spacing w:after="0"/>
            </w:pPr>
            <w:proofErr w:type="spellStart"/>
            <w:r w:rsidRPr="0071023D">
              <w:rPr>
                <w:sz w:val="18"/>
              </w:rPr>
              <w:t>Pemodelan</w:t>
            </w:r>
            <w:proofErr w:type="spellEnd"/>
            <w:r w:rsidRPr="0071023D">
              <w:rPr>
                <w:sz w:val="18"/>
              </w:rPr>
              <w:t xml:space="preserve"> Kimball 4-Step &amp; ETL Data</w:t>
            </w:r>
          </w:p>
        </w:tc>
        <w:tc>
          <w:tcPr>
            <w:tcW w:w="531" w:type="pct"/>
            <w:tcMar>
              <w:top w:w="90" w:type="dxa"/>
              <w:left w:w="90" w:type="dxa"/>
              <w:bottom w:w="90" w:type="dxa"/>
              <w:right w:w="90" w:type="dxa"/>
            </w:tcMar>
            <w:vAlign w:val="center"/>
          </w:tcPr>
          <w:p w14:paraId="495B509D" w14:textId="77777777" w:rsidR="00021266" w:rsidRDefault="00021266">
            <w:pPr>
              <w:spacing w:after="0"/>
            </w:pPr>
          </w:p>
        </w:tc>
        <w:tc>
          <w:tcPr>
            <w:tcW w:w="531" w:type="pct"/>
            <w:tcMar>
              <w:top w:w="90" w:type="dxa"/>
              <w:left w:w="90" w:type="dxa"/>
              <w:bottom w:w="90" w:type="dxa"/>
              <w:right w:w="90" w:type="dxa"/>
            </w:tcMar>
            <w:vAlign w:val="center"/>
          </w:tcPr>
          <w:p w14:paraId="4F30652F" w14:textId="2502AC7A" w:rsidR="00021266" w:rsidRDefault="0071023D">
            <w:pPr>
              <w:spacing w:after="0"/>
            </w:pPr>
            <w:r>
              <w:t>X</w:t>
            </w:r>
          </w:p>
        </w:tc>
        <w:tc>
          <w:tcPr>
            <w:tcW w:w="532" w:type="pct"/>
            <w:tcMar>
              <w:top w:w="90" w:type="dxa"/>
              <w:left w:w="90" w:type="dxa"/>
              <w:bottom w:w="90" w:type="dxa"/>
              <w:right w:w="90" w:type="dxa"/>
            </w:tcMar>
            <w:vAlign w:val="center"/>
          </w:tcPr>
          <w:p w14:paraId="0EA6A73A" w14:textId="77777777" w:rsidR="00021266" w:rsidRDefault="00021266">
            <w:pPr>
              <w:spacing w:after="0"/>
            </w:pPr>
          </w:p>
        </w:tc>
        <w:tc>
          <w:tcPr>
            <w:tcW w:w="532" w:type="pct"/>
            <w:tcMar>
              <w:top w:w="90" w:type="dxa"/>
              <w:left w:w="90" w:type="dxa"/>
              <w:bottom w:w="90" w:type="dxa"/>
              <w:right w:w="90" w:type="dxa"/>
            </w:tcMar>
            <w:vAlign w:val="center"/>
          </w:tcPr>
          <w:p w14:paraId="2A6A05CF" w14:textId="77777777" w:rsidR="00021266" w:rsidRDefault="00021266">
            <w:pPr>
              <w:spacing w:after="0"/>
            </w:pPr>
          </w:p>
        </w:tc>
        <w:tc>
          <w:tcPr>
            <w:tcW w:w="532" w:type="pct"/>
            <w:tcMar>
              <w:top w:w="90" w:type="dxa"/>
              <w:left w:w="90" w:type="dxa"/>
              <w:bottom w:w="90" w:type="dxa"/>
              <w:right w:w="90" w:type="dxa"/>
            </w:tcMar>
            <w:vAlign w:val="center"/>
          </w:tcPr>
          <w:p w14:paraId="406D9058" w14:textId="77777777" w:rsidR="00021266" w:rsidRDefault="00021266">
            <w:pPr>
              <w:spacing w:after="0"/>
            </w:pPr>
          </w:p>
        </w:tc>
        <w:tc>
          <w:tcPr>
            <w:tcW w:w="532" w:type="pct"/>
            <w:tcMar>
              <w:top w:w="90" w:type="dxa"/>
              <w:left w:w="90" w:type="dxa"/>
              <w:bottom w:w="90" w:type="dxa"/>
              <w:right w:w="90" w:type="dxa"/>
            </w:tcMar>
            <w:vAlign w:val="center"/>
          </w:tcPr>
          <w:p w14:paraId="46475802" w14:textId="77777777" w:rsidR="00021266" w:rsidRDefault="00021266">
            <w:pPr>
              <w:spacing w:after="0"/>
            </w:pPr>
          </w:p>
        </w:tc>
      </w:tr>
      <w:tr w:rsidR="00021266" w14:paraId="093E4598" w14:textId="77777777" w:rsidTr="006D58AE">
        <w:trPr>
          <w:jc w:val="center"/>
        </w:trPr>
        <w:tc>
          <w:tcPr>
            <w:tcW w:w="277" w:type="pct"/>
            <w:tcMar>
              <w:top w:w="90" w:type="dxa"/>
              <w:left w:w="90" w:type="dxa"/>
              <w:bottom w:w="90" w:type="dxa"/>
              <w:right w:w="90" w:type="dxa"/>
            </w:tcMar>
            <w:vAlign w:val="center"/>
          </w:tcPr>
          <w:p w14:paraId="66FEF606" w14:textId="77777777" w:rsidR="00021266" w:rsidRDefault="0086301C" w:rsidP="006D58AE">
            <w:pPr>
              <w:spacing w:after="0"/>
              <w:jc w:val="center"/>
            </w:pPr>
            <w:r>
              <w:rPr>
                <w:sz w:val="18"/>
              </w:rPr>
              <w:t>3</w:t>
            </w:r>
          </w:p>
        </w:tc>
        <w:tc>
          <w:tcPr>
            <w:tcW w:w="1534" w:type="pct"/>
            <w:tcMar>
              <w:top w:w="90" w:type="dxa"/>
              <w:left w:w="90" w:type="dxa"/>
              <w:bottom w:w="90" w:type="dxa"/>
              <w:right w:w="90" w:type="dxa"/>
            </w:tcMar>
            <w:vAlign w:val="center"/>
          </w:tcPr>
          <w:p w14:paraId="5E312FC6" w14:textId="62A0C5E6" w:rsidR="00021266" w:rsidRDefault="0071023D">
            <w:pPr>
              <w:spacing w:after="0"/>
            </w:pPr>
            <w:proofErr w:type="spellStart"/>
            <w:r w:rsidRPr="0071023D">
              <w:rPr>
                <w:sz w:val="18"/>
              </w:rPr>
              <w:t>Perancangan</w:t>
            </w:r>
            <w:proofErr w:type="spellEnd"/>
            <w:r w:rsidRPr="0071023D">
              <w:rPr>
                <w:sz w:val="18"/>
              </w:rPr>
              <w:t xml:space="preserve"> Dashboard di Power BI</w:t>
            </w:r>
          </w:p>
        </w:tc>
        <w:tc>
          <w:tcPr>
            <w:tcW w:w="531" w:type="pct"/>
            <w:tcMar>
              <w:top w:w="90" w:type="dxa"/>
              <w:left w:w="90" w:type="dxa"/>
              <w:bottom w:w="90" w:type="dxa"/>
              <w:right w:w="90" w:type="dxa"/>
            </w:tcMar>
            <w:vAlign w:val="center"/>
          </w:tcPr>
          <w:p w14:paraId="2002B8D7" w14:textId="77777777" w:rsidR="00021266" w:rsidRDefault="00021266">
            <w:pPr>
              <w:spacing w:after="0"/>
            </w:pPr>
          </w:p>
        </w:tc>
        <w:tc>
          <w:tcPr>
            <w:tcW w:w="531" w:type="pct"/>
            <w:tcMar>
              <w:top w:w="90" w:type="dxa"/>
              <w:left w:w="90" w:type="dxa"/>
              <w:bottom w:w="90" w:type="dxa"/>
              <w:right w:w="90" w:type="dxa"/>
            </w:tcMar>
            <w:vAlign w:val="center"/>
          </w:tcPr>
          <w:p w14:paraId="2379D7E4" w14:textId="77777777" w:rsidR="00021266" w:rsidRDefault="00021266">
            <w:pPr>
              <w:spacing w:after="0"/>
            </w:pPr>
          </w:p>
        </w:tc>
        <w:tc>
          <w:tcPr>
            <w:tcW w:w="532" w:type="pct"/>
            <w:tcMar>
              <w:top w:w="90" w:type="dxa"/>
              <w:left w:w="90" w:type="dxa"/>
              <w:bottom w:w="90" w:type="dxa"/>
              <w:right w:w="90" w:type="dxa"/>
            </w:tcMar>
            <w:vAlign w:val="center"/>
          </w:tcPr>
          <w:p w14:paraId="145BF9C2" w14:textId="729F89ED" w:rsidR="00021266" w:rsidRDefault="0071023D">
            <w:pPr>
              <w:spacing w:after="0"/>
            </w:pPr>
            <w:r>
              <w:t>X</w:t>
            </w:r>
          </w:p>
        </w:tc>
        <w:tc>
          <w:tcPr>
            <w:tcW w:w="532" w:type="pct"/>
            <w:tcMar>
              <w:top w:w="90" w:type="dxa"/>
              <w:left w:w="90" w:type="dxa"/>
              <w:bottom w:w="90" w:type="dxa"/>
              <w:right w:w="90" w:type="dxa"/>
            </w:tcMar>
            <w:vAlign w:val="center"/>
          </w:tcPr>
          <w:p w14:paraId="2789363C" w14:textId="77777777" w:rsidR="00021266" w:rsidRDefault="00021266">
            <w:pPr>
              <w:spacing w:after="0"/>
            </w:pPr>
          </w:p>
        </w:tc>
        <w:tc>
          <w:tcPr>
            <w:tcW w:w="532" w:type="pct"/>
            <w:tcMar>
              <w:top w:w="90" w:type="dxa"/>
              <w:left w:w="90" w:type="dxa"/>
              <w:bottom w:w="90" w:type="dxa"/>
              <w:right w:w="90" w:type="dxa"/>
            </w:tcMar>
            <w:vAlign w:val="center"/>
          </w:tcPr>
          <w:p w14:paraId="55F25C75" w14:textId="77777777" w:rsidR="00021266" w:rsidRDefault="00021266">
            <w:pPr>
              <w:spacing w:after="0"/>
            </w:pPr>
          </w:p>
        </w:tc>
        <w:tc>
          <w:tcPr>
            <w:tcW w:w="532" w:type="pct"/>
            <w:tcMar>
              <w:top w:w="90" w:type="dxa"/>
              <w:left w:w="90" w:type="dxa"/>
              <w:bottom w:w="90" w:type="dxa"/>
              <w:right w:w="90" w:type="dxa"/>
            </w:tcMar>
            <w:vAlign w:val="center"/>
          </w:tcPr>
          <w:p w14:paraId="4DD1EB57" w14:textId="77777777" w:rsidR="00021266" w:rsidRDefault="00021266">
            <w:pPr>
              <w:spacing w:after="0"/>
            </w:pPr>
          </w:p>
        </w:tc>
      </w:tr>
      <w:tr w:rsidR="00021266" w14:paraId="2E3A881F" w14:textId="77777777" w:rsidTr="006D58AE">
        <w:trPr>
          <w:jc w:val="center"/>
        </w:trPr>
        <w:tc>
          <w:tcPr>
            <w:tcW w:w="277" w:type="pct"/>
            <w:tcMar>
              <w:top w:w="90" w:type="dxa"/>
              <w:left w:w="90" w:type="dxa"/>
              <w:bottom w:w="90" w:type="dxa"/>
              <w:right w:w="90" w:type="dxa"/>
            </w:tcMar>
            <w:vAlign w:val="center"/>
          </w:tcPr>
          <w:p w14:paraId="35009BA8" w14:textId="77777777" w:rsidR="00021266" w:rsidRDefault="0086301C" w:rsidP="006D58AE">
            <w:pPr>
              <w:spacing w:after="0"/>
              <w:jc w:val="center"/>
            </w:pPr>
            <w:r>
              <w:rPr>
                <w:sz w:val="18"/>
              </w:rPr>
              <w:t>4</w:t>
            </w:r>
          </w:p>
        </w:tc>
        <w:tc>
          <w:tcPr>
            <w:tcW w:w="1534" w:type="pct"/>
            <w:tcMar>
              <w:top w:w="90" w:type="dxa"/>
              <w:left w:w="90" w:type="dxa"/>
              <w:bottom w:w="90" w:type="dxa"/>
              <w:right w:w="90" w:type="dxa"/>
            </w:tcMar>
            <w:vAlign w:val="center"/>
          </w:tcPr>
          <w:p w14:paraId="736041C9" w14:textId="33DEDDEC" w:rsidR="00021266" w:rsidRPr="0071023D" w:rsidRDefault="0071023D">
            <w:pPr>
              <w:spacing w:after="0"/>
              <w:rPr>
                <w:sz w:val="18"/>
                <w:szCs w:val="18"/>
              </w:rPr>
            </w:pPr>
            <w:proofErr w:type="spellStart"/>
            <w:r w:rsidRPr="0071023D">
              <w:rPr>
                <w:sz w:val="18"/>
                <w:szCs w:val="18"/>
              </w:rPr>
              <w:t>Pengujian</w:t>
            </w:r>
            <w:proofErr w:type="spellEnd"/>
            <w:r w:rsidRPr="0071023D">
              <w:rPr>
                <w:sz w:val="18"/>
                <w:szCs w:val="18"/>
              </w:rPr>
              <w:t xml:space="preserve"> System Usability Scale (SUS)</w:t>
            </w:r>
            <w:r>
              <w:rPr>
                <w:sz w:val="18"/>
                <w:szCs w:val="18"/>
              </w:rPr>
              <w:t xml:space="preserve"> dan </w:t>
            </w:r>
            <w:proofErr w:type="spellStart"/>
            <w:r w:rsidRPr="0071023D">
              <w:rPr>
                <w:sz w:val="18"/>
                <w:szCs w:val="18"/>
              </w:rPr>
              <w:t>Penyusunan</w:t>
            </w:r>
            <w:proofErr w:type="spellEnd"/>
            <w:r w:rsidRPr="0071023D">
              <w:rPr>
                <w:sz w:val="18"/>
                <w:szCs w:val="18"/>
              </w:rPr>
              <w:t xml:space="preserve"> Draft </w:t>
            </w:r>
            <w:proofErr w:type="spellStart"/>
            <w:r w:rsidRPr="0071023D">
              <w:rPr>
                <w:sz w:val="18"/>
                <w:szCs w:val="18"/>
              </w:rPr>
              <w:t>Jurnal</w:t>
            </w:r>
            <w:proofErr w:type="spellEnd"/>
            <w:r w:rsidRPr="0071023D">
              <w:rPr>
                <w:sz w:val="18"/>
                <w:szCs w:val="18"/>
              </w:rPr>
              <w:t xml:space="preserve"> </w:t>
            </w:r>
          </w:p>
        </w:tc>
        <w:tc>
          <w:tcPr>
            <w:tcW w:w="531" w:type="pct"/>
            <w:tcMar>
              <w:top w:w="90" w:type="dxa"/>
              <w:left w:w="90" w:type="dxa"/>
              <w:bottom w:w="90" w:type="dxa"/>
              <w:right w:w="90" w:type="dxa"/>
            </w:tcMar>
            <w:vAlign w:val="center"/>
          </w:tcPr>
          <w:p w14:paraId="4EC8C058" w14:textId="77777777" w:rsidR="00021266" w:rsidRDefault="00021266">
            <w:pPr>
              <w:spacing w:after="0"/>
            </w:pPr>
          </w:p>
        </w:tc>
        <w:tc>
          <w:tcPr>
            <w:tcW w:w="531" w:type="pct"/>
            <w:tcMar>
              <w:top w:w="90" w:type="dxa"/>
              <w:left w:w="90" w:type="dxa"/>
              <w:bottom w:w="90" w:type="dxa"/>
              <w:right w:w="90" w:type="dxa"/>
            </w:tcMar>
            <w:vAlign w:val="center"/>
          </w:tcPr>
          <w:p w14:paraId="0687C16B" w14:textId="77777777" w:rsidR="00021266" w:rsidRDefault="00021266">
            <w:pPr>
              <w:spacing w:after="0"/>
            </w:pPr>
          </w:p>
        </w:tc>
        <w:tc>
          <w:tcPr>
            <w:tcW w:w="532" w:type="pct"/>
            <w:tcMar>
              <w:top w:w="90" w:type="dxa"/>
              <w:left w:w="90" w:type="dxa"/>
              <w:bottom w:w="90" w:type="dxa"/>
              <w:right w:w="90" w:type="dxa"/>
            </w:tcMar>
            <w:vAlign w:val="center"/>
          </w:tcPr>
          <w:p w14:paraId="2113EA5C" w14:textId="77777777" w:rsidR="00021266" w:rsidRDefault="00021266">
            <w:pPr>
              <w:spacing w:after="0"/>
            </w:pPr>
          </w:p>
        </w:tc>
        <w:tc>
          <w:tcPr>
            <w:tcW w:w="532" w:type="pct"/>
            <w:tcMar>
              <w:top w:w="90" w:type="dxa"/>
              <w:left w:w="90" w:type="dxa"/>
              <w:bottom w:w="90" w:type="dxa"/>
              <w:right w:w="90" w:type="dxa"/>
            </w:tcMar>
            <w:vAlign w:val="center"/>
          </w:tcPr>
          <w:p w14:paraId="14127FA6" w14:textId="6D7B3F7B" w:rsidR="00021266" w:rsidRDefault="0071023D">
            <w:pPr>
              <w:spacing w:after="0"/>
            </w:pPr>
            <w:r>
              <w:t>X</w:t>
            </w:r>
          </w:p>
        </w:tc>
        <w:tc>
          <w:tcPr>
            <w:tcW w:w="532" w:type="pct"/>
            <w:tcMar>
              <w:top w:w="90" w:type="dxa"/>
              <w:left w:w="90" w:type="dxa"/>
              <w:bottom w:w="90" w:type="dxa"/>
              <w:right w:w="90" w:type="dxa"/>
            </w:tcMar>
            <w:vAlign w:val="center"/>
          </w:tcPr>
          <w:p w14:paraId="24B7CDEF" w14:textId="2146A76A" w:rsidR="00021266" w:rsidRDefault="0071023D">
            <w:pPr>
              <w:spacing w:after="0"/>
            </w:pPr>
            <w:r>
              <w:t>X</w:t>
            </w:r>
          </w:p>
        </w:tc>
        <w:tc>
          <w:tcPr>
            <w:tcW w:w="532" w:type="pct"/>
            <w:tcMar>
              <w:top w:w="90" w:type="dxa"/>
              <w:left w:w="90" w:type="dxa"/>
              <w:bottom w:w="90" w:type="dxa"/>
              <w:right w:w="90" w:type="dxa"/>
            </w:tcMar>
            <w:vAlign w:val="center"/>
          </w:tcPr>
          <w:p w14:paraId="3A64205E" w14:textId="77777777" w:rsidR="00021266" w:rsidRDefault="00021266">
            <w:pPr>
              <w:spacing w:after="0"/>
            </w:pPr>
          </w:p>
        </w:tc>
      </w:tr>
      <w:tr w:rsidR="00021266" w14:paraId="468F4393" w14:textId="77777777" w:rsidTr="006D58AE">
        <w:trPr>
          <w:jc w:val="center"/>
        </w:trPr>
        <w:tc>
          <w:tcPr>
            <w:tcW w:w="277" w:type="pct"/>
            <w:tcMar>
              <w:top w:w="90" w:type="dxa"/>
              <w:left w:w="90" w:type="dxa"/>
              <w:bottom w:w="90" w:type="dxa"/>
              <w:right w:w="90" w:type="dxa"/>
            </w:tcMar>
            <w:vAlign w:val="center"/>
          </w:tcPr>
          <w:p w14:paraId="1684DC2A" w14:textId="77777777" w:rsidR="00021266" w:rsidRDefault="0086301C" w:rsidP="006D58AE">
            <w:pPr>
              <w:spacing w:after="0"/>
              <w:jc w:val="center"/>
            </w:pPr>
            <w:r>
              <w:rPr>
                <w:sz w:val="18"/>
              </w:rPr>
              <w:t>5</w:t>
            </w:r>
          </w:p>
        </w:tc>
        <w:tc>
          <w:tcPr>
            <w:tcW w:w="1534" w:type="pct"/>
            <w:tcMar>
              <w:top w:w="90" w:type="dxa"/>
              <w:left w:w="90" w:type="dxa"/>
              <w:bottom w:w="90" w:type="dxa"/>
              <w:right w:w="90" w:type="dxa"/>
            </w:tcMar>
            <w:vAlign w:val="center"/>
          </w:tcPr>
          <w:p w14:paraId="01FEF501" w14:textId="060A1706" w:rsidR="00021266" w:rsidRDefault="006B6A1D">
            <w:pPr>
              <w:spacing w:after="0"/>
            </w:pPr>
            <w:proofErr w:type="spellStart"/>
            <w:r w:rsidRPr="006B6A1D">
              <w:rPr>
                <w:sz w:val="18"/>
              </w:rPr>
              <w:t>Finalisasi</w:t>
            </w:r>
            <w:proofErr w:type="spellEnd"/>
            <w:r w:rsidRPr="006B6A1D">
              <w:rPr>
                <w:sz w:val="18"/>
              </w:rPr>
              <w:t xml:space="preserve"> Laporan </w:t>
            </w:r>
            <w:proofErr w:type="spellStart"/>
            <w:r w:rsidRPr="006B6A1D">
              <w:rPr>
                <w:sz w:val="18"/>
              </w:rPr>
              <w:t>Penelitian</w:t>
            </w:r>
            <w:proofErr w:type="spellEnd"/>
            <w:r w:rsidRPr="006B6A1D">
              <w:rPr>
                <w:sz w:val="18"/>
              </w:rPr>
              <w:t xml:space="preserve"> &amp; </w:t>
            </w:r>
            <w:proofErr w:type="spellStart"/>
            <w:r w:rsidRPr="006B6A1D">
              <w:rPr>
                <w:sz w:val="18"/>
              </w:rPr>
              <w:t>Publikasi</w:t>
            </w:r>
            <w:proofErr w:type="spellEnd"/>
          </w:p>
        </w:tc>
        <w:tc>
          <w:tcPr>
            <w:tcW w:w="531" w:type="pct"/>
            <w:tcMar>
              <w:top w:w="90" w:type="dxa"/>
              <w:left w:w="90" w:type="dxa"/>
              <w:bottom w:w="90" w:type="dxa"/>
              <w:right w:w="90" w:type="dxa"/>
            </w:tcMar>
            <w:vAlign w:val="center"/>
          </w:tcPr>
          <w:p w14:paraId="2D09CE41" w14:textId="77777777" w:rsidR="00021266" w:rsidRDefault="00021266">
            <w:pPr>
              <w:spacing w:after="0"/>
            </w:pPr>
          </w:p>
        </w:tc>
        <w:tc>
          <w:tcPr>
            <w:tcW w:w="531" w:type="pct"/>
            <w:tcMar>
              <w:top w:w="90" w:type="dxa"/>
              <w:left w:w="90" w:type="dxa"/>
              <w:bottom w:w="90" w:type="dxa"/>
              <w:right w:w="90" w:type="dxa"/>
            </w:tcMar>
            <w:vAlign w:val="center"/>
          </w:tcPr>
          <w:p w14:paraId="6C3A5181" w14:textId="77777777" w:rsidR="00021266" w:rsidRDefault="00021266">
            <w:pPr>
              <w:spacing w:after="0"/>
            </w:pPr>
          </w:p>
        </w:tc>
        <w:tc>
          <w:tcPr>
            <w:tcW w:w="532" w:type="pct"/>
            <w:tcMar>
              <w:top w:w="90" w:type="dxa"/>
              <w:left w:w="90" w:type="dxa"/>
              <w:bottom w:w="90" w:type="dxa"/>
              <w:right w:w="90" w:type="dxa"/>
            </w:tcMar>
            <w:vAlign w:val="center"/>
          </w:tcPr>
          <w:p w14:paraId="1455B40F" w14:textId="77777777" w:rsidR="00021266" w:rsidRDefault="00021266">
            <w:pPr>
              <w:spacing w:after="0"/>
            </w:pPr>
          </w:p>
        </w:tc>
        <w:tc>
          <w:tcPr>
            <w:tcW w:w="532" w:type="pct"/>
            <w:tcMar>
              <w:top w:w="90" w:type="dxa"/>
              <w:left w:w="90" w:type="dxa"/>
              <w:bottom w:w="90" w:type="dxa"/>
              <w:right w:w="90" w:type="dxa"/>
            </w:tcMar>
            <w:vAlign w:val="center"/>
          </w:tcPr>
          <w:p w14:paraId="36E95008" w14:textId="77777777" w:rsidR="00021266" w:rsidRDefault="00021266">
            <w:pPr>
              <w:spacing w:after="0"/>
            </w:pPr>
          </w:p>
        </w:tc>
        <w:tc>
          <w:tcPr>
            <w:tcW w:w="532" w:type="pct"/>
            <w:tcMar>
              <w:top w:w="90" w:type="dxa"/>
              <w:left w:w="90" w:type="dxa"/>
              <w:bottom w:w="90" w:type="dxa"/>
              <w:right w:w="90" w:type="dxa"/>
            </w:tcMar>
            <w:vAlign w:val="center"/>
          </w:tcPr>
          <w:p w14:paraId="2FB01FAB" w14:textId="2E91561D" w:rsidR="00021266" w:rsidRDefault="00021266">
            <w:pPr>
              <w:spacing w:after="0"/>
            </w:pPr>
          </w:p>
        </w:tc>
        <w:tc>
          <w:tcPr>
            <w:tcW w:w="532" w:type="pct"/>
            <w:tcMar>
              <w:top w:w="90" w:type="dxa"/>
              <w:left w:w="90" w:type="dxa"/>
              <w:bottom w:w="90" w:type="dxa"/>
              <w:right w:w="90" w:type="dxa"/>
            </w:tcMar>
            <w:vAlign w:val="center"/>
          </w:tcPr>
          <w:p w14:paraId="12BBB805" w14:textId="1429C3BB" w:rsidR="00021266" w:rsidRDefault="0071023D">
            <w:pPr>
              <w:spacing w:after="0"/>
            </w:pPr>
            <w:r>
              <w:t>X</w:t>
            </w:r>
          </w:p>
        </w:tc>
      </w:tr>
    </w:tbl>
    <w:p w14:paraId="01203B3E" w14:textId="77777777" w:rsidR="00021266" w:rsidRDefault="0086301C">
      <w:proofErr w:type="spellStart"/>
      <w:r>
        <w:rPr>
          <w:i/>
          <w:sz w:val="19"/>
        </w:rPr>
        <w:t>Jumlah</w:t>
      </w:r>
      <w:proofErr w:type="spellEnd"/>
      <w:r>
        <w:rPr>
          <w:i/>
          <w:sz w:val="19"/>
        </w:rPr>
        <w:t xml:space="preserve"> </w:t>
      </w:r>
      <w:proofErr w:type="spellStart"/>
      <w:r>
        <w:rPr>
          <w:i/>
          <w:sz w:val="19"/>
        </w:rPr>
        <w:t>bulan</w:t>
      </w:r>
      <w:proofErr w:type="spellEnd"/>
      <w:r>
        <w:rPr>
          <w:i/>
          <w:sz w:val="19"/>
        </w:rPr>
        <w:t xml:space="preserve"> </w:t>
      </w:r>
      <w:proofErr w:type="spellStart"/>
      <w:r>
        <w:rPr>
          <w:i/>
          <w:sz w:val="19"/>
        </w:rPr>
        <w:t>dapat</w:t>
      </w:r>
      <w:proofErr w:type="spellEnd"/>
      <w:r>
        <w:rPr>
          <w:i/>
          <w:sz w:val="19"/>
        </w:rPr>
        <w:t xml:space="preserve"> </w:t>
      </w:r>
      <w:proofErr w:type="spellStart"/>
      <w:r>
        <w:rPr>
          <w:i/>
          <w:sz w:val="19"/>
        </w:rPr>
        <w:t>disesuaikan</w:t>
      </w:r>
      <w:proofErr w:type="spellEnd"/>
      <w:r>
        <w:rPr>
          <w:i/>
          <w:sz w:val="19"/>
        </w:rPr>
        <w:t xml:space="preserve"> </w:t>
      </w:r>
      <w:proofErr w:type="spellStart"/>
      <w:r>
        <w:rPr>
          <w:i/>
          <w:sz w:val="19"/>
        </w:rPr>
        <w:t>dengan</w:t>
      </w:r>
      <w:proofErr w:type="spellEnd"/>
      <w:r>
        <w:rPr>
          <w:i/>
          <w:sz w:val="19"/>
        </w:rPr>
        <w:t xml:space="preserve"> </w:t>
      </w:r>
      <w:proofErr w:type="spellStart"/>
      <w:r>
        <w:rPr>
          <w:i/>
          <w:sz w:val="19"/>
        </w:rPr>
        <w:t>periode</w:t>
      </w:r>
      <w:proofErr w:type="spellEnd"/>
      <w:r>
        <w:rPr>
          <w:i/>
          <w:sz w:val="19"/>
        </w:rPr>
        <w:t xml:space="preserve"> </w:t>
      </w:r>
      <w:proofErr w:type="spellStart"/>
      <w:r>
        <w:rPr>
          <w:i/>
          <w:sz w:val="19"/>
        </w:rPr>
        <w:t>hibah</w:t>
      </w:r>
      <w:proofErr w:type="spellEnd"/>
      <w:r>
        <w:rPr>
          <w:i/>
          <w:sz w:val="19"/>
        </w:rPr>
        <w:t>.</w:t>
      </w:r>
    </w:p>
    <w:p w14:paraId="4C8D6F06" w14:textId="77777777" w:rsidR="00021266" w:rsidRDefault="0086301C">
      <w:pPr>
        <w:spacing w:before="160" w:after="100"/>
      </w:pPr>
      <w:r>
        <w:rPr>
          <w:b/>
          <w:sz w:val="24"/>
        </w:rPr>
        <w:t>K. RENCANA ANGGARAN</w:t>
      </w:r>
    </w:p>
    <w:tbl>
      <w:tblPr>
        <w:tblStyle w:val="TableGrid"/>
        <w:tblW w:w="5000" w:type="pct"/>
        <w:jc w:val="center"/>
        <w:tblLook w:val="04A0" w:firstRow="1" w:lastRow="0" w:firstColumn="1" w:lastColumn="0" w:noHBand="0" w:noVBand="1"/>
      </w:tblPr>
      <w:tblGrid>
        <w:gridCol w:w="516"/>
        <w:gridCol w:w="5685"/>
        <w:gridCol w:w="3101"/>
      </w:tblGrid>
      <w:tr w:rsidR="00021266" w14:paraId="41B14BEF" w14:textId="77777777" w:rsidTr="006D58AE">
        <w:trPr>
          <w:jc w:val="center"/>
        </w:trPr>
        <w:tc>
          <w:tcPr>
            <w:tcW w:w="277" w:type="pct"/>
            <w:shd w:val="clear" w:color="auto" w:fill="D9EAF7"/>
            <w:tcMar>
              <w:top w:w="90" w:type="dxa"/>
              <w:left w:w="90" w:type="dxa"/>
              <w:bottom w:w="90" w:type="dxa"/>
              <w:right w:w="90" w:type="dxa"/>
            </w:tcMar>
            <w:vAlign w:val="center"/>
          </w:tcPr>
          <w:p w14:paraId="68E9072E" w14:textId="77777777" w:rsidR="00021266" w:rsidRDefault="0086301C" w:rsidP="006D58AE">
            <w:pPr>
              <w:spacing w:after="0"/>
              <w:jc w:val="center"/>
            </w:pPr>
            <w:r>
              <w:rPr>
                <w:b/>
                <w:sz w:val="18"/>
              </w:rPr>
              <w:t>No.</w:t>
            </w:r>
          </w:p>
        </w:tc>
        <w:tc>
          <w:tcPr>
            <w:tcW w:w="3056" w:type="pct"/>
            <w:shd w:val="clear" w:color="auto" w:fill="D9EAF7"/>
            <w:tcMar>
              <w:top w:w="90" w:type="dxa"/>
              <w:left w:w="90" w:type="dxa"/>
              <w:bottom w:w="90" w:type="dxa"/>
              <w:right w:w="90" w:type="dxa"/>
            </w:tcMar>
            <w:vAlign w:val="center"/>
          </w:tcPr>
          <w:p w14:paraId="4EC55863" w14:textId="77777777" w:rsidR="00021266" w:rsidRDefault="0086301C" w:rsidP="006D58AE">
            <w:pPr>
              <w:spacing w:after="0"/>
              <w:jc w:val="center"/>
            </w:pPr>
            <w:proofErr w:type="spellStart"/>
            <w:r>
              <w:rPr>
                <w:b/>
                <w:sz w:val="18"/>
              </w:rPr>
              <w:t>Komponen</w:t>
            </w:r>
            <w:proofErr w:type="spellEnd"/>
          </w:p>
        </w:tc>
        <w:tc>
          <w:tcPr>
            <w:tcW w:w="1667" w:type="pct"/>
            <w:shd w:val="clear" w:color="auto" w:fill="D9EAF7"/>
            <w:tcMar>
              <w:top w:w="90" w:type="dxa"/>
              <w:left w:w="90" w:type="dxa"/>
              <w:bottom w:w="90" w:type="dxa"/>
              <w:right w:w="90" w:type="dxa"/>
            </w:tcMar>
            <w:vAlign w:val="center"/>
          </w:tcPr>
          <w:p w14:paraId="03DC9E4B" w14:textId="77777777" w:rsidR="00021266" w:rsidRDefault="0086301C" w:rsidP="006D58AE">
            <w:pPr>
              <w:spacing w:after="0"/>
              <w:jc w:val="center"/>
            </w:pPr>
            <w:proofErr w:type="spellStart"/>
            <w:r>
              <w:rPr>
                <w:b/>
                <w:sz w:val="18"/>
              </w:rPr>
              <w:t>Jumlah</w:t>
            </w:r>
            <w:proofErr w:type="spellEnd"/>
            <w:r>
              <w:rPr>
                <w:b/>
                <w:sz w:val="18"/>
              </w:rPr>
              <w:t xml:space="preserve"> (Rp)</w:t>
            </w:r>
          </w:p>
        </w:tc>
      </w:tr>
      <w:tr w:rsidR="00021266" w14:paraId="6D276598" w14:textId="77777777" w:rsidTr="006D58AE">
        <w:trPr>
          <w:jc w:val="center"/>
        </w:trPr>
        <w:tc>
          <w:tcPr>
            <w:tcW w:w="277" w:type="pct"/>
            <w:tcMar>
              <w:top w:w="90" w:type="dxa"/>
              <w:left w:w="90" w:type="dxa"/>
              <w:bottom w:w="90" w:type="dxa"/>
              <w:right w:w="90" w:type="dxa"/>
            </w:tcMar>
            <w:vAlign w:val="center"/>
          </w:tcPr>
          <w:p w14:paraId="49BADB80" w14:textId="77777777" w:rsidR="00021266" w:rsidRDefault="0086301C" w:rsidP="006D58AE">
            <w:pPr>
              <w:spacing w:after="0"/>
              <w:jc w:val="center"/>
            </w:pPr>
            <w:r>
              <w:rPr>
                <w:sz w:val="18"/>
              </w:rPr>
              <w:t>1</w:t>
            </w:r>
          </w:p>
        </w:tc>
        <w:tc>
          <w:tcPr>
            <w:tcW w:w="3056" w:type="pct"/>
            <w:tcMar>
              <w:top w:w="90" w:type="dxa"/>
              <w:left w:w="90" w:type="dxa"/>
              <w:bottom w:w="90" w:type="dxa"/>
              <w:right w:w="90" w:type="dxa"/>
            </w:tcMar>
            <w:vAlign w:val="center"/>
          </w:tcPr>
          <w:p w14:paraId="2083A8E0" w14:textId="5E3A15A0" w:rsidR="00021266" w:rsidRDefault="0086301C">
            <w:pPr>
              <w:spacing w:after="0"/>
            </w:pPr>
            <w:r>
              <w:rPr>
                <w:sz w:val="18"/>
              </w:rPr>
              <w:t>Bahan/</w:t>
            </w:r>
            <w:proofErr w:type="spellStart"/>
            <w:r>
              <w:rPr>
                <w:sz w:val="18"/>
              </w:rPr>
              <w:t>keperluan</w:t>
            </w:r>
            <w:proofErr w:type="spellEnd"/>
            <w:r>
              <w:rPr>
                <w:sz w:val="18"/>
              </w:rPr>
              <w:t xml:space="preserve"> </w:t>
            </w:r>
            <w:proofErr w:type="spellStart"/>
            <w:r>
              <w:rPr>
                <w:sz w:val="18"/>
              </w:rPr>
              <w:t>penelitian</w:t>
            </w:r>
            <w:proofErr w:type="spellEnd"/>
            <w:r w:rsidR="006B6A1D">
              <w:rPr>
                <w:sz w:val="18"/>
              </w:rPr>
              <w:t xml:space="preserve"> </w:t>
            </w:r>
            <w:r w:rsidR="006B6A1D" w:rsidRPr="006B6A1D">
              <w:rPr>
                <w:sz w:val="18"/>
              </w:rPr>
              <w:t xml:space="preserve">(Software license, ATK, </w:t>
            </w:r>
            <w:proofErr w:type="spellStart"/>
            <w:r w:rsidR="006B6A1D" w:rsidRPr="006B6A1D">
              <w:rPr>
                <w:sz w:val="18"/>
              </w:rPr>
              <w:t>Penyimpanan</w:t>
            </w:r>
            <w:proofErr w:type="spellEnd"/>
            <w:r w:rsidR="006B6A1D" w:rsidRPr="006B6A1D">
              <w:rPr>
                <w:sz w:val="18"/>
              </w:rPr>
              <w:t xml:space="preserve"> Cloud)</w:t>
            </w:r>
          </w:p>
        </w:tc>
        <w:tc>
          <w:tcPr>
            <w:tcW w:w="1667" w:type="pct"/>
            <w:tcMar>
              <w:top w:w="90" w:type="dxa"/>
              <w:left w:w="90" w:type="dxa"/>
              <w:bottom w:w="90" w:type="dxa"/>
              <w:right w:w="90" w:type="dxa"/>
            </w:tcMar>
            <w:vAlign w:val="center"/>
          </w:tcPr>
          <w:p w14:paraId="75F25803" w14:textId="7B7B542D" w:rsidR="00021266" w:rsidRPr="00AB49AF" w:rsidRDefault="006B6A1D">
            <w:pPr>
              <w:spacing w:after="0"/>
              <w:rPr>
                <w:sz w:val="18"/>
                <w:szCs w:val="18"/>
              </w:rPr>
            </w:pPr>
            <w:r w:rsidRPr="00AB49AF">
              <w:rPr>
                <w:sz w:val="18"/>
                <w:szCs w:val="18"/>
              </w:rPr>
              <w:t xml:space="preserve">Rp </w:t>
            </w:r>
            <w:r w:rsidR="00571A18">
              <w:rPr>
                <w:sz w:val="18"/>
                <w:szCs w:val="18"/>
              </w:rPr>
              <w:t>2.</w:t>
            </w:r>
            <w:r w:rsidRPr="00AB49AF">
              <w:rPr>
                <w:sz w:val="18"/>
                <w:szCs w:val="18"/>
              </w:rPr>
              <w:t>500.000</w:t>
            </w:r>
          </w:p>
        </w:tc>
      </w:tr>
      <w:tr w:rsidR="00021266" w14:paraId="2A60DE21" w14:textId="77777777" w:rsidTr="006D58AE">
        <w:trPr>
          <w:jc w:val="center"/>
        </w:trPr>
        <w:tc>
          <w:tcPr>
            <w:tcW w:w="277" w:type="pct"/>
            <w:tcMar>
              <w:top w:w="90" w:type="dxa"/>
              <w:left w:w="90" w:type="dxa"/>
              <w:bottom w:w="90" w:type="dxa"/>
              <w:right w:w="90" w:type="dxa"/>
            </w:tcMar>
            <w:vAlign w:val="center"/>
          </w:tcPr>
          <w:p w14:paraId="1B7177D3" w14:textId="77777777" w:rsidR="00021266" w:rsidRDefault="0086301C" w:rsidP="006D58AE">
            <w:pPr>
              <w:spacing w:after="0"/>
              <w:jc w:val="center"/>
            </w:pPr>
            <w:r>
              <w:rPr>
                <w:sz w:val="18"/>
              </w:rPr>
              <w:t>2</w:t>
            </w:r>
          </w:p>
        </w:tc>
        <w:tc>
          <w:tcPr>
            <w:tcW w:w="3056" w:type="pct"/>
            <w:tcMar>
              <w:top w:w="90" w:type="dxa"/>
              <w:left w:w="90" w:type="dxa"/>
              <w:bottom w:w="90" w:type="dxa"/>
              <w:right w:w="90" w:type="dxa"/>
            </w:tcMar>
            <w:vAlign w:val="center"/>
          </w:tcPr>
          <w:p w14:paraId="6B0E9A03" w14:textId="02BA0FBD" w:rsidR="00021266" w:rsidRDefault="006B6A1D">
            <w:pPr>
              <w:spacing w:after="0"/>
            </w:pPr>
            <w:proofErr w:type="spellStart"/>
            <w:r w:rsidRPr="006B6A1D">
              <w:rPr>
                <w:sz w:val="18"/>
              </w:rPr>
              <w:t>Pengumpulan</w:t>
            </w:r>
            <w:proofErr w:type="spellEnd"/>
            <w:r w:rsidRPr="006B6A1D">
              <w:rPr>
                <w:sz w:val="18"/>
              </w:rPr>
              <w:t xml:space="preserve"> Data &amp; </w:t>
            </w:r>
            <w:proofErr w:type="spellStart"/>
            <w:r w:rsidRPr="006B6A1D">
              <w:rPr>
                <w:sz w:val="18"/>
              </w:rPr>
              <w:t>Pelaksanaan</w:t>
            </w:r>
            <w:proofErr w:type="spellEnd"/>
            <w:r w:rsidRPr="006B6A1D">
              <w:rPr>
                <w:sz w:val="18"/>
              </w:rPr>
              <w:t xml:space="preserve"> </w:t>
            </w:r>
            <w:proofErr w:type="spellStart"/>
            <w:r w:rsidRPr="006B6A1D">
              <w:rPr>
                <w:sz w:val="18"/>
              </w:rPr>
              <w:t>Penelitian</w:t>
            </w:r>
            <w:proofErr w:type="spellEnd"/>
            <w:r w:rsidRPr="006B6A1D">
              <w:rPr>
                <w:sz w:val="18"/>
              </w:rPr>
              <w:t xml:space="preserve"> (Survey user, FGD </w:t>
            </w:r>
            <w:proofErr w:type="spellStart"/>
            <w:r w:rsidRPr="006B6A1D">
              <w:rPr>
                <w:sz w:val="18"/>
              </w:rPr>
              <w:t>kebutuhan</w:t>
            </w:r>
            <w:proofErr w:type="spellEnd"/>
            <w:r w:rsidRPr="006B6A1D">
              <w:rPr>
                <w:sz w:val="18"/>
              </w:rPr>
              <w:t xml:space="preserve"> BI)</w:t>
            </w:r>
          </w:p>
        </w:tc>
        <w:tc>
          <w:tcPr>
            <w:tcW w:w="1667" w:type="pct"/>
            <w:tcMar>
              <w:top w:w="90" w:type="dxa"/>
              <w:left w:w="90" w:type="dxa"/>
              <w:bottom w:w="90" w:type="dxa"/>
              <w:right w:w="90" w:type="dxa"/>
            </w:tcMar>
            <w:vAlign w:val="center"/>
          </w:tcPr>
          <w:p w14:paraId="2A37666B" w14:textId="020B03A4" w:rsidR="00021266" w:rsidRPr="00AB49AF" w:rsidRDefault="006B6A1D">
            <w:pPr>
              <w:spacing w:after="0"/>
              <w:rPr>
                <w:sz w:val="18"/>
                <w:szCs w:val="18"/>
              </w:rPr>
            </w:pPr>
            <w:r w:rsidRPr="00AB49AF">
              <w:rPr>
                <w:sz w:val="18"/>
                <w:szCs w:val="18"/>
              </w:rPr>
              <w:t xml:space="preserve">Rp </w:t>
            </w:r>
            <w:r w:rsidR="00571A18">
              <w:rPr>
                <w:sz w:val="18"/>
                <w:szCs w:val="18"/>
              </w:rPr>
              <w:t>4.000</w:t>
            </w:r>
            <w:r w:rsidRPr="00AB49AF">
              <w:rPr>
                <w:sz w:val="18"/>
                <w:szCs w:val="18"/>
              </w:rPr>
              <w:t>.000</w:t>
            </w:r>
          </w:p>
        </w:tc>
      </w:tr>
      <w:tr w:rsidR="00021266" w14:paraId="504169C6" w14:textId="77777777" w:rsidTr="006D58AE">
        <w:trPr>
          <w:jc w:val="center"/>
        </w:trPr>
        <w:tc>
          <w:tcPr>
            <w:tcW w:w="277" w:type="pct"/>
            <w:tcMar>
              <w:top w:w="90" w:type="dxa"/>
              <w:left w:w="90" w:type="dxa"/>
              <w:bottom w:w="90" w:type="dxa"/>
              <w:right w:w="90" w:type="dxa"/>
            </w:tcMar>
            <w:vAlign w:val="center"/>
          </w:tcPr>
          <w:p w14:paraId="613667DC" w14:textId="77777777" w:rsidR="00021266" w:rsidRDefault="0086301C" w:rsidP="006D58AE">
            <w:pPr>
              <w:spacing w:after="0"/>
              <w:jc w:val="center"/>
            </w:pPr>
            <w:r>
              <w:rPr>
                <w:sz w:val="18"/>
              </w:rPr>
              <w:t>3</w:t>
            </w:r>
          </w:p>
        </w:tc>
        <w:tc>
          <w:tcPr>
            <w:tcW w:w="3056" w:type="pct"/>
            <w:tcMar>
              <w:top w:w="90" w:type="dxa"/>
              <w:left w:w="90" w:type="dxa"/>
              <w:bottom w:w="90" w:type="dxa"/>
              <w:right w:w="90" w:type="dxa"/>
            </w:tcMar>
            <w:vAlign w:val="center"/>
          </w:tcPr>
          <w:p w14:paraId="7F3B54E2" w14:textId="77777777" w:rsidR="00021266" w:rsidRDefault="0086301C">
            <w:pPr>
              <w:spacing w:after="0"/>
            </w:pPr>
            <w:proofErr w:type="spellStart"/>
            <w:r>
              <w:rPr>
                <w:sz w:val="18"/>
              </w:rPr>
              <w:t>Transportasi</w:t>
            </w:r>
            <w:proofErr w:type="spellEnd"/>
            <w:r>
              <w:rPr>
                <w:sz w:val="18"/>
              </w:rPr>
              <w:t>/</w:t>
            </w:r>
            <w:proofErr w:type="spellStart"/>
            <w:r>
              <w:rPr>
                <w:sz w:val="18"/>
              </w:rPr>
              <w:t>perjalanan</w:t>
            </w:r>
            <w:proofErr w:type="spellEnd"/>
          </w:p>
        </w:tc>
        <w:tc>
          <w:tcPr>
            <w:tcW w:w="1667" w:type="pct"/>
            <w:tcMar>
              <w:top w:w="90" w:type="dxa"/>
              <w:left w:w="90" w:type="dxa"/>
              <w:bottom w:w="90" w:type="dxa"/>
              <w:right w:w="90" w:type="dxa"/>
            </w:tcMar>
            <w:vAlign w:val="center"/>
          </w:tcPr>
          <w:p w14:paraId="22346CDF" w14:textId="4606F1D3" w:rsidR="00021266" w:rsidRPr="00AB49AF" w:rsidRDefault="006B6A1D">
            <w:pPr>
              <w:spacing w:after="0"/>
              <w:rPr>
                <w:sz w:val="18"/>
                <w:szCs w:val="18"/>
              </w:rPr>
            </w:pPr>
            <w:r w:rsidRPr="00AB49AF">
              <w:rPr>
                <w:sz w:val="18"/>
                <w:szCs w:val="18"/>
              </w:rPr>
              <w:t xml:space="preserve">Rp </w:t>
            </w:r>
            <w:r w:rsidR="00571A18">
              <w:rPr>
                <w:sz w:val="18"/>
                <w:szCs w:val="18"/>
              </w:rPr>
              <w:t>2.0</w:t>
            </w:r>
            <w:r w:rsidR="006F76CA">
              <w:rPr>
                <w:sz w:val="18"/>
                <w:szCs w:val="18"/>
              </w:rPr>
              <w:t>00</w:t>
            </w:r>
            <w:r w:rsidRPr="00AB49AF">
              <w:rPr>
                <w:sz w:val="18"/>
                <w:szCs w:val="18"/>
              </w:rPr>
              <w:t>.000</w:t>
            </w:r>
          </w:p>
        </w:tc>
      </w:tr>
      <w:tr w:rsidR="00021266" w14:paraId="7F65F8F7" w14:textId="77777777" w:rsidTr="006D58AE">
        <w:trPr>
          <w:jc w:val="center"/>
        </w:trPr>
        <w:tc>
          <w:tcPr>
            <w:tcW w:w="277" w:type="pct"/>
            <w:tcMar>
              <w:top w:w="90" w:type="dxa"/>
              <w:left w:w="90" w:type="dxa"/>
              <w:bottom w:w="90" w:type="dxa"/>
              <w:right w:w="90" w:type="dxa"/>
            </w:tcMar>
            <w:vAlign w:val="center"/>
          </w:tcPr>
          <w:p w14:paraId="7883A4B2" w14:textId="77777777" w:rsidR="00021266" w:rsidRDefault="0086301C" w:rsidP="006D58AE">
            <w:pPr>
              <w:spacing w:after="0"/>
              <w:jc w:val="center"/>
            </w:pPr>
            <w:r>
              <w:rPr>
                <w:sz w:val="18"/>
              </w:rPr>
              <w:t>4</w:t>
            </w:r>
          </w:p>
        </w:tc>
        <w:tc>
          <w:tcPr>
            <w:tcW w:w="3056" w:type="pct"/>
            <w:tcMar>
              <w:top w:w="90" w:type="dxa"/>
              <w:left w:w="90" w:type="dxa"/>
              <w:bottom w:w="90" w:type="dxa"/>
              <w:right w:w="90" w:type="dxa"/>
            </w:tcMar>
            <w:vAlign w:val="center"/>
          </w:tcPr>
          <w:p w14:paraId="6D5243B6" w14:textId="68CFD954" w:rsidR="00021266" w:rsidRPr="00AB49AF" w:rsidRDefault="0086301C">
            <w:pPr>
              <w:spacing w:after="0"/>
              <w:rPr>
                <w:sz w:val="18"/>
                <w:szCs w:val="18"/>
              </w:rPr>
            </w:pPr>
            <w:proofErr w:type="spellStart"/>
            <w:r w:rsidRPr="00AB49AF">
              <w:rPr>
                <w:sz w:val="18"/>
                <w:szCs w:val="18"/>
              </w:rPr>
              <w:t>Pengolahan</w:t>
            </w:r>
            <w:proofErr w:type="spellEnd"/>
            <w:r w:rsidRPr="00AB49AF">
              <w:rPr>
                <w:sz w:val="18"/>
                <w:szCs w:val="18"/>
              </w:rPr>
              <w:t>/</w:t>
            </w:r>
            <w:proofErr w:type="spellStart"/>
            <w:r w:rsidRPr="00AB49AF">
              <w:rPr>
                <w:sz w:val="18"/>
                <w:szCs w:val="18"/>
              </w:rPr>
              <w:t>analisis</w:t>
            </w:r>
            <w:proofErr w:type="spellEnd"/>
            <w:r w:rsidRPr="00AB49AF">
              <w:rPr>
                <w:sz w:val="18"/>
                <w:szCs w:val="18"/>
              </w:rPr>
              <w:t xml:space="preserve"> data dan </w:t>
            </w:r>
            <w:proofErr w:type="spellStart"/>
            <w:r w:rsidR="006B6A1D" w:rsidRPr="00AB49AF">
              <w:rPr>
                <w:sz w:val="18"/>
                <w:szCs w:val="18"/>
              </w:rPr>
              <w:t>Pengujian</w:t>
            </w:r>
            <w:proofErr w:type="spellEnd"/>
            <w:r w:rsidR="006B6A1D" w:rsidRPr="00AB49AF">
              <w:rPr>
                <w:sz w:val="18"/>
                <w:szCs w:val="18"/>
              </w:rPr>
              <w:t xml:space="preserve"> Usability (Honor </w:t>
            </w:r>
            <w:proofErr w:type="spellStart"/>
            <w:r w:rsidR="006B6A1D" w:rsidRPr="00AB49AF">
              <w:rPr>
                <w:sz w:val="18"/>
                <w:szCs w:val="18"/>
              </w:rPr>
              <w:t>responden</w:t>
            </w:r>
            <w:proofErr w:type="spellEnd"/>
            <w:r w:rsidR="006B6A1D" w:rsidRPr="00AB49AF">
              <w:rPr>
                <w:sz w:val="18"/>
                <w:szCs w:val="18"/>
              </w:rPr>
              <w:t xml:space="preserve"> SUS)</w:t>
            </w:r>
          </w:p>
        </w:tc>
        <w:tc>
          <w:tcPr>
            <w:tcW w:w="1667" w:type="pct"/>
            <w:tcMar>
              <w:top w:w="90" w:type="dxa"/>
              <w:left w:w="90" w:type="dxa"/>
              <w:bottom w:w="90" w:type="dxa"/>
              <w:right w:w="90" w:type="dxa"/>
            </w:tcMar>
            <w:vAlign w:val="center"/>
          </w:tcPr>
          <w:p w14:paraId="07FC917C" w14:textId="66D06BDE" w:rsidR="00021266" w:rsidRPr="00AB49AF" w:rsidRDefault="006B6A1D">
            <w:pPr>
              <w:spacing w:after="0"/>
              <w:rPr>
                <w:sz w:val="18"/>
                <w:szCs w:val="18"/>
              </w:rPr>
            </w:pPr>
            <w:r w:rsidRPr="00AB49AF">
              <w:rPr>
                <w:sz w:val="18"/>
                <w:szCs w:val="18"/>
              </w:rPr>
              <w:t xml:space="preserve">Rp </w:t>
            </w:r>
            <w:r w:rsidR="00571A18">
              <w:rPr>
                <w:sz w:val="18"/>
                <w:szCs w:val="18"/>
              </w:rPr>
              <w:t>3</w:t>
            </w:r>
            <w:r w:rsidR="006F76CA">
              <w:rPr>
                <w:sz w:val="18"/>
                <w:szCs w:val="18"/>
              </w:rPr>
              <w:t>.000</w:t>
            </w:r>
            <w:r w:rsidRPr="00AB49AF">
              <w:rPr>
                <w:sz w:val="18"/>
                <w:szCs w:val="18"/>
              </w:rPr>
              <w:t>.000</w:t>
            </w:r>
          </w:p>
        </w:tc>
      </w:tr>
      <w:tr w:rsidR="00021266" w14:paraId="5D015E12" w14:textId="77777777" w:rsidTr="006D58AE">
        <w:trPr>
          <w:jc w:val="center"/>
        </w:trPr>
        <w:tc>
          <w:tcPr>
            <w:tcW w:w="277" w:type="pct"/>
            <w:tcMar>
              <w:top w:w="90" w:type="dxa"/>
              <w:left w:w="90" w:type="dxa"/>
              <w:bottom w:w="90" w:type="dxa"/>
              <w:right w:w="90" w:type="dxa"/>
            </w:tcMar>
            <w:vAlign w:val="center"/>
          </w:tcPr>
          <w:p w14:paraId="060D2168" w14:textId="77777777" w:rsidR="00021266" w:rsidRDefault="0086301C" w:rsidP="006D58AE">
            <w:pPr>
              <w:spacing w:after="0"/>
              <w:jc w:val="center"/>
            </w:pPr>
            <w:r>
              <w:rPr>
                <w:sz w:val="18"/>
              </w:rPr>
              <w:t>5</w:t>
            </w:r>
          </w:p>
        </w:tc>
        <w:tc>
          <w:tcPr>
            <w:tcW w:w="3056" w:type="pct"/>
            <w:tcMar>
              <w:top w:w="90" w:type="dxa"/>
              <w:left w:w="90" w:type="dxa"/>
              <w:bottom w:w="90" w:type="dxa"/>
              <w:right w:w="90" w:type="dxa"/>
            </w:tcMar>
            <w:vAlign w:val="center"/>
          </w:tcPr>
          <w:p w14:paraId="40C7480E" w14:textId="43C777DD" w:rsidR="00021266" w:rsidRDefault="0086301C">
            <w:pPr>
              <w:spacing w:after="0"/>
            </w:pPr>
            <w:proofErr w:type="spellStart"/>
            <w:r>
              <w:rPr>
                <w:sz w:val="18"/>
              </w:rPr>
              <w:t>Luaran</w:t>
            </w:r>
            <w:proofErr w:type="spellEnd"/>
            <w:r>
              <w:rPr>
                <w:sz w:val="18"/>
              </w:rPr>
              <w:t>/</w:t>
            </w:r>
            <w:proofErr w:type="spellStart"/>
            <w:r w:rsidR="006B6A1D" w:rsidRPr="006B6A1D">
              <w:rPr>
                <w:sz w:val="18"/>
              </w:rPr>
              <w:t>Publikasi</w:t>
            </w:r>
            <w:proofErr w:type="spellEnd"/>
            <w:r w:rsidR="006B6A1D" w:rsidRPr="006B6A1D">
              <w:rPr>
                <w:sz w:val="18"/>
              </w:rPr>
              <w:t xml:space="preserve"> </w:t>
            </w:r>
            <w:proofErr w:type="spellStart"/>
            <w:r w:rsidR="006B6A1D" w:rsidRPr="006B6A1D">
              <w:rPr>
                <w:sz w:val="18"/>
              </w:rPr>
              <w:t>Jurnal</w:t>
            </w:r>
            <w:proofErr w:type="spellEnd"/>
            <w:r w:rsidR="006B6A1D" w:rsidRPr="006B6A1D">
              <w:rPr>
                <w:sz w:val="18"/>
              </w:rPr>
              <w:t xml:space="preserve"> SINTA 4 &amp; </w:t>
            </w:r>
            <w:proofErr w:type="spellStart"/>
            <w:r w:rsidR="006B6A1D" w:rsidRPr="006B6A1D">
              <w:rPr>
                <w:sz w:val="18"/>
              </w:rPr>
              <w:t>Pendaftaran</w:t>
            </w:r>
            <w:proofErr w:type="spellEnd"/>
            <w:r w:rsidR="006B6A1D" w:rsidRPr="006B6A1D">
              <w:rPr>
                <w:sz w:val="18"/>
              </w:rPr>
              <w:t xml:space="preserve"> </w:t>
            </w:r>
            <w:proofErr w:type="spellStart"/>
            <w:r w:rsidR="006B6A1D" w:rsidRPr="006B6A1D">
              <w:rPr>
                <w:sz w:val="18"/>
              </w:rPr>
              <w:t>Hak</w:t>
            </w:r>
            <w:proofErr w:type="spellEnd"/>
            <w:r w:rsidR="006B6A1D" w:rsidRPr="006B6A1D">
              <w:rPr>
                <w:sz w:val="18"/>
              </w:rPr>
              <w:t xml:space="preserve"> Cipta (HKI)</w:t>
            </w:r>
          </w:p>
        </w:tc>
        <w:tc>
          <w:tcPr>
            <w:tcW w:w="1667" w:type="pct"/>
            <w:tcMar>
              <w:top w:w="90" w:type="dxa"/>
              <w:left w:w="90" w:type="dxa"/>
              <w:bottom w:w="90" w:type="dxa"/>
              <w:right w:w="90" w:type="dxa"/>
            </w:tcMar>
            <w:vAlign w:val="center"/>
          </w:tcPr>
          <w:p w14:paraId="3824208C" w14:textId="2EBECD19" w:rsidR="00021266" w:rsidRPr="00AB49AF" w:rsidRDefault="006B6A1D">
            <w:pPr>
              <w:spacing w:after="0"/>
              <w:rPr>
                <w:sz w:val="18"/>
                <w:szCs w:val="18"/>
              </w:rPr>
            </w:pPr>
            <w:r w:rsidRPr="00AB49AF">
              <w:rPr>
                <w:sz w:val="18"/>
                <w:szCs w:val="18"/>
              </w:rPr>
              <w:t xml:space="preserve">Rp </w:t>
            </w:r>
            <w:r w:rsidR="00571A18">
              <w:rPr>
                <w:sz w:val="18"/>
                <w:szCs w:val="18"/>
              </w:rPr>
              <w:t>3</w:t>
            </w:r>
            <w:r w:rsidRPr="00AB49AF">
              <w:rPr>
                <w:sz w:val="18"/>
                <w:szCs w:val="18"/>
              </w:rPr>
              <w:t>.</w:t>
            </w:r>
            <w:r w:rsidR="006F76CA">
              <w:rPr>
                <w:sz w:val="18"/>
                <w:szCs w:val="18"/>
              </w:rPr>
              <w:t>5</w:t>
            </w:r>
            <w:r w:rsidRPr="00AB49AF">
              <w:rPr>
                <w:sz w:val="18"/>
                <w:szCs w:val="18"/>
              </w:rPr>
              <w:t>00.000</w:t>
            </w:r>
          </w:p>
        </w:tc>
      </w:tr>
      <w:tr w:rsidR="00021266" w14:paraId="0A9A8867" w14:textId="77777777" w:rsidTr="006D58AE">
        <w:trPr>
          <w:jc w:val="center"/>
        </w:trPr>
        <w:tc>
          <w:tcPr>
            <w:tcW w:w="277" w:type="pct"/>
            <w:tcMar>
              <w:top w:w="90" w:type="dxa"/>
              <w:left w:w="90" w:type="dxa"/>
              <w:bottom w:w="90" w:type="dxa"/>
              <w:right w:w="90" w:type="dxa"/>
            </w:tcMar>
            <w:vAlign w:val="center"/>
          </w:tcPr>
          <w:p w14:paraId="1882AFC2" w14:textId="77777777" w:rsidR="00021266" w:rsidRDefault="00021266">
            <w:pPr>
              <w:spacing w:after="0"/>
            </w:pPr>
          </w:p>
        </w:tc>
        <w:tc>
          <w:tcPr>
            <w:tcW w:w="3056" w:type="pct"/>
            <w:tcMar>
              <w:top w:w="90" w:type="dxa"/>
              <w:left w:w="90" w:type="dxa"/>
              <w:bottom w:w="90" w:type="dxa"/>
              <w:right w:w="90" w:type="dxa"/>
            </w:tcMar>
            <w:vAlign w:val="center"/>
          </w:tcPr>
          <w:p w14:paraId="689D696F" w14:textId="77777777" w:rsidR="00021266" w:rsidRDefault="0086301C">
            <w:pPr>
              <w:spacing w:after="0"/>
            </w:pPr>
            <w:r>
              <w:rPr>
                <w:b/>
                <w:sz w:val="18"/>
              </w:rPr>
              <w:t>TOTAL</w:t>
            </w:r>
          </w:p>
        </w:tc>
        <w:tc>
          <w:tcPr>
            <w:tcW w:w="1667" w:type="pct"/>
            <w:tcMar>
              <w:top w:w="90" w:type="dxa"/>
              <w:left w:w="90" w:type="dxa"/>
              <w:bottom w:w="90" w:type="dxa"/>
              <w:right w:w="90" w:type="dxa"/>
            </w:tcMar>
            <w:vAlign w:val="center"/>
          </w:tcPr>
          <w:p w14:paraId="79E2BDDC" w14:textId="1C45C107" w:rsidR="00021266" w:rsidRDefault="0086301C">
            <w:pPr>
              <w:spacing w:after="0"/>
            </w:pPr>
            <w:r>
              <w:rPr>
                <w:b/>
                <w:sz w:val="18"/>
              </w:rPr>
              <w:t xml:space="preserve">Rp </w:t>
            </w:r>
            <w:r w:rsidR="00571A18">
              <w:rPr>
                <w:b/>
                <w:sz w:val="18"/>
              </w:rPr>
              <w:t>1</w:t>
            </w:r>
            <w:r w:rsidR="006F76CA">
              <w:rPr>
                <w:b/>
                <w:sz w:val="18"/>
              </w:rPr>
              <w:t>5</w:t>
            </w:r>
            <w:r w:rsidR="006B6A1D" w:rsidRPr="006B6A1D">
              <w:rPr>
                <w:b/>
                <w:sz w:val="18"/>
              </w:rPr>
              <w:t>.000.000</w:t>
            </w:r>
          </w:p>
        </w:tc>
      </w:tr>
    </w:tbl>
    <w:p w14:paraId="656F850C" w14:textId="77777777" w:rsidR="00021266" w:rsidRDefault="0086301C">
      <w:pPr>
        <w:spacing w:before="160" w:after="100"/>
      </w:pPr>
      <w:r>
        <w:rPr>
          <w:b/>
          <w:sz w:val="24"/>
        </w:rPr>
        <w:t>L. DAFTAR PUSTAKA</w:t>
      </w:r>
    </w:p>
    <w:p w14:paraId="6568477A" w14:textId="77777777" w:rsidR="00AB49AF" w:rsidRPr="00BC2FEA" w:rsidRDefault="00AB49AF" w:rsidP="00AB49AF">
      <w:pPr>
        <w:pStyle w:val="ListParagraph"/>
        <w:numPr>
          <w:ilvl w:val="0"/>
          <w:numId w:val="14"/>
        </w:numPr>
        <w:rPr>
          <w:sz w:val="24"/>
          <w:szCs w:val="24"/>
          <w:lang w:val="nb-NO"/>
        </w:rPr>
      </w:pPr>
      <w:r w:rsidRPr="00BC2FEA">
        <w:rPr>
          <w:sz w:val="24"/>
          <w:szCs w:val="24"/>
          <w:lang w:val="nb-NO"/>
        </w:rPr>
        <w:t>Hidayat, A., Pratama, R., &amp; Suryani, E. (2024). Penggunaan Power BI untuk Menerapkan Business Intelligence terhadap Penjualan Produk. Jurnal Sistemasi, 13(2), 245-256.</w:t>
      </w:r>
    </w:p>
    <w:p w14:paraId="2CA16290" w14:textId="77777777" w:rsidR="00AB49AF" w:rsidRPr="00BC2FEA" w:rsidRDefault="00AB49AF" w:rsidP="00AB49AF">
      <w:pPr>
        <w:pStyle w:val="ListParagraph"/>
        <w:numPr>
          <w:ilvl w:val="0"/>
          <w:numId w:val="14"/>
        </w:numPr>
        <w:rPr>
          <w:sz w:val="24"/>
          <w:szCs w:val="24"/>
          <w:lang w:val="nb-NO"/>
        </w:rPr>
      </w:pPr>
      <w:r w:rsidRPr="00BC2FEA">
        <w:rPr>
          <w:sz w:val="24"/>
          <w:szCs w:val="24"/>
          <w:lang w:val="nb-NO"/>
        </w:rPr>
        <w:t>Kimball, R., &amp; Ross, M. (2013). The Data Warehouse Toolkit: The Definitive Guide to Dimensional Modeling (3rd ed.). John Wiley &amp; Sons.</w:t>
      </w:r>
    </w:p>
    <w:p w14:paraId="5EB9ABB4" w14:textId="77777777" w:rsidR="00AB49AF" w:rsidRPr="00BC2FEA" w:rsidRDefault="00AB49AF" w:rsidP="00AB49AF">
      <w:pPr>
        <w:pStyle w:val="ListParagraph"/>
        <w:numPr>
          <w:ilvl w:val="0"/>
          <w:numId w:val="14"/>
        </w:numPr>
        <w:rPr>
          <w:sz w:val="24"/>
          <w:szCs w:val="24"/>
          <w:lang w:val="nb-NO"/>
        </w:rPr>
      </w:pPr>
      <w:r w:rsidRPr="00BC2FEA">
        <w:rPr>
          <w:sz w:val="24"/>
          <w:szCs w:val="24"/>
          <w:lang w:val="nb-NO"/>
        </w:rPr>
        <w:t>Pratama, I. A., &amp; Hidayat, M. (2024). Pemanfaatan Power BI untuk Visualisasi Data Penjualan Produk. Jurnal Teknofile, 2(1), 12-19.</w:t>
      </w:r>
    </w:p>
    <w:p w14:paraId="6C9D33CE" w14:textId="77777777" w:rsidR="00AB49AF" w:rsidRPr="00BC2FEA" w:rsidRDefault="00AB49AF" w:rsidP="00AB49AF">
      <w:pPr>
        <w:pStyle w:val="ListParagraph"/>
        <w:numPr>
          <w:ilvl w:val="0"/>
          <w:numId w:val="14"/>
        </w:numPr>
        <w:rPr>
          <w:sz w:val="24"/>
          <w:szCs w:val="24"/>
          <w:lang w:val="nb-NO"/>
        </w:rPr>
      </w:pPr>
      <w:r w:rsidRPr="00BC2FEA">
        <w:rPr>
          <w:sz w:val="24"/>
          <w:szCs w:val="24"/>
          <w:lang w:val="nb-NO"/>
        </w:rPr>
        <w:t>Setiawan, B., &amp; Pratama, A. (2023). Implementasi Dashboard Business Intelligence untuk Evaluasi Kinerja Penjualan. Jurnal Media Akademik, 4(1), 101-112.</w:t>
      </w:r>
    </w:p>
    <w:p w14:paraId="6020DFE5" w14:textId="77777777" w:rsidR="00AB49AF" w:rsidRPr="00BC2FEA" w:rsidRDefault="00AB49AF" w:rsidP="00AB49AF">
      <w:pPr>
        <w:pStyle w:val="ListParagraph"/>
        <w:numPr>
          <w:ilvl w:val="0"/>
          <w:numId w:val="14"/>
        </w:numPr>
        <w:rPr>
          <w:sz w:val="24"/>
          <w:szCs w:val="24"/>
          <w:lang w:val="nb-NO"/>
        </w:rPr>
      </w:pPr>
      <w:r w:rsidRPr="00BC2FEA">
        <w:rPr>
          <w:sz w:val="24"/>
          <w:szCs w:val="24"/>
          <w:lang w:val="nb-NO"/>
        </w:rPr>
        <w:lastRenderedPageBreak/>
        <w:t>Suryani, N., Utami, L., &amp; Raharjo, S. (2023). Evaluasi Usability Dashboard Menggunakan Metode Usability Testing dan SUS. Jurnal Minfo Polgan, 12(2), 88-95.</w:t>
      </w:r>
    </w:p>
    <w:p w14:paraId="17A918FF" w14:textId="1E7732E1" w:rsidR="00021266" w:rsidRPr="00BC2FEA" w:rsidRDefault="00AB49AF" w:rsidP="00AB49AF">
      <w:pPr>
        <w:pStyle w:val="ListParagraph"/>
        <w:numPr>
          <w:ilvl w:val="0"/>
          <w:numId w:val="14"/>
        </w:numPr>
        <w:rPr>
          <w:sz w:val="24"/>
          <w:szCs w:val="24"/>
          <w:lang w:val="nb-NO"/>
        </w:rPr>
      </w:pPr>
      <w:r w:rsidRPr="00BC2FEA">
        <w:rPr>
          <w:sz w:val="24"/>
          <w:szCs w:val="24"/>
          <w:lang w:val="nb-NO"/>
        </w:rPr>
        <w:t>Utami, D., &amp; Raharjo, T. (2022). Analisis Data Penjualan Berbasis Dashboard Business Intelligence. Jurnal Omah Tabing, 3(1), 45-53.</w:t>
      </w:r>
    </w:p>
    <w:p w14:paraId="4D30BB70" w14:textId="77777777" w:rsidR="00021266" w:rsidRPr="003F1B29" w:rsidRDefault="0086301C">
      <w:pPr>
        <w:spacing w:before="160" w:after="100"/>
        <w:rPr>
          <w:lang w:val="nb-NO"/>
        </w:rPr>
      </w:pPr>
      <w:r w:rsidRPr="003F1B29">
        <w:rPr>
          <w:b/>
          <w:sz w:val="24"/>
          <w:lang w:val="nb-NO"/>
        </w:rPr>
        <w:t>M. PERNYATAAN KETUA TIM</w:t>
      </w:r>
    </w:p>
    <w:p w14:paraId="6193987E" w14:textId="77777777" w:rsidR="00021266" w:rsidRPr="00BC2FEA" w:rsidRDefault="0086301C" w:rsidP="006D58AE">
      <w:pPr>
        <w:jc w:val="both"/>
        <w:rPr>
          <w:sz w:val="24"/>
          <w:szCs w:val="24"/>
          <w:lang w:val="nb-NO"/>
        </w:rPr>
      </w:pPr>
      <w:r w:rsidRPr="00BC2FEA">
        <w:rPr>
          <w:sz w:val="24"/>
          <w:szCs w:val="24"/>
          <w:lang w:val="nb-NO"/>
        </w:rPr>
        <w:t>Saya menyatakan bahwa proposal ini disusun sesuai dengan ketentuan Hibah Penelitian Internal dan bersedia melaksanakan penelitian serta memenuhi target luaran yang ditetapkan.</w:t>
      </w:r>
    </w:p>
    <w:p w14:paraId="764E0DAF" w14:textId="124960A4" w:rsidR="00021266" w:rsidRPr="00BC2FEA" w:rsidRDefault="00AB49AF">
      <w:pPr>
        <w:jc w:val="right"/>
        <w:rPr>
          <w:sz w:val="24"/>
          <w:szCs w:val="24"/>
          <w:lang w:val="nb-NO"/>
        </w:rPr>
      </w:pPr>
      <w:r w:rsidRPr="00BC2FEA">
        <w:rPr>
          <w:sz w:val="24"/>
          <w:szCs w:val="24"/>
          <w:lang w:val="nb-NO"/>
        </w:rPr>
        <w:t>Gorontalo</w:t>
      </w:r>
      <w:r w:rsidR="0086301C" w:rsidRPr="00BC2FEA">
        <w:rPr>
          <w:sz w:val="24"/>
          <w:szCs w:val="24"/>
          <w:lang w:val="nb-NO"/>
        </w:rPr>
        <w:t xml:space="preserve">, </w:t>
      </w:r>
      <w:r w:rsidRPr="00BC2FEA">
        <w:rPr>
          <w:sz w:val="24"/>
          <w:szCs w:val="24"/>
          <w:lang w:val="nb-NO"/>
        </w:rPr>
        <w:t>1</w:t>
      </w:r>
      <w:r w:rsidR="00D55242" w:rsidRPr="00BC2FEA">
        <w:rPr>
          <w:sz w:val="24"/>
          <w:szCs w:val="24"/>
          <w:lang w:val="nb-NO"/>
        </w:rPr>
        <w:t>8 September</w:t>
      </w:r>
      <w:r w:rsidR="0086301C" w:rsidRPr="00BC2FEA">
        <w:rPr>
          <w:sz w:val="24"/>
          <w:szCs w:val="24"/>
          <w:lang w:val="nb-NO"/>
        </w:rPr>
        <w:t xml:space="preserve"> 20</w:t>
      </w:r>
      <w:r w:rsidRPr="00BC2FEA">
        <w:rPr>
          <w:sz w:val="24"/>
          <w:szCs w:val="24"/>
          <w:lang w:val="nb-NO"/>
        </w:rPr>
        <w:t>26</w:t>
      </w:r>
    </w:p>
    <w:p w14:paraId="2B6FF2B4" w14:textId="77777777" w:rsidR="00021266" w:rsidRPr="00BC2FEA" w:rsidRDefault="0086301C">
      <w:pPr>
        <w:jc w:val="right"/>
        <w:rPr>
          <w:sz w:val="24"/>
          <w:szCs w:val="24"/>
          <w:lang w:val="nb-NO"/>
        </w:rPr>
      </w:pPr>
      <w:r w:rsidRPr="00BC2FEA">
        <w:rPr>
          <w:sz w:val="24"/>
          <w:szCs w:val="24"/>
          <w:lang w:val="nb-NO"/>
        </w:rPr>
        <w:t>Ketua Tim,</w:t>
      </w:r>
    </w:p>
    <w:p w14:paraId="00BEAE40" w14:textId="77777777" w:rsidR="00021266" w:rsidRPr="00BC2FEA" w:rsidRDefault="00021266">
      <w:pPr>
        <w:rPr>
          <w:sz w:val="24"/>
          <w:szCs w:val="24"/>
          <w:lang w:val="nb-NO"/>
        </w:rPr>
      </w:pPr>
    </w:p>
    <w:p w14:paraId="2E2F6BF9" w14:textId="77777777" w:rsidR="00021266" w:rsidRPr="00BC2FEA" w:rsidRDefault="00021266">
      <w:pPr>
        <w:rPr>
          <w:sz w:val="24"/>
          <w:szCs w:val="24"/>
          <w:lang w:val="nb-NO"/>
        </w:rPr>
      </w:pPr>
    </w:p>
    <w:p w14:paraId="6C4DF510" w14:textId="77777777" w:rsidR="00021266" w:rsidRPr="00BC2FEA" w:rsidRDefault="00021266">
      <w:pPr>
        <w:rPr>
          <w:sz w:val="24"/>
          <w:szCs w:val="24"/>
          <w:lang w:val="nb-NO"/>
        </w:rPr>
      </w:pPr>
    </w:p>
    <w:p w14:paraId="05BF68B4" w14:textId="104C8D2F" w:rsidR="00021266" w:rsidRPr="00BC2FEA" w:rsidRDefault="0086301C">
      <w:pPr>
        <w:jc w:val="right"/>
        <w:rPr>
          <w:sz w:val="24"/>
          <w:szCs w:val="24"/>
          <w:lang w:val="nb-NO"/>
        </w:rPr>
      </w:pPr>
      <w:r w:rsidRPr="00BC2FEA">
        <w:rPr>
          <w:sz w:val="24"/>
          <w:szCs w:val="24"/>
          <w:lang w:val="nb-NO"/>
        </w:rPr>
        <w:t>(</w:t>
      </w:r>
      <w:r w:rsidR="00AB49AF" w:rsidRPr="00BC2FEA">
        <w:rPr>
          <w:sz w:val="24"/>
          <w:szCs w:val="24"/>
          <w:lang w:val="nb-NO"/>
        </w:rPr>
        <w:t>Zainudin Husain, S.Kom., M.Kom</w:t>
      </w:r>
      <w:r w:rsidRPr="00BC2FEA">
        <w:rPr>
          <w:sz w:val="24"/>
          <w:szCs w:val="24"/>
          <w:lang w:val="nb-NO"/>
        </w:rPr>
        <w:t>)</w:t>
      </w:r>
    </w:p>
    <w:p w14:paraId="1B208341" w14:textId="0EF9F1EF" w:rsidR="00021266" w:rsidRPr="00BC2FEA" w:rsidRDefault="0086301C">
      <w:pPr>
        <w:jc w:val="right"/>
        <w:rPr>
          <w:sz w:val="24"/>
          <w:szCs w:val="24"/>
          <w:lang w:val="nb-NO"/>
        </w:rPr>
      </w:pPr>
      <w:r w:rsidRPr="00BC2FEA">
        <w:rPr>
          <w:sz w:val="24"/>
          <w:szCs w:val="24"/>
          <w:lang w:val="nb-NO"/>
        </w:rPr>
        <w:t>NIDN/NIDK</w:t>
      </w:r>
      <w:r w:rsidR="006D58AE" w:rsidRPr="00BC2FEA">
        <w:rPr>
          <w:sz w:val="24"/>
          <w:szCs w:val="24"/>
          <w:lang w:val="nb-NO"/>
        </w:rPr>
        <w:t>/NUPTK</w:t>
      </w:r>
      <w:r w:rsidRPr="00BC2FEA">
        <w:rPr>
          <w:sz w:val="24"/>
          <w:szCs w:val="24"/>
          <w:lang w:val="nb-NO"/>
        </w:rPr>
        <w:t xml:space="preserve"> </w:t>
      </w:r>
      <w:r w:rsidR="00AB49AF" w:rsidRPr="00BC2FEA">
        <w:rPr>
          <w:sz w:val="24"/>
          <w:szCs w:val="24"/>
          <w:lang w:val="nb-NO"/>
        </w:rPr>
        <w:t>0911128703</w:t>
      </w:r>
    </w:p>
    <w:p w14:paraId="4958217D" w14:textId="77777777" w:rsidR="00021266" w:rsidRPr="003F1B29" w:rsidRDefault="0086301C">
      <w:pPr>
        <w:rPr>
          <w:lang w:val="nb-NO"/>
        </w:rPr>
      </w:pPr>
      <w:r w:rsidRPr="003F1B29">
        <w:rPr>
          <w:lang w:val="nb-NO"/>
        </w:rPr>
        <w:br w:type="page"/>
      </w:r>
    </w:p>
    <w:p w14:paraId="5509A02F" w14:textId="77777777" w:rsidR="00021266" w:rsidRPr="003F1B29" w:rsidRDefault="0086301C">
      <w:pPr>
        <w:spacing w:before="160" w:after="100"/>
        <w:rPr>
          <w:lang w:val="nb-NO"/>
        </w:rPr>
      </w:pPr>
      <w:r w:rsidRPr="003F1B29">
        <w:rPr>
          <w:b/>
          <w:sz w:val="24"/>
          <w:lang w:val="nb-NO"/>
        </w:rPr>
        <w:lastRenderedPageBreak/>
        <w:t>LAMPIRAN INTERNAL LP3M – PETA CEPAT PENILAIAN KESESUAIAN RENSTRA</w:t>
      </w:r>
    </w:p>
    <w:p w14:paraId="6D531ADD" w14:textId="77777777" w:rsidR="00021266" w:rsidRPr="003F1B29" w:rsidRDefault="0086301C">
      <w:pPr>
        <w:rPr>
          <w:lang w:val="nb-NO"/>
        </w:rPr>
      </w:pPr>
      <w:r w:rsidRPr="003F1B29">
        <w:rPr>
          <w:i/>
          <w:sz w:val="19"/>
          <w:lang w:val="nb-NO"/>
        </w:rPr>
        <w:t>Bagian ini dapat digunakan reviewer/LP3M. Dosen tidak perlu membuat dokumen tambahan.</w:t>
      </w:r>
    </w:p>
    <w:tbl>
      <w:tblPr>
        <w:tblStyle w:val="TableGrid"/>
        <w:tblW w:w="0" w:type="auto"/>
        <w:jc w:val="center"/>
        <w:tblLook w:val="04A0" w:firstRow="1" w:lastRow="0" w:firstColumn="1" w:lastColumn="0" w:noHBand="0" w:noVBand="1"/>
      </w:tblPr>
      <w:tblGrid>
        <w:gridCol w:w="1766"/>
        <w:gridCol w:w="4913"/>
        <w:gridCol w:w="1186"/>
        <w:gridCol w:w="1437"/>
      </w:tblGrid>
      <w:tr w:rsidR="00021266" w14:paraId="2C363D6E" w14:textId="77777777">
        <w:trPr>
          <w:jc w:val="center"/>
        </w:trPr>
        <w:tc>
          <w:tcPr>
            <w:tcW w:w="2280" w:type="dxa"/>
            <w:shd w:val="clear" w:color="auto" w:fill="D9EAF7"/>
            <w:tcMar>
              <w:top w:w="90" w:type="dxa"/>
              <w:left w:w="90" w:type="dxa"/>
              <w:bottom w:w="90" w:type="dxa"/>
              <w:right w:w="90" w:type="dxa"/>
            </w:tcMar>
            <w:vAlign w:val="center"/>
          </w:tcPr>
          <w:p w14:paraId="283A90CA" w14:textId="77777777" w:rsidR="00021266" w:rsidRDefault="0086301C">
            <w:pPr>
              <w:spacing w:after="0"/>
            </w:pPr>
            <w:proofErr w:type="spellStart"/>
            <w:r>
              <w:rPr>
                <w:b/>
                <w:sz w:val="18"/>
              </w:rPr>
              <w:t>Aspek</w:t>
            </w:r>
            <w:proofErr w:type="spellEnd"/>
          </w:p>
        </w:tc>
        <w:tc>
          <w:tcPr>
            <w:tcW w:w="2280" w:type="dxa"/>
            <w:shd w:val="clear" w:color="auto" w:fill="D9EAF7"/>
            <w:tcMar>
              <w:top w:w="90" w:type="dxa"/>
              <w:left w:w="90" w:type="dxa"/>
              <w:bottom w:w="90" w:type="dxa"/>
              <w:right w:w="90" w:type="dxa"/>
            </w:tcMar>
            <w:vAlign w:val="center"/>
          </w:tcPr>
          <w:p w14:paraId="69D15CA3" w14:textId="77777777" w:rsidR="00021266" w:rsidRDefault="0086301C">
            <w:pPr>
              <w:spacing w:after="0"/>
            </w:pPr>
            <w:r>
              <w:rPr>
                <w:b/>
                <w:sz w:val="18"/>
              </w:rPr>
              <w:t xml:space="preserve">Yang </w:t>
            </w:r>
            <w:proofErr w:type="spellStart"/>
            <w:r>
              <w:rPr>
                <w:b/>
                <w:sz w:val="18"/>
              </w:rPr>
              <w:t>Dicek</w:t>
            </w:r>
            <w:proofErr w:type="spellEnd"/>
          </w:p>
        </w:tc>
        <w:tc>
          <w:tcPr>
            <w:tcW w:w="2280" w:type="dxa"/>
            <w:shd w:val="clear" w:color="auto" w:fill="D9EAF7"/>
            <w:tcMar>
              <w:top w:w="90" w:type="dxa"/>
              <w:left w:w="90" w:type="dxa"/>
              <w:bottom w:w="90" w:type="dxa"/>
              <w:right w:w="90" w:type="dxa"/>
            </w:tcMar>
            <w:vAlign w:val="center"/>
          </w:tcPr>
          <w:p w14:paraId="1FDBCF74" w14:textId="77777777" w:rsidR="00021266" w:rsidRDefault="0086301C">
            <w:pPr>
              <w:spacing w:after="0"/>
            </w:pPr>
            <w:r>
              <w:rPr>
                <w:b/>
                <w:sz w:val="18"/>
              </w:rPr>
              <w:t>Skor</w:t>
            </w:r>
          </w:p>
        </w:tc>
        <w:tc>
          <w:tcPr>
            <w:tcW w:w="2280" w:type="dxa"/>
            <w:shd w:val="clear" w:color="auto" w:fill="D9EAF7"/>
            <w:tcMar>
              <w:top w:w="90" w:type="dxa"/>
              <w:left w:w="90" w:type="dxa"/>
              <w:bottom w:w="90" w:type="dxa"/>
              <w:right w:w="90" w:type="dxa"/>
            </w:tcMar>
            <w:vAlign w:val="center"/>
          </w:tcPr>
          <w:p w14:paraId="4EB260BE" w14:textId="77777777" w:rsidR="00021266" w:rsidRDefault="0086301C">
            <w:pPr>
              <w:spacing w:after="0"/>
            </w:pPr>
            <w:proofErr w:type="spellStart"/>
            <w:r>
              <w:rPr>
                <w:b/>
                <w:sz w:val="18"/>
              </w:rPr>
              <w:t>Catatan</w:t>
            </w:r>
            <w:proofErr w:type="spellEnd"/>
            <w:r>
              <w:rPr>
                <w:b/>
                <w:sz w:val="18"/>
              </w:rPr>
              <w:t xml:space="preserve"> Reviewer</w:t>
            </w:r>
          </w:p>
        </w:tc>
      </w:tr>
      <w:tr w:rsidR="00021266" w14:paraId="286C316A" w14:textId="77777777">
        <w:trPr>
          <w:jc w:val="center"/>
        </w:trPr>
        <w:tc>
          <w:tcPr>
            <w:tcW w:w="2280" w:type="dxa"/>
            <w:tcMar>
              <w:top w:w="90" w:type="dxa"/>
              <w:left w:w="90" w:type="dxa"/>
              <w:bottom w:w="90" w:type="dxa"/>
              <w:right w:w="90" w:type="dxa"/>
            </w:tcMar>
            <w:vAlign w:val="center"/>
          </w:tcPr>
          <w:p w14:paraId="37DF67B9" w14:textId="77777777" w:rsidR="00021266" w:rsidRDefault="0086301C">
            <w:pPr>
              <w:spacing w:after="0"/>
            </w:pPr>
            <w:proofErr w:type="spellStart"/>
            <w:r>
              <w:rPr>
                <w:sz w:val="18"/>
              </w:rPr>
              <w:t>Kesesuaian</w:t>
            </w:r>
            <w:proofErr w:type="spellEnd"/>
            <w:r>
              <w:rPr>
                <w:sz w:val="18"/>
              </w:rPr>
              <w:t xml:space="preserve"> </w:t>
            </w:r>
            <w:proofErr w:type="spellStart"/>
            <w:r>
              <w:rPr>
                <w:sz w:val="18"/>
              </w:rPr>
              <w:t>bidang</w:t>
            </w:r>
            <w:proofErr w:type="spellEnd"/>
            <w:r>
              <w:rPr>
                <w:sz w:val="18"/>
              </w:rPr>
              <w:t>/</w:t>
            </w:r>
            <w:proofErr w:type="spellStart"/>
            <w:r>
              <w:rPr>
                <w:sz w:val="18"/>
              </w:rPr>
              <w:t>tema</w:t>
            </w:r>
            <w:proofErr w:type="spellEnd"/>
          </w:p>
        </w:tc>
        <w:tc>
          <w:tcPr>
            <w:tcW w:w="2280" w:type="dxa"/>
            <w:tcMar>
              <w:top w:w="90" w:type="dxa"/>
              <w:left w:w="90" w:type="dxa"/>
              <w:bottom w:w="90" w:type="dxa"/>
              <w:right w:w="90" w:type="dxa"/>
            </w:tcMar>
            <w:vAlign w:val="center"/>
          </w:tcPr>
          <w:p w14:paraId="109AF7FB" w14:textId="77777777" w:rsidR="00021266" w:rsidRDefault="0086301C">
            <w:pPr>
              <w:spacing w:after="0"/>
            </w:pPr>
            <w:r>
              <w:rPr>
                <w:sz w:val="18"/>
              </w:rPr>
              <w:t xml:space="preserve">Proposal </w:t>
            </w:r>
            <w:proofErr w:type="spellStart"/>
            <w:r>
              <w:rPr>
                <w:sz w:val="18"/>
              </w:rPr>
              <w:t>dapat</w:t>
            </w:r>
            <w:proofErr w:type="spellEnd"/>
            <w:r>
              <w:rPr>
                <w:sz w:val="18"/>
              </w:rPr>
              <w:t xml:space="preserve"> </w:t>
            </w:r>
            <w:proofErr w:type="spellStart"/>
            <w:r>
              <w:rPr>
                <w:sz w:val="18"/>
              </w:rPr>
              <w:t>dipetakan</w:t>
            </w:r>
            <w:proofErr w:type="spellEnd"/>
            <w:r>
              <w:rPr>
                <w:sz w:val="18"/>
              </w:rPr>
              <w:t xml:space="preserve"> </w:t>
            </w:r>
            <w:proofErr w:type="spellStart"/>
            <w:r>
              <w:rPr>
                <w:sz w:val="18"/>
              </w:rPr>
              <w:t>ke</w:t>
            </w:r>
            <w:proofErr w:type="spellEnd"/>
            <w:r>
              <w:rPr>
                <w:sz w:val="18"/>
              </w:rPr>
              <w:t xml:space="preserve"> </w:t>
            </w:r>
            <w:proofErr w:type="spellStart"/>
            <w:r>
              <w:rPr>
                <w:sz w:val="18"/>
              </w:rPr>
              <w:t>bidang</w:t>
            </w:r>
            <w:proofErr w:type="spellEnd"/>
            <w:r>
              <w:rPr>
                <w:sz w:val="18"/>
              </w:rPr>
              <w:t xml:space="preserve">, </w:t>
            </w:r>
            <w:proofErr w:type="spellStart"/>
            <w:r>
              <w:rPr>
                <w:sz w:val="18"/>
              </w:rPr>
              <w:t>tema</w:t>
            </w:r>
            <w:proofErr w:type="spellEnd"/>
            <w:r>
              <w:rPr>
                <w:sz w:val="18"/>
              </w:rPr>
              <w:t>/</w:t>
            </w:r>
            <w:proofErr w:type="spellStart"/>
            <w:r>
              <w:rPr>
                <w:sz w:val="18"/>
              </w:rPr>
              <w:t>subtema</w:t>
            </w:r>
            <w:proofErr w:type="spellEnd"/>
            <w:r>
              <w:rPr>
                <w:sz w:val="18"/>
              </w:rPr>
              <w:t xml:space="preserve"> </w:t>
            </w:r>
            <w:proofErr w:type="spellStart"/>
            <w:r>
              <w:rPr>
                <w:sz w:val="18"/>
              </w:rPr>
              <w:t>atau</w:t>
            </w:r>
            <w:proofErr w:type="spellEnd"/>
            <w:r>
              <w:rPr>
                <w:sz w:val="18"/>
              </w:rPr>
              <w:t xml:space="preserve"> </w:t>
            </w:r>
            <w:proofErr w:type="spellStart"/>
            <w:r>
              <w:rPr>
                <w:sz w:val="18"/>
              </w:rPr>
              <w:t>pengembangan</w:t>
            </w:r>
            <w:proofErr w:type="spellEnd"/>
            <w:r>
              <w:rPr>
                <w:sz w:val="18"/>
              </w:rPr>
              <w:t xml:space="preserve"> </w:t>
            </w:r>
            <w:proofErr w:type="spellStart"/>
            <w:r>
              <w:rPr>
                <w:sz w:val="18"/>
              </w:rPr>
              <w:t>disiplin</w:t>
            </w:r>
            <w:proofErr w:type="spellEnd"/>
            <w:r>
              <w:rPr>
                <w:sz w:val="18"/>
              </w:rPr>
              <w:t xml:space="preserve"> yang </w:t>
            </w:r>
            <w:proofErr w:type="spellStart"/>
            <w:r>
              <w:rPr>
                <w:sz w:val="18"/>
              </w:rPr>
              <w:t>relevan</w:t>
            </w:r>
            <w:proofErr w:type="spellEnd"/>
          </w:p>
        </w:tc>
        <w:tc>
          <w:tcPr>
            <w:tcW w:w="2280" w:type="dxa"/>
            <w:tcMar>
              <w:top w:w="90" w:type="dxa"/>
              <w:left w:w="90" w:type="dxa"/>
              <w:bottom w:w="90" w:type="dxa"/>
              <w:right w:w="90" w:type="dxa"/>
            </w:tcMar>
            <w:vAlign w:val="center"/>
          </w:tcPr>
          <w:p w14:paraId="24280E82" w14:textId="77777777" w:rsidR="00021266" w:rsidRDefault="0086301C">
            <w:pPr>
              <w:spacing w:after="0"/>
            </w:pPr>
            <w:r>
              <w:rPr>
                <w:sz w:val="18"/>
              </w:rPr>
              <w:t>0–20</w:t>
            </w:r>
          </w:p>
        </w:tc>
        <w:tc>
          <w:tcPr>
            <w:tcW w:w="2280" w:type="dxa"/>
            <w:tcMar>
              <w:top w:w="90" w:type="dxa"/>
              <w:left w:w="90" w:type="dxa"/>
              <w:bottom w:w="90" w:type="dxa"/>
              <w:right w:w="90" w:type="dxa"/>
            </w:tcMar>
            <w:vAlign w:val="center"/>
          </w:tcPr>
          <w:p w14:paraId="2FC15F27" w14:textId="77777777" w:rsidR="00021266" w:rsidRDefault="00021266">
            <w:pPr>
              <w:spacing w:after="0"/>
            </w:pPr>
          </w:p>
        </w:tc>
      </w:tr>
      <w:tr w:rsidR="00021266" w14:paraId="36A5F459" w14:textId="77777777">
        <w:trPr>
          <w:jc w:val="center"/>
        </w:trPr>
        <w:tc>
          <w:tcPr>
            <w:tcW w:w="2280" w:type="dxa"/>
            <w:tcMar>
              <w:top w:w="90" w:type="dxa"/>
              <w:left w:w="90" w:type="dxa"/>
              <w:bottom w:w="90" w:type="dxa"/>
              <w:right w:w="90" w:type="dxa"/>
            </w:tcMar>
            <w:vAlign w:val="center"/>
          </w:tcPr>
          <w:p w14:paraId="59B0659B" w14:textId="77777777" w:rsidR="00021266" w:rsidRDefault="0086301C">
            <w:pPr>
              <w:spacing w:after="0"/>
            </w:pPr>
            <w:proofErr w:type="spellStart"/>
            <w:r>
              <w:rPr>
                <w:sz w:val="18"/>
              </w:rPr>
              <w:t>Kesinambungan</w:t>
            </w:r>
            <w:proofErr w:type="spellEnd"/>
            <w:r>
              <w:rPr>
                <w:sz w:val="18"/>
              </w:rPr>
              <w:t xml:space="preserve"> roadmap</w:t>
            </w:r>
          </w:p>
        </w:tc>
        <w:tc>
          <w:tcPr>
            <w:tcW w:w="2280" w:type="dxa"/>
            <w:tcMar>
              <w:top w:w="90" w:type="dxa"/>
              <w:left w:w="90" w:type="dxa"/>
              <w:bottom w:w="90" w:type="dxa"/>
              <w:right w:w="90" w:type="dxa"/>
            </w:tcMar>
            <w:vAlign w:val="center"/>
          </w:tcPr>
          <w:p w14:paraId="5F36CAB1" w14:textId="77777777" w:rsidR="00021266" w:rsidRPr="003F1B29" w:rsidRDefault="0086301C">
            <w:pPr>
              <w:spacing w:after="0"/>
              <w:rPr>
                <w:lang w:val="nb-NO"/>
              </w:rPr>
            </w:pPr>
            <w:r w:rsidRPr="003F1B29">
              <w:rPr>
                <w:sz w:val="18"/>
                <w:lang w:val="nb-NO"/>
              </w:rPr>
              <w:t>Posisi penelitian dan arah lanjutannya jelas</w:t>
            </w:r>
          </w:p>
        </w:tc>
        <w:tc>
          <w:tcPr>
            <w:tcW w:w="2280" w:type="dxa"/>
            <w:tcMar>
              <w:top w:w="90" w:type="dxa"/>
              <w:left w:w="90" w:type="dxa"/>
              <w:bottom w:w="90" w:type="dxa"/>
              <w:right w:w="90" w:type="dxa"/>
            </w:tcMar>
            <w:vAlign w:val="center"/>
          </w:tcPr>
          <w:p w14:paraId="540ACAE8" w14:textId="77777777" w:rsidR="00021266" w:rsidRDefault="0086301C">
            <w:pPr>
              <w:spacing w:after="0"/>
            </w:pPr>
            <w:r>
              <w:rPr>
                <w:sz w:val="18"/>
              </w:rPr>
              <w:t>0–20</w:t>
            </w:r>
          </w:p>
        </w:tc>
        <w:tc>
          <w:tcPr>
            <w:tcW w:w="2280" w:type="dxa"/>
            <w:tcMar>
              <w:top w:w="90" w:type="dxa"/>
              <w:left w:w="90" w:type="dxa"/>
              <w:bottom w:w="90" w:type="dxa"/>
              <w:right w:w="90" w:type="dxa"/>
            </w:tcMar>
            <w:vAlign w:val="center"/>
          </w:tcPr>
          <w:p w14:paraId="3D17019F" w14:textId="77777777" w:rsidR="00021266" w:rsidRDefault="00021266">
            <w:pPr>
              <w:spacing w:after="0"/>
            </w:pPr>
          </w:p>
        </w:tc>
      </w:tr>
      <w:tr w:rsidR="00021266" w14:paraId="34E53E5D" w14:textId="77777777">
        <w:trPr>
          <w:jc w:val="center"/>
        </w:trPr>
        <w:tc>
          <w:tcPr>
            <w:tcW w:w="2280" w:type="dxa"/>
            <w:tcMar>
              <w:top w:w="90" w:type="dxa"/>
              <w:left w:w="90" w:type="dxa"/>
              <w:bottom w:w="90" w:type="dxa"/>
              <w:right w:w="90" w:type="dxa"/>
            </w:tcMar>
            <w:vAlign w:val="center"/>
          </w:tcPr>
          <w:p w14:paraId="179BCE08" w14:textId="77777777" w:rsidR="00021266" w:rsidRDefault="0086301C">
            <w:pPr>
              <w:spacing w:after="0"/>
            </w:pPr>
            <w:proofErr w:type="spellStart"/>
            <w:r>
              <w:rPr>
                <w:sz w:val="18"/>
              </w:rPr>
              <w:t>Relevansi</w:t>
            </w:r>
            <w:proofErr w:type="spellEnd"/>
            <w:r>
              <w:rPr>
                <w:sz w:val="18"/>
              </w:rPr>
              <w:t xml:space="preserve"> </w:t>
            </w:r>
            <w:proofErr w:type="spellStart"/>
            <w:r>
              <w:rPr>
                <w:sz w:val="18"/>
              </w:rPr>
              <w:t>masalah</w:t>
            </w:r>
            <w:proofErr w:type="spellEnd"/>
          </w:p>
        </w:tc>
        <w:tc>
          <w:tcPr>
            <w:tcW w:w="2280" w:type="dxa"/>
            <w:tcMar>
              <w:top w:w="90" w:type="dxa"/>
              <w:left w:w="90" w:type="dxa"/>
              <w:bottom w:w="90" w:type="dxa"/>
              <w:right w:w="90" w:type="dxa"/>
            </w:tcMar>
            <w:vAlign w:val="center"/>
          </w:tcPr>
          <w:p w14:paraId="4F3BB843" w14:textId="77777777" w:rsidR="00021266" w:rsidRPr="003F1B29" w:rsidRDefault="0086301C">
            <w:pPr>
              <w:spacing w:after="0"/>
              <w:rPr>
                <w:lang w:val="nb-NO"/>
              </w:rPr>
            </w:pPr>
            <w:r w:rsidRPr="003F1B29">
              <w:rPr>
                <w:sz w:val="18"/>
                <w:lang w:val="nb-NO"/>
              </w:rPr>
              <w:t>Relevan dengan kepakaran, potensi/kebutuhan daerah, pembangunan atau SDGs sesuai karakter penelitian</w:t>
            </w:r>
          </w:p>
        </w:tc>
        <w:tc>
          <w:tcPr>
            <w:tcW w:w="2280" w:type="dxa"/>
            <w:tcMar>
              <w:top w:w="90" w:type="dxa"/>
              <w:left w:w="90" w:type="dxa"/>
              <w:bottom w:w="90" w:type="dxa"/>
              <w:right w:w="90" w:type="dxa"/>
            </w:tcMar>
            <w:vAlign w:val="center"/>
          </w:tcPr>
          <w:p w14:paraId="4118B463" w14:textId="77777777" w:rsidR="00021266" w:rsidRDefault="0086301C">
            <w:pPr>
              <w:spacing w:after="0"/>
            </w:pPr>
            <w:r>
              <w:rPr>
                <w:sz w:val="18"/>
              </w:rPr>
              <w:t>0–15</w:t>
            </w:r>
          </w:p>
        </w:tc>
        <w:tc>
          <w:tcPr>
            <w:tcW w:w="2280" w:type="dxa"/>
            <w:tcMar>
              <w:top w:w="90" w:type="dxa"/>
              <w:left w:w="90" w:type="dxa"/>
              <w:bottom w:w="90" w:type="dxa"/>
              <w:right w:w="90" w:type="dxa"/>
            </w:tcMar>
            <w:vAlign w:val="center"/>
          </w:tcPr>
          <w:p w14:paraId="6BCD0FD5" w14:textId="77777777" w:rsidR="00021266" w:rsidRDefault="00021266">
            <w:pPr>
              <w:spacing w:after="0"/>
            </w:pPr>
          </w:p>
        </w:tc>
      </w:tr>
      <w:tr w:rsidR="00021266" w14:paraId="504F466A" w14:textId="77777777">
        <w:trPr>
          <w:jc w:val="center"/>
        </w:trPr>
        <w:tc>
          <w:tcPr>
            <w:tcW w:w="2280" w:type="dxa"/>
            <w:tcMar>
              <w:top w:w="90" w:type="dxa"/>
              <w:left w:w="90" w:type="dxa"/>
              <w:bottom w:w="90" w:type="dxa"/>
              <w:right w:w="90" w:type="dxa"/>
            </w:tcMar>
            <w:vAlign w:val="center"/>
          </w:tcPr>
          <w:p w14:paraId="5996437C" w14:textId="77777777" w:rsidR="00021266" w:rsidRDefault="0086301C">
            <w:pPr>
              <w:spacing w:after="0"/>
            </w:pPr>
            <w:r>
              <w:rPr>
                <w:sz w:val="18"/>
              </w:rPr>
              <w:t xml:space="preserve">Metode &amp; </w:t>
            </w:r>
            <w:proofErr w:type="spellStart"/>
            <w:r>
              <w:rPr>
                <w:sz w:val="18"/>
              </w:rPr>
              <w:t>kelayakan</w:t>
            </w:r>
            <w:proofErr w:type="spellEnd"/>
          </w:p>
        </w:tc>
        <w:tc>
          <w:tcPr>
            <w:tcW w:w="2280" w:type="dxa"/>
            <w:tcMar>
              <w:top w:w="90" w:type="dxa"/>
              <w:left w:w="90" w:type="dxa"/>
              <w:bottom w:w="90" w:type="dxa"/>
              <w:right w:w="90" w:type="dxa"/>
            </w:tcMar>
            <w:vAlign w:val="center"/>
          </w:tcPr>
          <w:p w14:paraId="74A7D3BF" w14:textId="77777777" w:rsidR="00021266" w:rsidRPr="003F1B29" w:rsidRDefault="0086301C">
            <w:pPr>
              <w:spacing w:after="0"/>
              <w:rPr>
                <w:lang w:val="nb-NO"/>
              </w:rPr>
            </w:pPr>
            <w:r w:rsidRPr="003F1B29">
              <w:rPr>
                <w:sz w:val="18"/>
                <w:lang w:val="nb-NO"/>
              </w:rPr>
              <w:t>Metode, waktu dan anggaran layak</w:t>
            </w:r>
          </w:p>
        </w:tc>
        <w:tc>
          <w:tcPr>
            <w:tcW w:w="2280" w:type="dxa"/>
            <w:tcMar>
              <w:top w:w="90" w:type="dxa"/>
              <w:left w:w="90" w:type="dxa"/>
              <w:bottom w:w="90" w:type="dxa"/>
              <w:right w:w="90" w:type="dxa"/>
            </w:tcMar>
            <w:vAlign w:val="center"/>
          </w:tcPr>
          <w:p w14:paraId="65732F36" w14:textId="77777777" w:rsidR="00021266" w:rsidRDefault="0086301C">
            <w:pPr>
              <w:spacing w:after="0"/>
            </w:pPr>
            <w:r>
              <w:rPr>
                <w:sz w:val="18"/>
              </w:rPr>
              <w:t>0–20</w:t>
            </w:r>
          </w:p>
        </w:tc>
        <w:tc>
          <w:tcPr>
            <w:tcW w:w="2280" w:type="dxa"/>
            <w:tcMar>
              <w:top w:w="90" w:type="dxa"/>
              <w:left w:w="90" w:type="dxa"/>
              <w:bottom w:w="90" w:type="dxa"/>
              <w:right w:w="90" w:type="dxa"/>
            </w:tcMar>
            <w:vAlign w:val="center"/>
          </w:tcPr>
          <w:p w14:paraId="0EE708F5" w14:textId="77777777" w:rsidR="00021266" w:rsidRDefault="00021266">
            <w:pPr>
              <w:spacing w:after="0"/>
            </w:pPr>
          </w:p>
        </w:tc>
      </w:tr>
      <w:tr w:rsidR="00021266" w14:paraId="39A790F1" w14:textId="77777777">
        <w:trPr>
          <w:jc w:val="center"/>
        </w:trPr>
        <w:tc>
          <w:tcPr>
            <w:tcW w:w="2280" w:type="dxa"/>
            <w:tcMar>
              <w:top w:w="90" w:type="dxa"/>
              <w:left w:w="90" w:type="dxa"/>
              <w:bottom w:w="90" w:type="dxa"/>
              <w:right w:w="90" w:type="dxa"/>
            </w:tcMar>
            <w:vAlign w:val="center"/>
          </w:tcPr>
          <w:p w14:paraId="0C4D3F2E" w14:textId="77777777" w:rsidR="00021266" w:rsidRDefault="0086301C">
            <w:pPr>
              <w:spacing w:after="0"/>
            </w:pPr>
            <w:proofErr w:type="spellStart"/>
            <w:r>
              <w:rPr>
                <w:sz w:val="18"/>
              </w:rPr>
              <w:t>Luaran</w:t>
            </w:r>
            <w:proofErr w:type="spellEnd"/>
            <w:r>
              <w:rPr>
                <w:sz w:val="18"/>
              </w:rPr>
              <w:t xml:space="preserve"> </w:t>
            </w:r>
            <w:proofErr w:type="spellStart"/>
            <w:r>
              <w:rPr>
                <w:sz w:val="18"/>
              </w:rPr>
              <w:t>bertahap</w:t>
            </w:r>
            <w:proofErr w:type="spellEnd"/>
          </w:p>
        </w:tc>
        <w:tc>
          <w:tcPr>
            <w:tcW w:w="2280" w:type="dxa"/>
            <w:tcMar>
              <w:top w:w="90" w:type="dxa"/>
              <w:left w:w="90" w:type="dxa"/>
              <w:bottom w:w="90" w:type="dxa"/>
              <w:right w:w="90" w:type="dxa"/>
            </w:tcMar>
            <w:vAlign w:val="center"/>
          </w:tcPr>
          <w:p w14:paraId="0A7D860E" w14:textId="77777777" w:rsidR="00021266" w:rsidRPr="003F1B29" w:rsidRDefault="0086301C">
            <w:pPr>
              <w:spacing w:after="0"/>
              <w:rPr>
                <w:lang w:val="nb-NO"/>
              </w:rPr>
            </w:pPr>
            <w:r w:rsidRPr="003F1B29">
              <w:rPr>
                <w:sz w:val="18"/>
                <w:lang w:val="nb-NO"/>
              </w:rPr>
              <w:t>Luaran sesuai tahap roadmap: publikasi/dataset/model/HKI/prototipe/validasi/pemanfaatan</w:t>
            </w:r>
          </w:p>
        </w:tc>
        <w:tc>
          <w:tcPr>
            <w:tcW w:w="2280" w:type="dxa"/>
            <w:tcMar>
              <w:top w:w="90" w:type="dxa"/>
              <w:left w:w="90" w:type="dxa"/>
              <w:bottom w:w="90" w:type="dxa"/>
              <w:right w:w="90" w:type="dxa"/>
            </w:tcMar>
            <w:vAlign w:val="center"/>
          </w:tcPr>
          <w:p w14:paraId="0C8C7F5C" w14:textId="77777777" w:rsidR="00021266" w:rsidRDefault="0086301C">
            <w:pPr>
              <w:spacing w:after="0"/>
            </w:pPr>
            <w:r>
              <w:rPr>
                <w:sz w:val="18"/>
              </w:rPr>
              <w:t>0–15</w:t>
            </w:r>
          </w:p>
        </w:tc>
        <w:tc>
          <w:tcPr>
            <w:tcW w:w="2280" w:type="dxa"/>
            <w:tcMar>
              <w:top w:w="90" w:type="dxa"/>
              <w:left w:w="90" w:type="dxa"/>
              <w:bottom w:w="90" w:type="dxa"/>
              <w:right w:w="90" w:type="dxa"/>
            </w:tcMar>
            <w:vAlign w:val="center"/>
          </w:tcPr>
          <w:p w14:paraId="04FEAFB6" w14:textId="77777777" w:rsidR="00021266" w:rsidRDefault="00021266">
            <w:pPr>
              <w:spacing w:after="0"/>
            </w:pPr>
          </w:p>
        </w:tc>
      </w:tr>
      <w:tr w:rsidR="00021266" w14:paraId="457A5030" w14:textId="77777777">
        <w:trPr>
          <w:jc w:val="center"/>
        </w:trPr>
        <w:tc>
          <w:tcPr>
            <w:tcW w:w="2280" w:type="dxa"/>
            <w:tcMar>
              <w:top w:w="90" w:type="dxa"/>
              <w:left w:w="90" w:type="dxa"/>
              <w:bottom w:w="90" w:type="dxa"/>
              <w:right w:w="90" w:type="dxa"/>
            </w:tcMar>
            <w:vAlign w:val="center"/>
          </w:tcPr>
          <w:p w14:paraId="6C702D63" w14:textId="77777777" w:rsidR="00021266" w:rsidRDefault="0086301C">
            <w:pPr>
              <w:spacing w:after="0"/>
            </w:pPr>
            <w:proofErr w:type="spellStart"/>
            <w:r>
              <w:rPr>
                <w:sz w:val="18"/>
              </w:rPr>
              <w:t>Kolaborasi</w:t>
            </w:r>
            <w:proofErr w:type="spellEnd"/>
            <w:r>
              <w:rPr>
                <w:sz w:val="18"/>
              </w:rPr>
              <w:t xml:space="preserve"> &amp; </w:t>
            </w:r>
            <w:proofErr w:type="spellStart"/>
            <w:r>
              <w:rPr>
                <w:sz w:val="18"/>
              </w:rPr>
              <w:t>pemanfaatan</w:t>
            </w:r>
            <w:proofErr w:type="spellEnd"/>
          </w:p>
        </w:tc>
        <w:tc>
          <w:tcPr>
            <w:tcW w:w="2280" w:type="dxa"/>
            <w:tcMar>
              <w:top w:w="90" w:type="dxa"/>
              <w:left w:w="90" w:type="dxa"/>
              <w:bottom w:w="90" w:type="dxa"/>
              <w:right w:w="90" w:type="dxa"/>
            </w:tcMar>
            <w:vAlign w:val="center"/>
          </w:tcPr>
          <w:p w14:paraId="268A25E1" w14:textId="77777777" w:rsidR="00021266" w:rsidRDefault="0086301C">
            <w:pPr>
              <w:spacing w:after="0"/>
            </w:pPr>
            <w:r>
              <w:rPr>
                <w:sz w:val="18"/>
              </w:rPr>
              <w:t xml:space="preserve">Ada </w:t>
            </w:r>
            <w:proofErr w:type="spellStart"/>
            <w:r>
              <w:rPr>
                <w:sz w:val="18"/>
              </w:rPr>
              <w:t>peluang</w:t>
            </w:r>
            <w:proofErr w:type="spellEnd"/>
            <w:r>
              <w:rPr>
                <w:sz w:val="18"/>
              </w:rPr>
              <w:t xml:space="preserve"> </w:t>
            </w:r>
            <w:proofErr w:type="spellStart"/>
            <w:r>
              <w:rPr>
                <w:sz w:val="18"/>
              </w:rPr>
              <w:t>kolaborasi</w:t>
            </w:r>
            <w:proofErr w:type="spellEnd"/>
            <w:r>
              <w:rPr>
                <w:sz w:val="18"/>
              </w:rPr>
              <w:t xml:space="preserve">, </w:t>
            </w:r>
            <w:proofErr w:type="spellStart"/>
            <w:r>
              <w:rPr>
                <w:sz w:val="18"/>
              </w:rPr>
              <w:t>mahasiswa</w:t>
            </w:r>
            <w:proofErr w:type="spellEnd"/>
            <w:r>
              <w:rPr>
                <w:sz w:val="18"/>
              </w:rPr>
              <w:t xml:space="preserve">, </w:t>
            </w:r>
            <w:proofErr w:type="spellStart"/>
            <w:r>
              <w:rPr>
                <w:sz w:val="18"/>
              </w:rPr>
              <w:t>mitra</w:t>
            </w:r>
            <w:proofErr w:type="spellEnd"/>
            <w:r>
              <w:rPr>
                <w:sz w:val="18"/>
              </w:rPr>
              <w:t xml:space="preserve">, </w:t>
            </w:r>
            <w:proofErr w:type="spellStart"/>
            <w:r>
              <w:rPr>
                <w:sz w:val="18"/>
              </w:rPr>
              <w:t>pembelajaran</w:t>
            </w:r>
            <w:proofErr w:type="spellEnd"/>
            <w:r>
              <w:rPr>
                <w:sz w:val="18"/>
              </w:rPr>
              <w:t xml:space="preserve">, </w:t>
            </w:r>
            <w:proofErr w:type="spellStart"/>
            <w:r>
              <w:rPr>
                <w:sz w:val="18"/>
              </w:rPr>
              <w:t>PkM</w:t>
            </w:r>
            <w:proofErr w:type="spellEnd"/>
            <w:r>
              <w:rPr>
                <w:sz w:val="18"/>
              </w:rPr>
              <w:t xml:space="preserve">/KKP </w:t>
            </w:r>
            <w:proofErr w:type="spellStart"/>
            <w:r>
              <w:rPr>
                <w:sz w:val="18"/>
              </w:rPr>
              <w:t>atau</w:t>
            </w:r>
            <w:proofErr w:type="spellEnd"/>
            <w:r>
              <w:rPr>
                <w:sz w:val="18"/>
              </w:rPr>
              <w:t xml:space="preserve"> </w:t>
            </w:r>
            <w:proofErr w:type="spellStart"/>
            <w:r>
              <w:rPr>
                <w:sz w:val="18"/>
              </w:rPr>
              <w:t>pemanfaatan</w:t>
            </w:r>
            <w:proofErr w:type="spellEnd"/>
            <w:r>
              <w:rPr>
                <w:sz w:val="18"/>
              </w:rPr>
              <w:t xml:space="preserve"> </w:t>
            </w:r>
            <w:proofErr w:type="spellStart"/>
            <w:r>
              <w:rPr>
                <w:sz w:val="18"/>
              </w:rPr>
              <w:t>hasil</w:t>
            </w:r>
            <w:proofErr w:type="spellEnd"/>
            <w:r>
              <w:rPr>
                <w:sz w:val="18"/>
              </w:rPr>
              <w:t xml:space="preserve"> </w:t>
            </w:r>
            <w:proofErr w:type="spellStart"/>
            <w:r>
              <w:rPr>
                <w:sz w:val="18"/>
              </w:rPr>
              <w:t>bila</w:t>
            </w:r>
            <w:proofErr w:type="spellEnd"/>
            <w:r>
              <w:rPr>
                <w:sz w:val="18"/>
              </w:rPr>
              <w:t xml:space="preserve"> </w:t>
            </w:r>
            <w:proofErr w:type="spellStart"/>
            <w:r>
              <w:rPr>
                <w:sz w:val="18"/>
              </w:rPr>
              <w:t>relevan</w:t>
            </w:r>
            <w:proofErr w:type="spellEnd"/>
          </w:p>
        </w:tc>
        <w:tc>
          <w:tcPr>
            <w:tcW w:w="2280" w:type="dxa"/>
            <w:tcMar>
              <w:top w:w="90" w:type="dxa"/>
              <w:left w:w="90" w:type="dxa"/>
              <w:bottom w:w="90" w:type="dxa"/>
              <w:right w:w="90" w:type="dxa"/>
            </w:tcMar>
            <w:vAlign w:val="center"/>
          </w:tcPr>
          <w:p w14:paraId="1CDBE668" w14:textId="77777777" w:rsidR="00021266" w:rsidRDefault="0086301C">
            <w:pPr>
              <w:spacing w:after="0"/>
            </w:pPr>
            <w:r>
              <w:rPr>
                <w:sz w:val="18"/>
              </w:rPr>
              <w:t>0–10</w:t>
            </w:r>
          </w:p>
        </w:tc>
        <w:tc>
          <w:tcPr>
            <w:tcW w:w="2280" w:type="dxa"/>
            <w:tcMar>
              <w:top w:w="90" w:type="dxa"/>
              <w:left w:w="90" w:type="dxa"/>
              <w:bottom w:w="90" w:type="dxa"/>
              <w:right w:w="90" w:type="dxa"/>
            </w:tcMar>
            <w:vAlign w:val="center"/>
          </w:tcPr>
          <w:p w14:paraId="3B22EA11" w14:textId="77777777" w:rsidR="00021266" w:rsidRDefault="00021266">
            <w:pPr>
              <w:spacing w:after="0"/>
            </w:pPr>
          </w:p>
        </w:tc>
      </w:tr>
    </w:tbl>
    <w:p w14:paraId="00631C41" w14:textId="77777777" w:rsidR="00021266" w:rsidRDefault="0086301C">
      <w:r>
        <w:rPr>
          <w:b/>
        </w:rPr>
        <w:t xml:space="preserve">TOTAL: </w:t>
      </w:r>
      <w:r>
        <w:t>........ / 100</w:t>
      </w:r>
    </w:p>
    <w:p w14:paraId="753FA2C8" w14:textId="77777777" w:rsidR="00021266" w:rsidRDefault="0086301C">
      <w:proofErr w:type="spellStart"/>
      <w:r>
        <w:rPr>
          <w:b/>
        </w:rPr>
        <w:t>Rekomendasi</w:t>
      </w:r>
      <w:proofErr w:type="spellEnd"/>
      <w:r>
        <w:rPr>
          <w:b/>
        </w:rPr>
        <w:t xml:space="preserve">: </w:t>
      </w:r>
      <w:r>
        <w:t xml:space="preserve">☐ Layak </w:t>
      </w:r>
      <w:proofErr w:type="spellStart"/>
      <w:r>
        <w:t>didanai</w:t>
      </w:r>
      <w:proofErr w:type="spellEnd"/>
      <w:r>
        <w:t xml:space="preserve">  ☐ Layak </w:t>
      </w:r>
      <w:proofErr w:type="spellStart"/>
      <w:r>
        <w:t>dengan</w:t>
      </w:r>
      <w:proofErr w:type="spellEnd"/>
      <w:r>
        <w:t xml:space="preserve"> </w:t>
      </w:r>
      <w:proofErr w:type="spellStart"/>
      <w:r>
        <w:t>perbaikan</w:t>
      </w:r>
      <w:proofErr w:type="spellEnd"/>
      <w:r>
        <w:t xml:space="preserve">  ☐ Belum </w:t>
      </w:r>
      <w:proofErr w:type="spellStart"/>
      <w:r>
        <w:t>layak</w:t>
      </w:r>
      <w:proofErr w:type="spellEnd"/>
    </w:p>
    <w:p w14:paraId="2554C334" w14:textId="77777777" w:rsidR="00021266" w:rsidRPr="003F1B29" w:rsidRDefault="0086301C">
      <w:pPr>
        <w:rPr>
          <w:lang w:val="nb-NO"/>
        </w:rPr>
      </w:pPr>
      <w:r w:rsidRPr="003F1B29">
        <w:rPr>
          <w:i/>
          <w:sz w:val="19"/>
          <w:lang w:val="nb-NO"/>
        </w:rPr>
        <w:t>Catatan: Penelitian tidak harus menghasilkan seluruh jenis luaran. Penilaian mempertimbangkan kesesuaian luaran dengan tahap roadmap dan karakter penelitian.</w:t>
      </w:r>
    </w:p>
    <w:sectPr w:rsidR="00021266" w:rsidRPr="003F1B29" w:rsidSect="00034616">
      <w:headerReference w:type="default" r:id="rId9"/>
      <w:footerReference w:type="default" r:id="rId10"/>
      <w:pgSz w:w="12240" w:h="15840"/>
      <w:pgMar w:top="1417" w:right="1417"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A18D5" w14:textId="77777777" w:rsidR="00F62598" w:rsidRDefault="00F62598">
      <w:pPr>
        <w:spacing w:after="0" w:line="240" w:lineRule="auto"/>
      </w:pPr>
      <w:r>
        <w:separator/>
      </w:r>
    </w:p>
  </w:endnote>
  <w:endnote w:type="continuationSeparator" w:id="0">
    <w:p w14:paraId="57A4BCE8" w14:textId="77777777" w:rsidR="00F62598" w:rsidRDefault="00F62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F9B26" w14:textId="77777777" w:rsidR="00021266" w:rsidRDefault="0086301C">
    <w:pPr>
      <w:pStyle w:val="Footer"/>
      <w:jc w:val="center"/>
    </w:pPr>
    <w:r>
      <w:rPr>
        <w:sz w:val="16"/>
      </w:rPr>
      <w:t xml:space="preserve">Template Proposal </w:t>
    </w:r>
    <w:proofErr w:type="spellStart"/>
    <w:r>
      <w:rPr>
        <w:sz w:val="16"/>
      </w:rPr>
      <w:t>Penelitian</w:t>
    </w:r>
    <w:proofErr w:type="spellEnd"/>
    <w:r>
      <w:rPr>
        <w:sz w:val="16"/>
      </w:rPr>
      <w:t xml:space="preserve"> Internal </w:t>
    </w:r>
    <w:proofErr w:type="spellStart"/>
    <w:r>
      <w:rPr>
        <w:sz w:val="16"/>
      </w:rPr>
      <w:t>Berbasis</w:t>
    </w:r>
    <w:proofErr w:type="spellEnd"/>
    <w:r>
      <w:rPr>
        <w:sz w:val="16"/>
      </w:rPr>
      <w:t xml:space="preserve"> </w:t>
    </w:r>
    <w:proofErr w:type="spellStart"/>
    <w:r>
      <w:rPr>
        <w:sz w:val="16"/>
      </w:rPr>
      <w:t>Renstra</w:t>
    </w:r>
    <w:proofErr w:type="spellEnd"/>
    <w:r>
      <w:rPr>
        <w:sz w:val="16"/>
      </w:rPr>
      <w:t xml:space="preserve"> </w:t>
    </w:r>
    <w:proofErr w:type="spellStart"/>
    <w:r>
      <w:rPr>
        <w:sz w:val="16"/>
      </w:rPr>
      <w:t>Penelitian</w:t>
    </w:r>
    <w:proofErr w:type="spellEnd"/>
    <w:r>
      <w:rPr>
        <w:sz w:val="16"/>
      </w:rPr>
      <w:t xml:space="preserve"> dan </w:t>
    </w:r>
    <w:proofErr w:type="spellStart"/>
    <w:r>
      <w:rPr>
        <w:sz w:val="16"/>
      </w:rPr>
      <w:t>PkM</w:t>
    </w:r>
    <w:proofErr w:type="spellEnd"/>
    <w:r>
      <w:rPr>
        <w:sz w:val="16"/>
      </w:rPr>
      <w:t xml:space="preserve"> 2026–2030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00DB0" w14:textId="77777777" w:rsidR="00F62598" w:rsidRDefault="00F62598">
      <w:pPr>
        <w:spacing w:after="0" w:line="240" w:lineRule="auto"/>
      </w:pPr>
      <w:r>
        <w:separator/>
      </w:r>
    </w:p>
  </w:footnote>
  <w:footnote w:type="continuationSeparator" w:id="0">
    <w:p w14:paraId="4356EE9E" w14:textId="77777777" w:rsidR="00F62598" w:rsidRDefault="00F625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ED1E2" w14:textId="111351E8" w:rsidR="00021266" w:rsidRDefault="0086301C">
    <w:pPr>
      <w:pStyle w:val="Header"/>
      <w:jc w:val="right"/>
    </w:pPr>
    <w:r>
      <w:rPr>
        <w:sz w:val="16"/>
      </w:rPr>
      <w:t xml:space="preserve">LP3M UNIVERSITAS GORONTALO | </w:t>
    </w:r>
    <w:r w:rsidR="009F7E46">
      <w:rPr>
        <w:sz w:val="16"/>
      </w:rPr>
      <w:t xml:space="preserve">Proposal </w:t>
    </w:r>
    <w:r>
      <w:rPr>
        <w:sz w:val="16"/>
      </w:rPr>
      <w:t xml:space="preserve">Hibah </w:t>
    </w:r>
    <w:proofErr w:type="spellStart"/>
    <w:r>
      <w:rPr>
        <w:sz w:val="16"/>
      </w:rPr>
      <w:t>Penelitian</w:t>
    </w:r>
    <w:proofErr w:type="spellEnd"/>
    <w:r>
      <w:rPr>
        <w:sz w:val="16"/>
      </w:rPr>
      <w:t xml:space="preserve"> Internal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45928AA"/>
    <w:multiLevelType w:val="hybridMultilevel"/>
    <w:tmpl w:val="9848840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32D263AB"/>
    <w:multiLevelType w:val="hybridMultilevel"/>
    <w:tmpl w:val="D8D27EB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1" w15:restartNumberingAfterBreak="0">
    <w:nsid w:val="397B5D57"/>
    <w:multiLevelType w:val="hybridMultilevel"/>
    <w:tmpl w:val="2D8C9A6C"/>
    <w:lvl w:ilvl="0" w:tplc="3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E3E06EA"/>
    <w:multiLevelType w:val="hybridMultilevel"/>
    <w:tmpl w:val="E6E0DA2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40AD7838"/>
    <w:multiLevelType w:val="hybridMultilevel"/>
    <w:tmpl w:val="A894C0AA"/>
    <w:lvl w:ilvl="0" w:tplc="19B2161C">
      <w:start w:val="1"/>
      <w:numFmt w:val="decimal"/>
      <w:lvlText w:val="%1."/>
      <w:lvlJc w:val="left"/>
      <w:pPr>
        <w:ind w:left="720" w:hanging="360"/>
      </w:pPr>
      <w:rPr>
        <w:rFonts w:hint="default"/>
        <w:sz w:val="18"/>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566C2CE6"/>
    <w:multiLevelType w:val="hybridMultilevel"/>
    <w:tmpl w:val="B052D848"/>
    <w:lvl w:ilvl="0" w:tplc="FF54EC16">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5" w15:restartNumberingAfterBreak="0">
    <w:nsid w:val="57897439"/>
    <w:multiLevelType w:val="hybridMultilevel"/>
    <w:tmpl w:val="1C10FFDC"/>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4"/>
  </w:num>
  <w:num w:numId="12">
    <w:abstractNumId w:val="13"/>
  </w:num>
  <w:num w:numId="13">
    <w:abstractNumId w:val="15"/>
  </w:num>
  <w:num w:numId="14">
    <w:abstractNumId w:val="10"/>
  </w:num>
  <w:num w:numId="15">
    <w:abstractNumId w:val="11"/>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1266"/>
    <w:rsid w:val="00034616"/>
    <w:rsid w:val="0006063C"/>
    <w:rsid w:val="000F416D"/>
    <w:rsid w:val="00135A8A"/>
    <w:rsid w:val="0015074B"/>
    <w:rsid w:val="0017075C"/>
    <w:rsid w:val="001E1092"/>
    <w:rsid w:val="00265E84"/>
    <w:rsid w:val="0029639D"/>
    <w:rsid w:val="00326F90"/>
    <w:rsid w:val="003457A6"/>
    <w:rsid w:val="003A3F46"/>
    <w:rsid w:val="003F1B29"/>
    <w:rsid w:val="00400CEE"/>
    <w:rsid w:val="004C4E5A"/>
    <w:rsid w:val="00571A18"/>
    <w:rsid w:val="005F0BD9"/>
    <w:rsid w:val="00662358"/>
    <w:rsid w:val="006B6A1D"/>
    <w:rsid w:val="006D58AE"/>
    <w:rsid w:val="006E6F13"/>
    <w:rsid w:val="006F76CA"/>
    <w:rsid w:val="0071023D"/>
    <w:rsid w:val="00781630"/>
    <w:rsid w:val="0086301C"/>
    <w:rsid w:val="009A0E52"/>
    <w:rsid w:val="009F7E46"/>
    <w:rsid w:val="00A322B6"/>
    <w:rsid w:val="00AA1D8D"/>
    <w:rsid w:val="00AB49AF"/>
    <w:rsid w:val="00AE49D5"/>
    <w:rsid w:val="00B24DF1"/>
    <w:rsid w:val="00B47730"/>
    <w:rsid w:val="00BC2FEA"/>
    <w:rsid w:val="00C17560"/>
    <w:rsid w:val="00C6051C"/>
    <w:rsid w:val="00CB0664"/>
    <w:rsid w:val="00CC0E05"/>
    <w:rsid w:val="00D2417C"/>
    <w:rsid w:val="00D55242"/>
    <w:rsid w:val="00E0610B"/>
    <w:rsid w:val="00F156E3"/>
    <w:rsid w:val="00F227DE"/>
    <w:rsid w:val="00F62598"/>
    <w:rsid w:val="00FC693F"/>
    <w:rsid w:val="00FE69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FCB75D"/>
  <w14:defaultImageDpi w14:val="330"/>
  <w15:docId w15:val="{65DC4B7D-BC25-41BE-8592-B8484962B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185654">
      <w:bodyDiv w:val="1"/>
      <w:marLeft w:val="0"/>
      <w:marRight w:val="0"/>
      <w:marTop w:val="0"/>
      <w:marBottom w:val="0"/>
      <w:divBdr>
        <w:top w:val="none" w:sz="0" w:space="0" w:color="auto"/>
        <w:left w:val="none" w:sz="0" w:space="0" w:color="auto"/>
        <w:bottom w:val="none" w:sz="0" w:space="0" w:color="auto"/>
        <w:right w:val="none" w:sz="0" w:space="0" w:color="auto"/>
      </w:divBdr>
    </w:div>
    <w:div w:id="661856063">
      <w:bodyDiv w:val="1"/>
      <w:marLeft w:val="0"/>
      <w:marRight w:val="0"/>
      <w:marTop w:val="0"/>
      <w:marBottom w:val="0"/>
      <w:divBdr>
        <w:top w:val="none" w:sz="0" w:space="0" w:color="auto"/>
        <w:left w:val="none" w:sz="0" w:space="0" w:color="auto"/>
        <w:bottom w:val="none" w:sz="0" w:space="0" w:color="auto"/>
        <w:right w:val="none" w:sz="0" w:space="0" w:color="auto"/>
      </w:divBdr>
    </w:div>
    <w:div w:id="894119468">
      <w:bodyDiv w:val="1"/>
      <w:marLeft w:val="0"/>
      <w:marRight w:val="0"/>
      <w:marTop w:val="0"/>
      <w:marBottom w:val="0"/>
      <w:divBdr>
        <w:top w:val="none" w:sz="0" w:space="0" w:color="auto"/>
        <w:left w:val="none" w:sz="0" w:space="0" w:color="auto"/>
        <w:bottom w:val="none" w:sz="0" w:space="0" w:color="auto"/>
        <w:right w:val="none" w:sz="0" w:space="0" w:color="auto"/>
      </w:divBdr>
    </w:div>
    <w:div w:id="12814482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9</Pages>
  <Words>2147</Words>
  <Characters>12241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pustikom</cp:lastModifiedBy>
  <cp:revision>20</cp:revision>
  <dcterms:created xsi:type="dcterms:W3CDTF">2013-12-23T23:15:00Z</dcterms:created>
  <dcterms:modified xsi:type="dcterms:W3CDTF">2026-09-18T13:13:00Z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5b67ac97-7bf9-4ff9-99ec-052b010bbf64</vt:lpwstr>
  </property>
</Properties>
</file>