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2586C" w14:textId="7EC4CA85" w:rsidR="009F7E46" w:rsidRPr="00D20EEB" w:rsidRDefault="009F7E46" w:rsidP="009F7E46">
      <w:pPr>
        <w:spacing w:before="1100"/>
        <w:jc w:val="center"/>
        <w:rPr>
          <w:lang w:val="nb-NO"/>
        </w:rPr>
      </w:pPr>
      <w:r>
        <w:rPr>
          <w:b/>
          <w:sz w:val="36"/>
          <w:lang w:val="nb-NO"/>
        </w:rPr>
        <w:t>PROPOSAL</w:t>
      </w:r>
      <w:r w:rsidRPr="00D20EEB">
        <w:rPr>
          <w:b/>
          <w:sz w:val="36"/>
          <w:lang w:val="nb-NO"/>
        </w:rPr>
        <w:br/>
        <w:t>HIBAH PENELITIAN INTERNAL</w:t>
      </w:r>
    </w:p>
    <w:p w14:paraId="4F670F29" w14:textId="77777777" w:rsidR="009F7E46" w:rsidRDefault="009F7E46" w:rsidP="009F7E46">
      <w:pPr>
        <w:jc w:val="center"/>
        <w:rPr>
          <w:b/>
          <w:sz w:val="24"/>
          <w:lang w:val="nb-NO"/>
        </w:rPr>
      </w:pPr>
      <w:r w:rsidRPr="00D20EEB">
        <w:rPr>
          <w:b/>
          <w:sz w:val="24"/>
          <w:lang w:val="nb-NO"/>
        </w:rPr>
        <w:t>BERBASIS RENSTRA PENELITIAN DAN PkM 2026–2030</w:t>
      </w:r>
    </w:p>
    <w:p w14:paraId="1307BABD" w14:textId="2A93A34D" w:rsidR="009F7E46" w:rsidRPr="00D20EEB" w:rsidRDefault="009F7E46" w:rsidP="009F7E46">
      <w:pPr>
        <w:jc w:val="center"/>
        <w:rPr>
          <w:lang w:val="nb-NO"/>
        </w:rPr>
      </w:pPr>
      <w:r>
        <w:rPr>
          <w:noProof/>
        </w:rPr>
        <w:drawing>
          <wp:inline distT="0" distB="0" distL="0" distR="0" wp14:anchorId="7CEC951D" wp14:editId="1B217911">
            <wp:extent cx="1432560" cy="1432560"/>
            <wp:effectExtent l="0" t="0" r="0" b="0"/>
            <wp:docPr id="820350475" name="Picture 1" descr="A yellow emblem with blue wings and a book with a person holding a fl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350475" name="Picture 1" descr="A yellow emblem with blue wings and a book with a person holding a fl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D6F43" w14:textId="6028C3E2" w:rsidR="009F7E46" w:rsidRPr="0000428E" w:rsidRDefault="009F7E46" w:rsidP="0000428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0EEB">
        <w:rPr>
          <w:b/>
          <w:sz w:val="24"/>
          <w:lang w:val="nb-NO"/>
        </w:rPr>
        <w:t>JUDUL PENELITIAN</w:t>
      </w:r>
      <w:r w:rsidRPr="00D20EEB">
        <w:rPr>
          <w:b/>
          <w:sz w:val="24"/>
          <w:lang w:val="nb-NO"/>
        </w:rPr>
        <w:br/>
      </w:r>
      <w:r w:rsidRPr="00D20EEB">
        <w:rPr>
          <w:b/>
          <w:sz w:val="24"/>
          <w:lang w:val="nb-NO"/>
        </w:rPr>
        <w:br/>
      </w:r>
      <w:r w:rsidR="0000428E" w:rsidRPr="0000428E">
        <w:rPr>
          <w:rFonts w:cs="Arial"/>
          <w:b/>
          <w:bCs/>
          <w:sz w:val="24"/>
          <w:szCs w:val="24"/>
        </w:rPr>
        <w:t>KAJIAN YURIDIS TENTANG PENYELESAIAN SENGKETA TANAH WAKAF AKIBAT WAKAF YANG CACAT HUKUM DALAM PERSPEKTIF HUKUM ISLAM</w:t>
      </w:r>
      <w:r w:rsidR="0000428E">
        <w:rPr>
          <w:rFonts w:cs="Arial"/>
          <w:b/>
          <w:bCs/>
          <w:sz w:val="24"/>
          <w:szCs w:val="24"/>
        </w:rPr>
        <w:t xml:space="preserve"> </w:t>
      </w:r>
      <w:r w:rsidR="0000428E" w:rsidRPr="0000428E">
        <w:rPr>
          <w:rFonts w:cs="Arial"/>
          <w:b/>
          <w:bCs/>
          <w:sz w:val="24"/>
          <w:szCs w:val="24"/>
        </w:rPr>
        <w:t>DAN HUKUM POSITIF</w:t>
      </w:r>
    </w:p>
    <w:p w14:paraId="61622F3C" w14:textId="07D79161" w:rsidR="009F7E46" w:rsidRPr="00D20EEB" w:rsidRDefault="009F7E46" w:rsidP="009F7E46">
      <w:pPr>
        <w:spacing w:before="440"/>
        <w:jc w:val="center"/>
        <w:rPr>
          <w:lang w:val="nb-NO"/>
        </w:rPr>
      </w:pPr>
      <w:r w:rsidRPr="00D20EEB">
        <w:rPr>
          <w:sz w:val="22"/>
          <w:lang w:val="nb-NO"/>
        </w:rPr>
        <w:t xml:space="preserve">Ketua Tim: </w:t>
      </w:r>
      <w:r w:rsidR="00D07E0C">
        <w:rPr>
          <w:sz w:val="22"/>
          <w:lang w:val="nb-NO"/>
        </w:rPr>
        <w:t>Nurmin K Martam</w:t>
      </w:r>
      <w:r w:rsidRPr="00D20EEB">
        <w:rPr>
          <w:sz w:val="22"/>
          <w:lang w:val="nb-NO"/>
        </w:rPr>
        <w:br/>
        <w:t>NIDN/NIDK</w:t>
      </w:r>
      <w:r>
        <w:rPr>
          <w:sz w:val="22"/>
          <w:lang w:val="nb-NO"/>
        </w:rPr>
        <w:t>/NUPTK</w:t>
      </w:r>
      <w:r w:rsidRPr="00D20EEB">
        <w:rPr>
          <w:sz w:val="22"/>
          <w:lang w:val="nb-NO"/>
        </w:rPr>
        <w:t xml:space="preserve">: </w:t>
      </w:r>
      <w:r w:rsidR="00D07E0C" w:rsidRPr="00D07E0C">
        <w:rPr>
          <w:sz w:val="22"/>
          <w:lang w:val="nb-NO"/>
        </w:rPr>
        <w:t>0904117801</w:t>
      </w:r>
      <w:r w:rsidRPr="00D20EEB">
        <w:rPr>
          <w:sz w:val="22"/>
          <w:lang w:val="nb-NO"/>
        </w:rPr>
        <w:br/>
        <w:t xml:space="preserve">Program Studi/Fakultas: </w:t>
      </w:r>
      <w:r w:rsidR="00D07E0C">
        <w:rPr>
          <w:sz w:val="22"/>
          <w:lang w:val="nb-NO"/>
        </w:rPr>
        <w:t>Hukum</w:t>
      </w:r>
    </w:p>
    <w:p w14:paraId="7640EECF" w14:textId="6B7CB92F" w:rsidR="00021266" w:rsidRDefault="009F7E46" w:rsidP="009F7E46">
      <w:pPr>
        <w:spacing w:before="1500"/>
        <w:jc w:val="center"/>
      </w:pPr>
      <w:r w:rsidRPr="00D20EEB">
        <w:rPr>
          <w:b/>
          <w:sz w:val="22"/>
          <w:lang w:val="nb-NO"/>
        </w:rPr>
        <w:t>LEMBAGA PENELITIAN, PENGEMBANGAN, DAN PENGABDIAN KEPADA MASYARAKAT (LP3M)</w:t>
      </w:r>
      <w:r w:rsidRPr="00D20EEB">
        <w:rPr>
          <w:b/>
          <w:sz w:val="22"/>
          <w:lang w:val="nb-NO"/>
        </w:rPr>
        <w:br/>
        <w:t>UNIVERSITAS GORONTALO</w:t>
      </w:r>
      <w:r w:rsidRPr="00D20EEB">
        <w:rPr>
          <w:b/>
          <w:sz w:val="22"/>
          <w:lang w:val="nb-NO"/>
        </w:rPr>
        <w:br/>
        <w:t>20</w:t>
      </w:r>
      <w:r w:rsidR="00D07E0C">
        <w:rPr>
          <w:b/>
          <w:sz w:val="22"/>
          <w:lang w:val="nb-NO"/>
        </w:rPr>
        <w:t>26</w:t>
      </w:r>
    </w:p>
    <w:p w14:paraId="34166766" w14:textId="77777777" w:rsidR="00021266" w:rsidRDefault="00000000">
      <w:r>
        <w:br w:type="page"/>
      </w:r>
    </w:p>
    <w:p w14:paraId="5A89729E" w14:textId="77777777" w:rsidR="00021266" w:rsidRDefault="00000000">
      <w:pPr>
        <w:spacing w:before="160" w:after="100"/>
      </w:pPr>
      <w:r>
        <w:rPr>
          <w:b/>
          <w:sz w:val="24"/>
        </w:rPr>
        <w:lastRenderedPageBreak/>
        <w:t>A. IDENTITAS USULAN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20"/>
        <w:gridCol w:w="6182"/>
      </w:tblGrid>
      <w:tr w:rsidR="00021266" w14:paraId="10F4DF45" w14:textId="77777777">
        <w:trPr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FF0AF0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Judul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Penelitian</w:t>
            </w:r>
            <w:proofErr w:type="spellEnd"/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53767A" w14:textId="02D6BDE8" w:rsidR="00021266" w:rsidRDefault="0000428E" w:rsidP="0000428E">
            <w:pPr>
              <w:spacing w:after="0"/>
              <w:jc w:val="both"/>
            </w:pPr>
            <w:r w:rsidRPr="00557572">
              <w:rPr>
                <w:rFonts w:cs="Arial"/>
                <w:b/>
                <w:bCs/>
                <w:sz w:val="18"/>
                <w:szCs w:val="18"/>
              </w:rPr>
              <w:t xml:space="preserve">Kajian </w:t>
            </w:r>
            <w:proofErr w:type="spellStart"/>
            <w:r w:rsidRPr="00557572">
              <w:rPr>
                <w:rFonts w:cs="Arial"/>
                <w:b/>
                <w:bCs/>
                <w:sz w:val="18"/>
                <w:szCs w:val="18"/>
              </w:rPr>
              <w:t>Yuridis</w:t>
            </w:r>
            <w:proofErr w:type="spellEnd"/>
            <w:r w:rsidRPr="00557572">
              <w:rPr>
                <w:rFonts w:cs="Arial"/>
                <w:b/>
                <w:bCs/>
                <w:sz w:val="18"/>
                <w:szCs w:val="18"/>
              </w:rPr>
              <w:t xml:space="preserve"> Tentang </w:t>
            </w:r>
            <w:proofErr w:type="spellStart"/>
            <w:r w:rsidRPr="00557572">
              <w:rPr>
                <w:rFonts w:cs="Arial"/>
                <w:b/>
                <w:bCs/>
                <w:sz w:val="18"/>
                <w:szCs w:val="18"/>
              </w:rPr>
              <w:t>Penyelesaian</w:t>
            </w:r>
            <w:proofErr w:type="spellEnd"/>
            <w:r w:rsidRPr="00557572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7572">
              <w:rPr>
                <w:rFonts w:cs="Arial"/>
                <w:b/>
                <w:bCs/>
                <w:sz w:val="18"/>
                <w:szCs w:val="18"/>
              </w:rPr>
              <w:t>Sengketa</w:t>
            </w:r>
            <w:proofErr w:type="spellEnd"/>
            <w:r w:rsidRPr="00557572">
              <w:rPr>
                <w:rFonts w:cs="Arial"/>
                <w:b/>
                <w:bCs/>
                <w:sz w:val="18"/>
                <w:szCs w:val="18"/>
              </w:rPr>
              <w:t xml:space="preserve"> Tanah </w:t>
            </w:r>
            <w:proofErr w:type="spellStart"/>
            <w:r w:rsidRPr="00557572">
              <w:rPr>
                <w:rFonts w:cs="Arial"/>
                <w:b/>
                <w:bCs/>
                <w:sz w:val="18"/>
                <w:szCs w:val="18"/>
              </w:rPr>
              <w:t>Wakaf</w:t>
            </w:r>
            <w:proofErr w:type="spellEnd"/>
            <w:r w:rsidRPr="00557572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7572">
              <w:rPr>
                <w:rFonts w:cs="Arial"/>
                <w:b/>
                <w:bCs/>
                <w:sz w:val="18"/>
                <w:szCs w:val="18"/>
              </w:rPr>
              <w:t>Akibat</w:t>
            </w:r>
            <w:proofErr w:type="spellEnd"/>
            <w:r w:rsidRPr="00557572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7572">
              <w:rPr>
                <w:rFonts w:cs="Arial"/>
                <w:b/>
                <w:bCs/>
                <w:sz w:val="18"/>
                <w:szCs w:val="18"/>
              </w:rPr>
              <w:t>Wakaf</w:t>
            </w:r>
            <w:proofErr w:type="spellEnd"/>
            <w:r w:rsidRPr="00557572">
              <w:rPr>
                <w:rFonts w:cs="Arial"/>
                <w:b/>
                <w:bCs/>
                <w:sz w:val="18"/>
                <w:szCs w:val="18"/>
              </w:rPr>
              <w:t xml:space="preserve"> Yang Cacat Hukum </w:t>
            </w:r>
            <w:proofErr w:type="spellStart"/>
            <w:r w:rsidRPr="00557572">
              <w:rPr>
                <w:rFonts w:cs="Arial"/>
                <w:b/>
                <w:bCs/>
                <w:sz w:val="18"/>
                <w:szCs w:val="18"/>
              </w:rPr>
              <w:t>Dalam</w:t>
            </w:r>
            <w:proofErr w:type="spellEnd"/>
            <w:r w:rsidRPr="00557572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7572">
              <w:rPr>
                <w:rFonts w:cs="Arial"/>
                <w:b/>
                <w:bCs/>
                <w:sz w:val="18"/>
                <w:szCs w:val="18"/>
              </w:rPr>
              <w:t>Perspektif</w:t>
            </w:r>
            <w:proofErr w:type="spellEnd"/>
            <w:r w:rsidRPr="00557572">
              <w:rPr>
                <w:rFonts w:cs="Arial"/>
                <w:b/>
                <w:bCs/>
                <w:sz w:val="18"/>
                <w:szCs w:val="18"/>
              </w:rPr>
              <w:t xml:space="preserve"> Hukum Islam Dan Hukum Positif</w:t>
            </w:r>
          </w:p>
        </w:tc>
      </w:tr>
      <w:tr w:rsidR="00021266" w:rsidRPr="003F1B29" w14:paraId="7903BB62" w14:textId="77777777">
        <w:trPr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260F58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>Ketua Tim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275C10" w14:textId="7CA8C180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sz w:val="18"/>
                <w:lang w:val="nb-NO"/>
              </w:rPr>
              <w:t xml:space="preserve">Nama: </w:t>
            </w:r>
            <w:r w:rsidR="00D07E0C">
              <w:rPr>
                <w:sz w:val="18"/>
                <w:lang w:val="nb-NO"/>
              </w:rPr>
              <w:t>Nurmin K Martam</w:t>
            </w:r>
            <w:r w:rsidRPr="003F1B29">
              <w:rPr>
                <w:sz w:val="18"/>
                <w:lang w:val="nb-NO"/>
              </w:rPr>
              <w:br/>
              <w:t>NIDN/NIDK</w:t>
            </w:r>
            <w:r w:rsidR="009F7E46">
              <w:rPr>
                <w:sz w:val="18"/>
                <w:lang w:val="nb-NO"/>
              </w:rPr>
              <w:t>/NUPTK</w:t>
            </w:r>
            <w:r w:rsidRPr="003F1B29">
              <w:rPr>
                <w:sz w:val="18"/>
                <w:lang w:val="nb-NO"/>
              </w:rPr>
              <w:t xml:space="preserve">: </w:t>
            </w:r>
            <w:r w:rsidR="00D07E0C" w:rsidRPr="00D07E0C">
              <w:rPr>
                <w:sz w:val="18"/>
                <w:lang w:val="nb-NO"/>
              </w:rPr>
              <w:t>0904117801</w:t>
            </w:r>
            <w:r w:rsidRPr="003F1B29">
              <w:rPr>
                <w:sz w:val="18"/>
                <w:lang w:val="nb-NO"/>
              </w:rPr>
              <w:br/>
              <w:t xml:space="preserve">Program Studi/Fakultas: </w:t>
            </w:r>
            <w:r w:rsidR="00D07E0C">
              <w:rPr>
                <w:sz w:val="18"/>
                <w:lang w:val="nb-NO"/>
              </w:rPr>
              <w:t>Hukum</w:t>
            </w:r>
          </w:p>
        </w:tc>
      </w:tr>
      <w:tr w:rsidR="00021266" w14:paraId="1498D872" w14:textId="77777777">
        <w:trPr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389C2F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Anggota</w:t>
            </w:r>
            <w:proofErr w:type="spellEnd"/>
            <w:r>
              <w:rPr>
                <w:b/>
                <w:sz w:val="18"/>
              </w:rPr>
              <w:t xml:space="preserve"> Tim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CC7B08" w14:textId="00331C9C" w:rsidR="00021266" w:rsidRDefault="00000000">
            <w:pPr>
              <w:spacing w:after="0"/>
            </w:pPr>
            <w:r>
              <w:rPr>
                <w:sz w:val="18"/>
              </w:rPr>
              <w:t xml:space="preserve">1. </w:t>
            </w:r>
            <w:r w:rsidR="00D07E0C">
              <w:rPr>
                <w:sz w:val="18"/>
              </w:rPr>
              <w:t>Roy Marten Moonti</w:t>
            </w:r>
            <w:r>
              <w:rPr>
                <w:sz w:val="18"/>
              </w:rPr>
              <w:br/>
              <w:t xml:space="preserve">2. </w:t>
            </w:r>
            <w:r w:rsidR="002C5308">
              <w:rPr>
                <w:sz w:val="18"/>
              </w:rPr>
              <w:t xml:space="preserve">Yayan </w:t>
            </w:r>
            <w:proofErr w:type="spellStart"/>
            <w:r w:rsidR="00C9093D">
              <w:rPr>
                <w:sz w:val="18"/>
              </w:rPr>
              <w:t>Hanapi</w:t>
            </w:r>
            <w:proofErr w:type="spellEnd"/>
          </w:p>
        </w:tc>
      </w:tr>
      <w:tr w:rsidR="00021266" w14:paraId="316F1BFE" w14:textId="77777777">
        <w:trPr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B44E87" w14:textId="72DADB7D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Mahasiswa</w:t>
            </w:r>
            <w:proofErr w:type="spellEnd"/>
            <w:r>
              <w:rPr>
                <w:b/>
                <w:sz w:val="18"/>
              </w:rPr>
              <w:t xml:space="preserve"> yang </w:t>
            </w:r>
            <w:proofErr w:type="spellStart"/>
            <w:r w:rsidR="009F7E46">
              <w:rPr>
                <w:b/>
                <w:sz w:val="18"/>
              </w:rPr>
              <w:t>terlibat</w:t>
            </w:r>
            <w:proofErr w:type="spellEnd"/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3564F7" w14:textId="7A2341CB" w:rsidR="00021266" w:rsidRDefault="00000000">
            <w:pPr>
              <w:spacing w:after="0"/>
            </w:pPr>
            <w:r>
              <w:rPr>
                <w:sz w:val="18"/>
              </w:rPr>
              <w:t>1.</w:t>
            </w:r>
            <w:r w:rsidR="00D07E0C">
              <w:rPr>
                <w:sz w:val="18"/>
              </w:rPr>
              <w:t xml:space="preserve"> G</w:t>
            </w:r>
            <w:r w:rsidR="00D07E0C" w:rsidRPr="00D07E0C">
              <w:rPr>
                <w:sz w:val="18"/>
              </w:rPr>
              <w:t>eovani gunawan</w:t>
            </w:r>
            <w:r>
              <w:rPr>
                <w:sz w:val="18"/>
              </w:rPr>
              <w:t xml:space="preserve"> </w:t>
            </w:r>
          </w:p>
        </w:tc>
      </w:tr>
      <w:tr w:rsidR="00021266" w14:paraId="298F090F" w14:textId="77777777">
        <w:trPr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91A4F6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>Kelompok Riset (jika sudah terbentuk)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722200" w14:textId="77777777" w:rsidR="00021266" w:rsidRDefault="00000000">
            <w:pPr>
              <w:spacing w:after="0"/>
            </w:pPr>
            <w:r>
              <w:rPr>
                <w:sz w:val="18"/>
              </w:rPr>
              <w:t>........................................................................................................................</w:t>
            </w:r>
          </w:p>
        </w:tc>
      </w:tr>
      <w:tr w:rsidR="00021266" w14:paraId="7977532B" w14:textId="77777777">
        <w:trPr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5B3A9F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>Lama Pelaksanaan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E4CC1E" w14:textId="32DC10CE" w:rsidR="00021266" w:rsidRDefault="00D07E0C">
            <w:pPr>
              <w:spacing w:after="0"/>
            </w:pPr>
            <w:r>
              <w:rPr>
                <w:sz w:val="18"/>
              </w:rPr>
              <w:t xml:space="preserve">6 </w:t>
            </w:r>
            <w:proofErr w:type="spellStart"/>
            <w:r>
              <w:rPr>
                <w:sz w:val="18"/>
              </w:rPr>
              <w:t>bulan</w:t>
            </w:r>
            <w:proofErr w:type="spellEnd"/>
          </w:p>
        </w:tc>
      </w:tr>
      <w:tr w:rsidR="00021266" w14:paraId="56F69044" w14:textId="77777777">
        <w:trPr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BE8244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>Dana yang Diusulkan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986F67" w14:textId="7924C93C" w:rsidR="00021266" w:rsidRDefault="00000000">
            <w:pPr>
              <w:spacing w:after="0"/>
            </w:pPr>
            <w:r>
              <w:rPr>
                <w:sz w:val="18"/>
              </w:rPr>
              <w:t xml:space="preserve">Rp </w:t>
            </w:r>
            <w:r w:rsidR="00D07E0C">
              <w:rPr>
                <w:sz w:val="18"/>
              </w:rPr>
              <w:t>2.000.000</w:t>
            </w:r>
          </w:p>
        </w:tc>
      </w:tr>
    </w:tbl>
    <w:p w14:paraId="4C097657" w14:textId="77777777" w:rsidR="00021266" w:rsidRPr="003F1B29" w:rsidRDefault="00000000">
      <w:pPr>
        <w:spacing w:before="160" w:after="100"/>
        <w:rPr>
          <w:lang w:val="nb-NO"/>
        </w:rPr>
      </w:pPr>
      <w:r w:rsidRPr="003F1B29">
        <w:rPr>
          <w:b/>
          <w:sz w:val="24"/>
          <w:lang w:val="nb-NO"/>
        </w:rPr>
        <w:t>B. KESESUAIAN DENGAN RENSTRA PENELITIAN DAN PkM</w:t>
      </w:r>
    </w:p>
    <w:p w14:paraId="220DC831" w14:textId="3B90BDFE" w:rsidR="00021266" w:rsidRDefault="00000000">
      <w:r>
        <w:rPr>
          <w:i/>
          <w:sz w:val="19"/>
        </w:rPr>
        <w:t xml:space="preserve">Bagian </w:t>
      </w:r>
      <w:proofErr w:type="spellStart"/>
      <w:r>
        <w:rPr>
          <w:i/>
          <w:sz w:val="19"/>
        </w:rPr>
        <w:t>ini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dibuat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singkat</w:t>
      </w:r>
      <w:proofErr w:type="spellEnd"/>
      <w:r>
        <w:rPr>
          <w:i/>
          <w:sz w:val="19"/>
        </w:rPr>
        <w:t xml:space="preserve"> agar </w:t>
      </w:r>
      <w:proofErr w:type="spellStart"/>
      <w:r>
        <w:rPr>
          <w:i/>
          <w:sz w:val="19"/>
        </w:rPr>
        <w:t>setiap</w:t>
      </w:r>
      <w:proofErr w:type="spellEnd"/>
      <w:r>
        <w:rPr>
          <w:i/>
          <w:sz w:val="19"/>
        </w:rPr>
        <w:t xml:space="preserve"> proposal </w:t>
      </w:r>
      <w:proofErr w:type="spellStart"/>
      <w:r>
        <w:rPr>
          <w:i/>
          <w:sz w:val="19"/>
        </w:rPr>
        <w:t>dapat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langsung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dipetakan</w:t>
      </w:r>
      <w:proofErr w:type="spellEnd"/>
      <w:r>
        <w:rPr>
          <w:i/>
          <w:sz w:val="19"/>
        </w:rPr>
        <w:t xml:space="preserve"> </w:t>
      </w:r>
      <w:r w:rsidR="009F7E46">
        <w:rPr>
          <w:i/>
          <w:sz w:val="19"/>
        </w:rPr>
        <w:t>pada</w:t>
      </w:r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arah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penelitian</w:t>
      </w:r>
      <w:proofErr w:type="spellEnd"/>
      <w:r>
        <w:rPr>
          <w:i/>
          <w:sz w:val="19"/>
        </w:rPr>
        <w:t xml:space="preserve"> Universitas Gorontalo.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61"/>
        <w:gridCol w:w="4561"/>
      </w:tblGrid>
      <w:tr w:rsidR="00021266" w14:paraId="315D4514" w14:textId="77777777">
        <w:trPr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C5B873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Bidang</w:t>
            </w:r>
            <w:proofErr w:type="spell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Rumpun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Unggulan</w:t>
            </w:r>
            <w:proofErr w:type="spellEnd"/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CC5B40" w14:textId="77777777" w:rsidR="009F7E46" w:rsidRDefault="00000000" w:rsidP="009F7E46">
            <w:pPr>
              <w:spacing w:after="0"/>
              <w:rPr>
                <w:sz w:val="18"/>
              </w:rPr>
            </w:pPr>
            <w:sdt>
              <w:sdtPr>
                <w:rPr>
                  <w:sz w:val="18"/>
                </w:rPr>
                <w:id w:val="7321256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</w:t>
            </w:r>
            <w:proofErr w:type="spellStart"/>
            <w:r w:rsidR="009F7E46">
              <w:rPr>
                <w:sz w:val="18"/>
              </w:rPr>
              <w:t>Pertanian</w:t>
            </w:r>
            <w:proofErr w:type="spellEnd"/>
            <w:r w:rsidR="009F7E46">
              <w:rPr>
                <w:sz w:val="18"/>
              </w:rPr>
              <w:t xml:space="preserve"> &amp; Pangan  </w:t>
            </w:r>
            <w:sdt>
              <w:sdtPr>
                <w:rPr>
                  <w:sz w:val="18"/>
                </w:rPr>
                <w:id w:val="2675941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</w:t>
            </w:r>
            <w:proofErr w:type="spellStart"/>
            <w:r w:rsidR="009F7E46">
              <w:rPr>
                <w:sz w:val="18"/>
              </w:rPr>
              <w:t>Perikanan</w:t>
            </w:r>
            <w:proofErr w:type="spellEnd"/>
            <w:r w:rsidR="009F7E46">
              <w:rPr>
                <w:sz w:val="18"/>
              </w:rPr>
              <w:t xml:space="preserve"> &amp; </w:t>
            </w:r>
            <w:proofErr w:type="spellStart"/>
            <w:r w:rsidR="009F7E46">
              <w:rPr>
                <w:sz w:val="18"/>
              </w:rPr>
              <w:t>Kelautan</w:t>
            </w:r>
            <w:proofErr w:type="spellEnd"/>
            <w:r w:rsidR="009F7E46">
              <w:rPr>
                <w:sz w:val="18"/>
              </w:rPr>
              <w:t xml:space="preserve">  </w:t>
            </w:r>
            <w:sdt>
              <w:sdtPr>
                <w:rPr>
                  <w:sz w:val="18"/>
                </w:rPr>
                <w:id w:val="184142088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</w:t>
            </w:r>
            <w:proofErr w:type="spellStart"/>
            <w:r w:rsidR="009F7E46">
              <w:rPr>
                <w:sz w:val="18"/>
              </w:rPr>
              <w:t>Lingkungan</w:t>
            </w:r>
            <w:proofErr w:type="spellEnd"/>
          </w:p>
          <w:p w14:paraId="0D41D38B" w14:textId="36BC47F6" w:rsidR="00021266" w:rsidRDefault="00000000" w:rsidP="009F7E46">
            <w:pPr>
              <w:spacing w:after="0"/>
            </w:pPr>
            <w:sdt>
              <w:sdtPr>
                <w:rPr>
                  <w:sz w:val="18"/>
                </w:rPr>
                <w:id w:val="-13880964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Kesehatan  </w:t>
            </w:r>
            <w:sdt>
              <w:sdtPr>
                <w:rPr>
                  <w:sz w:val="18"/>
                </w:rPr>
                <w:id w:val="18084299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Pendidikan</w:t>
            </w:r>
            <w:r w:rsidR="009F7E46">
              <w:rPr>
                <w:sz w:val="18"/>
              </w:rPr>
              <w:br/>
            </w:r>
            <w:sdt>
              <w:sdtPr>
                <w:rPr>
                  <w:sz w:val="18"/>
                </w:rPr>
                <w:id w:val="-14540158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Ekonomi &amp; UMKM  </w:t>
            </w:r>
            <w:sdt>
              <w:sdtPr>
                <w:rPr>
                  <w:sz w:val="18"/>
                </w:rPr>
                <w:id w:val="56660978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</w:t>
            </w:r>
            <w:proofErr w:type="spellStart"/>
            <w:r w:rsidR="009F7E46">
              <w:rPr>
                <w:sz w:val="18"/>
              </w:rPr>
              <w:t>Pariwisata</w:t>
            </w:r>
            <w:proofErr w:type="spellEnd"/>
            <w:r w:rsidR="009F7E46">
              <w:rPr>
                <w:sz w:val="18"/>
              </w:rPr>
              <w:t xml:space="preserve">  </w:t>
            </w:r>
            <w:sdt>
              <w:sdtPr>
                <w:rPr>
                  <w:sz w:val="18"/>
                </w:rPr>
                <w:id w:val="-8252069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 </w:t>
            </w:r>
            <w:proofErr w:type="spellStart"/>
            <w:r w:rsidR="009F7E46">
              <w:rPr>
                <w:sz w:val="18"/>
              </w:rPr>
              <w:t>Teknologi</w:t>
            </w:r>
            <w:proofErr w:type="spellEnd"/>
            <w:r w:rsidR="009F7E46">
              <w:rPr>
                <w:sz w:val="18"/>
              </w:rPr>
              <w:t xml:space="preserve"> &amp; </w:t>
            </w:r>
            <w:proofErr w:type="spellStart"/>
            <w:r w:rsidR="009F7E46">
              <w:rPr>
                <w:sz w:val="18"/>
              </w:rPr>
              <w:t>Digitalisasi</w:t>
            </w:r>
            <w:proofErr w:type="spellEnd"/>
            <w:r w:rsidR="009F7E46">
              <w:rPr>
                <w:sz w:val="18"/>
              </w:rPr>
              <w:t xml:space="preserve">  </w:t>
            </w:r>
            <w:sdt>
              <w:sdtPr>
                <w:rPr>
                  <w:sz w:val="18"/>
                </w:rPr>
                <w:id w:val="125107416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 </w:t>
            </w:r>
            <w:proofErr w:type="spellStart"/>
            <w:r w:rsidR="009F7E46">
              <w:rPr>
                <w:sz w:val="18"/>
              </w:rPr>
              <w:t>Sosial</w:t>
            </w:r>
            <w:proofErr w:type="spellEnd"/>
            <w:r w:rsidR="009F7E46">
              <w:rPr>
                <w:sz w:val="18"/>
              </w:rPr>
              <w:t xml:space="preserve"> </w:t>
            </w:r>
            <w:proofErr w:type="spellStart"/>
            <w:r w:rsidR="009F7E46">
              <w:rPr>
                <w:sz w:val="18"/>
              </w:rPr>
              <w:t>Budaya</w:t>
            </w:r>
            <w:proofErr w:type="spellEnd"/>
            <w:r w:rsidR="009F7E46">
              <w:rPr>
                <w:sz w:val="18"/>
              </w:rPr>
              <w:t xml:space="preserve">  </w:t>
            </w:r>
            <w:sdt>
              <w:sdtPr>
                <w:rPr>
                  <w:sz w:val="18"/>
                </w:rPr>
                <w:id w:val="-143898808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Pembangunan Desa  </w:t>
            </w:r>
            <w:sdt>
              <w:sdtPr>
                <w:rPr>
                  <w:sz w:val="18"/>
                </w:rPr>
                <w:id w:val="201950111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 </w:t>
            </w:r>
            <w:proofErr w:type="spellStart"/>
            <w:r w:rsidR="009F7E46">
              <w:rPr>
                <w:sz w:val="18"/>
              </w:rPr>
              <w:t>Lainnya</w:t>
            </w:r>
            <w:proofErr w:type="spellEnd"/>
            <w:r w:rsidR="009F7E46">
              <w:rPr>
                <w:sz w:val="18"/>
              </w:rPr>
              <w:t xml:space="preserve">: </w:t>
            </w:r>
            <w:r w:rsidR="00D07E0C">
              <w:rPr>
                <w:sz w:val="18"/>
              </w:rPr>
              <w:t>Hukum</w:t>
            </w:r>
          </w:p>
        </w:tc>
      </w:tr>
      <w:tr w:rsidR="00021266" w14:paraId="49DD1A47" w14:textId="77777777">
        <w:trPr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2FD1FA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>Tema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97491F" w14:textId="11A6B584" w:rsidR="00021266" w:rsidRDefault="00D07E0C">
            <w:pPr>
              <w:spacing w:after="0"/>
            </w:pPr>
            <w:proofErr w:type="spellStart"/>
            <w:r w:rsidRPr="00557572">
              <w:rPr>
                <w:rFonts w:cs="Arial"/>
                <w:b/>
                <w:bCs/>
                <w:sz w:val="18"/>
                <w:szCs w:val="18"/>
              </w:rPr>
              <w:t>Dalam</w:t>
            </w:r>
            <w:proofErr w:type="spellEnd"/>
            <w:r w:rsidRPr="00557572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7572">
              <w:rPr>
                <w:rFonts w:cs="Arial"/>
                <w:b/>
                <w:bCs/>
                <w:sz w:val="18"/>
                <w:szCs w:val="18"/>
              </w:rPr>
              <w:t>Perspektif</w:t>
            </w:r>
            <w:proofErr w:type="spellEnd"/>
            <w:r w:rsidRPr="00557572">
              <w:rPr>
                <w:rFonts w:cs="Arial"/>
                <w:b/>
                <w:bCs/>
                <w:sz w:val="18"/>
                <w:szCs w:val="18"/>
              </w:rPr>
              <w:t xml:space="preserve"> Hukum Islam Dan Hukum Positif</w:t>
            </w:r>
          </w:p>
        </w:tc>
      </w:tr>
      <w:tr w:rsidR="00021266" w14:paraId="5C5D5C20" w14:textId="77777777">
        <w:trPr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4604D6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>Subtema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3466ED" w14:textId="71027BD9" w:rsidR="00021266" w:rsidRDefault="00D07E0C">
            <w:pPr>
              <w:spacing w:after="0"/>
            </w:pPr>
            <w:proofErr w:type="spellStart"/>
            <w:r w:rsidRPr="00557572">
              <w:rPr>
                <w:rFonts w:cs="Arial"/>
                <w:b/>
                <w:bCs/>
                <w:sz w:val="18"/>
                <w:szCs w:val="18"/>
              </w:rPr>
              <w:t>Penyelesaian</w:t>
            </w:r>
            <w:proofErr w:type="spellEnd"/>
            <w:r w:rsidRPr="00557572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7572">
              <w:rPr>
                <w:rFonts w:cs="Arial"/>
                <w:b/>
                <w:bCs/>
                <w:sz w:val="18"/>
                <w:szCs w:val="18"/>
              </w:rPr>
              <w:t>Sengketa</w:t>
            </w:r>
            <w:proofErr w:type="spellEnd"/>
            <w:r w:rsidRPr="00557572">
              <w:rPr>
                <w:rFonts w:cs="Arial"/>
                <w:b/>
                <w:bCs/>
                <w:sz w:val="18"/>
                <w:szCs w:val="18"/>
              </w:rPr>
              <w:t xml:space="preserve"> Tanah </w:t>
            </w:r>
            <w:proofErr w:type="spellStart"/>
            <w:r w:rsidRPr="00557572">
              <w:rPr>
                <w:rFonts w:cs="Arial"/>
                <w:b/>
                <w:bCs/>
                <w:sz w:val="18"/>
                <w:szCs w:val="18"/>
              </w:rPr>
              <w:t>Wakaf</w:t>
            </w:r>
            <w:proofErr w:type="spellEnd"/>
            <w:r w:rsidRPr="00557572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7572">
              <w:rPr>
                <w:rFonts w:cs="Arial"/>
                <w:b/>
                <w:bCs/>
                <w:sz w:val="18"/>
                <w:szCs w:val="18"/>
              </w:rPr>
              <w:t>Akibat</w:t>
            </w:r>
            <w:proofErr w:type="spellEnd"/>
            <w:r w:rsidRPr="00557572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57572">
              <w:rPr>
                <w:rFonts w:cs="Arial"/>
                <w:b/>
                <w:bCs/>
                <w:sz w:val="18"/>
                <w:szCs w:val="18"/>
              </w:rPr>
              <w:t>Wakaf</w:t>
            </w:r>
            <w:proofErr w:type="spellEnd"/>
          </w:p>
        </w:tc>
      </w:tr>
      <w:tr w:rsidR="00021266" w14:paraId="1F3DBC82" w14:textId="77777777">
        <w:trPr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A42327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>Tahap dalam Roadmap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1B95D9" w14:textId="0F67E26B" w:rsidR="009F7E46" w:rsidRDefault="00000000">
            <w:pPr>
              <w:spacing w:after="0"/>
              <w:rPr>
                <w:sz w:val="18"/>
              </w:rPr>
            </w:pPr>
            <w:sdt>
              <w:sdtPr>
                <w:rPr>
                  <w:sz w:val="18"/>
                </w:rPr>
                <w:id w:val="-1163698814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 w:rsidR="00D07E0C">
                  <w:rPr>
                    <w:rFonts w:ascii="Wingdings 2" w:hAnsi="Wingdings 2"/>
                    <w:sz w:val="18"/>
                  </w:rPr>
                  <w:t>R</w:t>
                </w:r>
              </w:sdtContent>
            </w:sdt>
            <w:r w:rsidR="009F7E46">
              <w:rPr>
                <w:sz w:val="18"/>
              </w:rPr>
              <w:t xml:space="preserve"> </w:t>
            </w:r>
            <w:proofErr w:type="spellStart"/>
            <w:r w:rsidR="009F7E46">
              <w:rPr>
                <w:sz w:val="18"/>
              </w:rPr>
              <w:t>Identifikasi</w:t>
            </w:r>
            <w:proofErr w:type="spellEnd"/>
            <w:r w:rsidR="009F7E46">
              <w:rPr>
                <w:sz w:val="18"/>
              </w:rPr>
              <w:t xml:space="preserve">/Baseline  </w:t>
            </w:r>
            <w:sdt>
              <w:sdtPr>
                <w:rPr>
                  <w:sz w:val="18"/>
                </w:rPr>
                <w:id w:val="192568671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</w:t>
            </w:r>
            <w:proofErr w:type="spellStart"/>
            <w:r w:rsidR="009F7E46">
              <w:rPr>
                <w:sz w:val="18"/>
              </w:rPr>
              <w:t>Eksploratif</w:t>
            </w:r>
            <w:proofErr w:type="spellEnd"/>
            <w:r w:rsidR="009F7E46">
              <w:rPr>
                <w:sz w:val="18"/>
              </w:rPr>
              <w:t xml:space="preserve">/Dasar  </w:t>
            </w:r>
            <w:sdt>
              <w:sdtPr>
                <w:rPr>
                  <w:sz w:val="18"/>
                </w:rPr>
                <w:id w:val="153985861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</w:t>
            </w:r>
            <w:proofErr w:type="spellStart"/>
            <w:r w:rsidR="009F7E46">
              <w:rPr>
                <w:sz w:val="18"/>
              </w:rPr>
              <w:t>Terapan</w:t>
            </w:r>
            <w:proofErr w:type="spellEnd"/>
            <w:r w:rsidR="009F7E46">
              <w:rPr>
                <w:sz w:val="18"/>
              </w:rPr>
              <w:t xml:space="preserve"> </w:t>
            </w:r>
          </w:p>
          <w:p w14:paraId="27E53562" w14:textId="093F1EDC" w:rsidR="00021266" w:rsidRDefault="00000000">
            <w:pPr>
              <w:spacing w:after="0"/>
            </w:pPr>
            <w:sdt>
              <w:sdtPr>
                <w:rPr>
                  <w:sz w:val="18"/>
                </w:rPr>
                <w:id w:val="20478780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</w:t>
            </w:r>
            <w:proofErr w:type="spellStart"/>
            <w:r w:rsidR="009F7E46">
              <w:rPr>
                <w:sz w:val="18"/>
              </w:rPr>
              <w:t>Pengembangan</w:t>
            </w:r>
            <w:proofErr w:type="spellEnd"/>
            <w:r w:rsidR="009F7E46">
              <w:rPr>
                <w:sz w:val="18"/>
              </w:rPr>
              <w:br/>
            </w:r>
            <w:sdt>
              <w:sdtPr>
                <w:rPr>
                  <w:sz w:val="18"/>
                </w:rPr>
                <w:id w:val="-10542323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</w:t>
            </w:r>
            <w:proofErr w:type="spellStart"/>
            <w:r w:rsidR="009F7E46">
              <w:rPr>
                <w:sz w:val="18"/>
              </w:rPr>
              <w:t>Validasi</w:t>
            </w:r>
            <w:proofErr w:type="spellEnd"/>
            <w:r w:rsidR="009F7E46">
              <w:rPr>
                <w:sz w:val="18"/>
              </w:rPr>
              <w:t xml:space="preserve">  </w:t>
            </w:r>
            <w:sdt>
              <w:sdtPr>
                <w:rPr>
                  <w:sz w:val="18"/>
                </w:rPr>
                <w:id w:val="-12133449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</w:t>
            </w:r>
            <w:proofErr w:type="spellStart"/>
            <w:r w:rsidR="009F7E46">
              <w:rPr>
                <w:sz w:val="18"/>
              </w:rPr>
              <w:t>Proteksi</w:t>
            </w:r>
            <w:proofErr w:type="spellEnd"/>
            <w:r w:rsidR="009F7E46">
              <w:rPr>
                <w:sz w:val="18"/>
              </w:rPr>
              <w:t xml:space="preserve"> HKI  </w:t>
            </w:r>
            <w:sdt>
              <w:sdtPr>
                <w:rPr>
                  <w:sz w:val="18"/>
                </w:rPr>
                <w:id w:val="-7758641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</w:t>
            </w:r>
            <w:proofErr w:type="spellStart"/>
            <w:r w:rsidR="009F7E46">
              <w:rPr>
                <w:sz w:val="18"/>
              </w:rPr>
              <w:t>Hilirisasi</w:t>
            </w:r>
            <w:proofErr w:type="spellEnd"/>
            <w:r w:rsidR="009F7E46">
              <w:rPr>
                <w:sz w:val="18"/>
              </w:rPr>
              <w:t>/</w:t>
            </w:r>
            <w:proofErr w:type="spellStart"/>
            <w:r w:rsidR="009F7E46">
              <w:rPr>
                <w:sz w:val="18"/>
              </w:rPr>
              <w:t>Pemanfaatan</w:t>
            </w:r>
            <w:proofErr w:type="spellEnd"/>
            <w:r w:rsidR="009F7E46">
              <w:rPr>
                <w:sz w:val="18"/>
              </w:rPr>
              <w:t xml:space="preserve">  </w:t>
            </w:r>
            <w:sdt>
              <w:sdtPr>
                <w:rPr>
                  <w:sz w:val="18"/>
                </w:rPr>
                <w:id w:val="4471257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F7E46">
              <w:rPr>
                <w:sz w:val="18"/>
              </w:rPr>
              <w:t xml:space="preserve">  </w:t>
            </w:r>
            <w:proofErr w:type="spellStart"/>
            <w:r w:rsidR="009F7E46">
              <w:rPr>
                <w:sz w:val="18"/>
              </w:rPr>
              <w:t>Dampak</w:t>
            </w:r>
            <w:proofErr w:type="spellEnd"/>
          </w:p>
        </w:tc>
      </w:tr>
      <w:tr w:rsidR="00021266" w14:paraId="7A3B3217" w14:textId="77777777">
        <w:trPr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757AC8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b/>
                <w:sz w:val="18"/>
                <w:lang w:val="nb-NO"/>
              </w:rPr>
              <w:t>Keterkaitan dengan Potensi/Permasalahan Gorontalo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F3FCF0" w14:textId="12168F79" w:rsidR="00021266" w:rsidRDefault="00D07E0C" w:rsidP="00D07E0C">
            <w:pPr>
              <w:spacing w:after="0"/>
              <w:jc w:val="both"/>
            </w:pPr>
            <w:r w:rsidRPr="00D07E0C">
              <w:rPr>
                <w:sz w:val="18"/>
              </w:rPr>
              <w:t xml:space="preserve">Gorontalo </w:t>
            </w:r>
            <w:proofErr w:type="spellStart"/>
            <w:r w:rsidRPr="00D07E0C">
              <w:rPr>
                <w:sz w:val="18"/>
              </w:rPr>
              <w:t>dikenal</w:t>
            </w:r>
            <w:proofErr w:type="spellEnd"/>
            <w:r w:rsidRPr="00D07E0C">
              <w:rPr>
                <w:sz w:val="18"/>
              </w:rPr>
              <w:t xml:space="preserve"> </w:t>
            </w:r>
            <w:proofErr w:type="spellStart"/>
            <w:r w:rsidRPr="00D07E0C">
              <w:rPr>
                <w:sz w:val="18"/>
              </w:rPr>
              <w:t>sebagai</w:t>
            </w:r>
            <w:proofErr w:type="spellEnd"/>
            <w:r w:rsidRPr="00D07E0C">
              <w:rPr>
                <w:sz w:val="18"/>
              </w:rPr>
              <w:t xml:space="preserve"> </w:t>
            </w:r>
            <w:proofErr w:type="spellStart"/>
            <w:r w:rsidRPr="00D07E0C">
              <w:rPr>
                <w:sz w:val="18"/>
              </w:rPr>
              <w:t>daerah</w:t>
            </w:r>
            <w:proofErr w:type="spellEnd"/>
            <w:r w:rsidRPr="00D07E0C">
              <w:rPr>
                <w:sz w:val="18"/>
              </w:rPr>
              <w:t xml:space="preserve"> </w:t>
            </w:r>
            <w:proofErr w:type="spellStart"/>
            <w:r w:rsidRPr="00D07E0C">
              <w:rPr>
                <w:sz w:val="18"/>
              </w:rPr>
              <w:t>dengan</w:t>
            </w:r>
            <w:proofErr w:type="spellEnd"/>
            <w:r w:rsidRPr="00D07E0C">
              <w:rPr>
                <w:sz w:val="18"/>
              </w:rPr>
              <w:t xml:space="preserve"> </w:t>
            </w:r>
            <w:proofErr w:type="spellStart"/>
            <w:r w:rsidRPr="00D07E0C">
              <w:rPr>
                <w:sz w:val="18"/>
              </w:rPr>
              <w:t>tradisi</w:t>
            </w:r>
            <w:proofErr w:type="spellEnd"/>
            <w:r w:rsidRPr="00D07E0C">
              <w:rPr>
                <w:sz w:val="18"/>
              </w:rPr>
              <w:t xml:space="preserve"> Islam yang </w:t>
            </w:r>
            <w:proofErr w:type="spellStart"/>
            <w:r w:rsidRPr="00D07E0C">
              <w:rPr>
                <w:sz w:val="18"/>
              </w:rPr>
              <w:t>kuat</w:t>
            </w:r>
            <w:proofErr w:type="spellEnd"/>
            <w:r w:rsidRPr="00D07E0C">
              <w:rPr>
                <w:sz w:val="18"/>
              </w:rPr>
              <w:t xml:space="preserve">, </w:t>
            </w:r>
            <w:proofErr w:type="spellStart"/>
            <w:r w:rsidRPr="00D07E0C">
              <w:rPr>
                <w:sz w:val="18"/>
              </w:rPr>
              <w:t>sehingga</w:t>
            </w:r>
            <w:proofErr w:type="spellEnd"/>
            <w:r w:rsidRPr="00D07E0C">
              <w:rPr>
                <w:sz w:val="18"/>
              </w:rPr>
              <w:t xml:space="preserve"> </w:t>
            </w:r>
            <w:proofErr w:type="spellStart"/>
            <w:r w:rsidRPr="00D07E0C">
              <w:rPr>
                <w:sz w:val="18"/>
              </w:rPr>
              <w:t>wakaf</w:t>
            </w:r>
            <w:proofErr w:type="spellEnd"/>
            <w:r w:rsidRPr="00D07E0C">
              <w:rPr>
                <w:sz w:val="18"/>
              </w:rPr>
              <w:t xml:space="preserve"> </w:t>
            </w:r>
            <w:proofErr w:type="spellStart"/>
            <w:r w:rsidRPr="00D07E0C">
              <w:rPr>
                <w:sz w:val="18"/>
              </w:rPr>
              <w:t>menjadi</w:t>
            </w:r>
            <w:proofErr w:type="spellEnd"/>
            <w:r w:rsidRPr="00D07E0C">
              <w:rPr>
                <w:sz w:val="18"/>
              </w:rPr>
              <w:t xml:space="preserve"> </w:t>
            </w:r>
            <w:proofErr w:type="spellStart"/>
            <w:r w:rsidRPr="00D07E0C">
              <w:rPr>
                <w:sz w:val="18"/>
              </w:rPr>
              <w:t>instrumen</w:t>
            </w:r>
            <w:proofErr w:type="spellEnd"/>
            <w:r w:rsidRPr="00D07E0C">
              <w:rPr>
                <w:sz w:val="18"/>
              </w:rPr>
              <w:t xml:space="preserve"> </w:t>
            </w:r>
            <w:proofErr w:type="spellStart"/>
            <w:r w:rsidRPr="00D07E0C">
              <w:rPr>
                <w:sz w:val="18"/>
              </w:rPr>
              <w:t>penting</w:t>
            </w:r>
            <w:proofErr w:type="spellEnd"/>
            <w:r w:rsidRPr="00D07E0C">
              <w:rPr>
                <w:sz w:val="18"/>
              </w:rPr>
              <w:t xml:space="preserve"> </w:t>
            </w:r>
            <w:proofErr w:type="spellStart"/>
            <w:r w:rsidRPr="00D07E0C">
              <w:rPr>
                <w:sz w:val="18"/>
              </w:rPr>
              <w:t>dalam</w:t>
            </w:r>
            <w:proofErr w:type="spellEnd"/>
            <w:r w:rsidRPr="00D07E0C">
              <w:rPr>
                <w:sz w:val="18"/>
              </w:rPr>
              <w:t xml:space="preserve"> </w:t>
            </w:r>
            <w:proofErr w:type="spellStart"/>
            <w:r w:rsidRPr="00D07E0C">
              <w:rPr>
                <w:sz w:val="18"/>
              </w:rPr>
              <w:t>pembangunan</w:t>
            </w:r>
            <w:proofErr w:type="spellEnd"/>
            <w:r w:rsidRPr="00D07E0C">
              <w:rPr>
                <w:sz w:val="18"/>
              </w:rPr>
              <w:t xml:space="preserve"> </w:t>
            </w:r>
            <w:proofErr w:type="spellStart"/>
            <w:r w:rsidRPr="00D07E0C">
              <w:rPr>
                <w:sz w:val="18"/>
              </w:rPr>
              <w:t>sosial</w:t>
            </w:r>
            <w:proofErr w:type="spellEnd"/>
          </w:p>
        </w:tc>
      </w:tr>
      <w:tr w:rsidR="00021266" w14:paraId="38FBE06C" w14:textId="77777777">
        <w:trPr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FD9151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b/>
                <w:sz w:val="18"/>
                <w:lang w:val="nb-NO"/>
              </w:rPr>
              <w:t>Keterkaitan dengan SDGs (jika relevan)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BCBF18" w14:textId="1E3B42A5" w:rsidR="00021266" w:rsidRDefault="00D07E0C" w:rsidP="00D07E0C">
            <w:pPr>
              <w:spacing w:after="0"/>
              <w:jc w:val="both"/>
            </w:pPr>
            <w:proofErr w:type="spellStart"/>
            <w:r w:rsidRPr="00D07E0C">
              <w:rPr>
                <w:sz w:val="19"/>
                <w:szCs w:val="20"/>
              </w:rPr>
              <w:t>Penyelesaian</w:t>
            </w:r>
            <w:proofErr w:type="spellEnd"/>
            <w:r w:rsidRPr="00D07E0C">
              <w:rPr>
                <w:sz w:val="19"/>
                <w:szCs w:val="20"/>
              </w:rPr>
              <w:t xml:space="preserve"> </w:t>
            </w:r>
            <w:proofErr w:type="spellStart"/>
            <w:r w:rsidRPr="00D07E0C">
              <w:rPr>
                <w:sz w:val="19"/>
                <w:szCs w:val="20"/>
              </w:rPr>
              <w:t>sengketa</w:t>
            </w:r>
            <w:proofErr w:type="spellEnd"/>
            <w:r w:rsidRPr="00D07E0C">
              <w:rPr>
                <w:sz w:val="19"/>
                <w:szCs w:val="20"/>
              </w:rPr>
              <w:t xml:space="preserve"> </w:t>
            </w:r>
            <w:proofErr w:type="spellStart"/>
            <w:r w:rsidRPr="00D07E0C">
              <w:rPr>
                <w:sz w:val="19"/>
                <w:szCs w:val="20"/>
              </w:rPr>
              <w:t>wakaf</w:t>
            </w:r>
            <w:proofErr w:type="spellEnd"/>
            <w:r w:rsidRPr="00D07E0C">
              <w:rPr>
                <w:sz w:val="19"/>
                <w:szCs w:val="20"/>
              </w:rPr>
              <w:t xml:space="preserve"> </w:t>
            </w:r>
            <w:proofErr w:type="spellStart"/>
            <w:r w:rsidRPr="00D07E0C">
              <w:rPr>
                <w:sz w:val="19"/>
                <w:szCs w:val="20"/>
              </w:rPr>
              <w:t>melalui</w:t>
            </w:r>
            <w:proofErr w:type="spellEnd"/>
            <w:r w:rsidRPr="00D07E0C">
              <w:rPr>
                <w:sz w:val="19"/>
                <w:szCs w:val="20"/>
              </w:rPr>
              <w:t xml:space="preserve"> </w:t>
            </w:r>
            <w:proofErr w:type="spellStart"/>
            <w:r w:rsidRPr="00D07E0C">
              <w:rPr>
                <w:sz w:val="19"/>
                <w:szCs w:val="20"/>
              </w:rPr>
              <w:t>pengadilan</w:t>
            </w:r>
            <w:proofErr w:type="spellEnd"/>
            <w:r w:rsidRPr="00D07E0C">
              <w:rPr>
                <w:sz w:val="19"/>
                <w:szCs w:val="20"/>
              </w:rPr>
              <w:t xml:space="preserve"> agama </w:t>
            </w:r>
            <w:proofErr w:type="spellStart"/>
            <w:r w:rsidRPr="00D07E0C">
              <w:rPr>
                <w:sz w:val="19"/>
                <w:szCs w:val="20"/>
              </w:rPr>
              <w:t>mencerminkan</w:t>
            </w:r>
            <w:proofErr w:type="spellEnd"/>
            <w:r w:rsidRPr="00D07E0C">
              <w:rPr>
                <w:sz w:val="19"/>
                <w:szCs w:val="20"/>
              </w:rPr>
              <w:t xml:space="preserve"> </w:t>
            </w:r>
            <w:proofErr w:type="spellStart"/>
            <w:r w:rsidRPr="00D07E0C">
              <w:rPr>
                <w:sz w:val="19"/>
                <w:szCs w:val="20"/>
              </w:rPr>
              <w:t>peran</w:t>
            </w:r>
            <w:proofErr w:type="spellEnd"/>
            <w:r w:rsidRPr="00D07E0C">
              <w:rPr>
                <w:sz w:val="19"/>
                <w:szCs w:val="20"/>
              </w:rPr>
              <w:t xml:space="preserve"> </w:t>
            </w:r>
            <w:proofErr w:type="spellStart"/>
            <w:r w:rsidRPr="00D07E0C">
              <w:rPr>
                <w:sz w:val="19"/>
                <w:szCs w:val="20"/>
              </w:rPr>
              <w:t>lembaga</w:t>
            </w:r>
            <w:proofErr w:type="spellEnd"/>
            <w:r w:rsidRPr="00D07E0C">
              <w:rPr>
                <w:sz w:val="19"/>
                <w:szCs w:val="20"/>
              </w:rPr>
              <w:t xml:space="preserve"> </w:t>
            </w:r>
            <w:proofErr w:type="spellStart"/>
            <w:r w:rsidRPr="00D07E0C">
              <w:rPr>
                <w:sz w:val="19"/>
                <w:szCs w:val="20"/>
              </w:rPr>
              <w:t>hukum</w:t>
            </w:r>
            <w:proofErr w:type="spellEnd"/>
            <w:r w:rsidRPr="00D07E0C">
              <w:rPr>
                <w:sz w:val="19"/>
                <w:szCs w:val="20"/>
              </w:rPr>
              <w:t xml:space="preserve"> </w:t>
            </w:r>
            <w:proofErr w:type="spellStart"/>
            <w:r w:rsidRPr="00D07E0C">
              <w:rPr>
                <w:sz w:val="19"/>
                <w:szCs w:val="20"/>
              </w:rPr>
              <w:t>dalam</w:t>
            </w:r>
            <w:proofErr w:type="spellEnd"/>
            <w:r w:rsidRPr="00D07E0C">
              <w:rPr>
                <w:sz w:val="19"/>
                <w:szCs w:val="20"/>
              </w:rPr>
              <w:t xml:space="preserve"> </w:t>
            </w:r>
            <w:proofErr w:type="spellStart"/>
            <w:r w:rsidRPr="00D07E0C">
              <w:rPr>
                <w:sz w:val="19"/>
                <w:szCs w:val="20"/>
              </w:rPr>
              <w:t>memberikan</w:t>
            </w:r>
            <w:proofErr w:type="spellEnd"/>
            <w:r w:rsidRPr="00D07E0C">
              <w:rPr>
                <w:sz w:val="19"/>
                <w:szCs w:val="20"/>
              </w:rPr>
              <w:t xml:space="preserve"> </w:t>
            </w:r>
            <w:proofErr w:type="spellStart"/>
            <w:r w:rsidRPr="00D07E0C">
              <w:rPr>
                <w:sz w:val="19"/>
                <w:szCs w:val="20"/>
              </w:rPr>
              <w:t>kepastian</w:t>
            </w:r>
            <w:proofErr w:type="spellEnd"/>
            <w:r w:rsidRPr="00D07E0C">
              <w:rPr>
                <w:sz w:val="19"/>
                <w:szCs w:val="20"/>
              </w:rPr>
              <w:t xml:space="preserve"> dan </w:t>
            </w:r>
            <w:proofErr w:type="spellStart"/>
            <w:r w:rsidRPr="00D07E0C">
              <w:rPr>
                <w:sz w:val="19"/>
                <w:szCs w:val="20"/>
              </w:rPr>
              <w:t>keadilan</w:t>
            </w:r>
            <w:proofErr w:type="spellEnd"/>
            <w:r w:rsidRPr="00D07E0C">
              <w:rPr>
                <w:sz w:val="19"/>
                <w:szCs w:val="20"/>
              </w:rPr>
              <w:t>.</w:t>
            </w:r>
          </w:p>
        </w:tc>
      </w:tr>
      <w:tr w:rsidR="00021266" w:rsidRPr="003F1B29" w14:paraId="49068CCB" w14:textId="77777777" w:rsidTr="003A3F46">
        <w:trPr>
          <w:trHeight w:val="72"/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DD6DDF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 xml:space="preserve">Sifat </w:t>
            </w:r>
            <w:proofErr w:type="spellStart"/>
            <w:r>
              <w:rPr>
                <w:b/>
                <w:sz w:val="18"/>
              </w:rPr>
              <w:t>Penelitian</w:t>
            </w:r>
            <w:proofErr w:type="spellEnd"/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4F57D4" w14:textId="788A75EC" w:rsidR="009F7E46" w:rsidRDefault="00000000">
            <w:pPr>
              <w:spacing w:after="0"/>
              <w:rPr>
                <w:sz w:val="18"/>
                <w:lang w:val="nb-NO"/>
              </w:rPr>
            </w:pPr>
            <w:sdt>
              <w:sdtPr>
                <w:rPr>
                  <w:sz w:val="18"/>
                  <w:lang w:val="nb-NO"/>
                </w:rPr>
                <w:id w:val="1044949569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 w:rsidR="00D07E0C">
                  <w:rPr>
                    <w:sz w:val="18"/>
                    <w:lang w:val="nb-NO"/>
                  </w:rPr>
                  <w:sym w:font="Wingdings 2" w:char="F052"/>
                </w:r>
              </w:sdtContent>
            </w:sdt>
            <w:r w:rsidR="009F7E46" w:rsidRPr="003F1B29">
              <w:rPr>
                <w:sz w:val="18"/>
                <w:lang w:val="nb-NO"/>
              </w:rPr>
              <w:t xml:space="preserve"> Individual  </w:t>
            </w:r>
            <w:sdt>
              <w:sdtPr>
                <w:rPr>
                  <w:sz w:val="18"/>
                  <w:lang w:val="nb-NO"/>
                </w:rPr>
                <w:id w:val="8629484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 w:rsidRPr="009F7E46">
                  <w:rPr>
                    <w:rFonts w:ascii="MS Gothic" w:eastAsia="MS Gothic" w:hAnsi="MS Gothic" w:hint="eastAsia"/>
                    <w:sz w:val="18"/>
                    <w:lang w:val="nb-NO"/>
                  </w:rPr>
                  <w:t>☐</w:t>
                </w:r>
              </w:sdtContent>
            </w:sdt>
            <w:r w:rsidR="009F7E46" w:rsidRPr="003F1B29">
              <w:rPr>
                <w:sz w:val="18"/>
                <w:lang w:val="nb-NO"/>
              </w:rPr>
              <w:t xml:space="preserve"> Kelompok Riset  </w:t>
            </w:r>
            <w:sdt>
              <w:sdtPr>
                <w:rPr>
                  <w:sz w:val="18"/>
                  <w:lang w:val="nb-NO"/>
                </w:rPr>
                <w:id w:val="3319596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 w:rsidRPr="009F7E46">
                  <w:rPr>
                    <w:rFonts w:ascii="MS Gothic" w:eastAsia="MS Gothic" w:hAnsi="MS Gothic" w:hint="eastAsia"/>
                    <w:sz w:val="18"/>
                    <w:lang w:val="nb-NO"/>
                  </w:rPr>
                  <w:t>☐</w:t>
                </w:r>
              </w:sdtContent>
            </w:sdt>
            <w:r w:rsidR="009F7E46" w:rsidRPr="003F1B29">
              <w:rPr>
                <w:sz w:val="18"/>
                <w:lang w:val="nb-NO"/>
              </w:rPr>
              <w:t xml:space="preserve"> Lintas Prodi/Multidisiplin </w:t>
            </w:r>
          </w:p>
          <w:p w14:paraId="16CCC74D" w14:textId="49E9434C" w:rsidR="00021266" w:rsidRPr="003F1B29" w:rsidRDefault="00000000">
            <w:pPr>
              <w:spacing w:after="0"/>
              <w:rPr>
                <w:lang w:val="nb-NO"/>
              </w:rPr>
            </w:pPr>
            <w:sdt>
              <w:sdtPr>
                <w:rPr>
                  <w:sz w:val="18"/>
                  <w:lang w:val="nb-NO"/>
                </w:rPr>
                <w:id w:val="3978659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F7E46" w:rsidRPr="009F7E46">
                  <w:rPr>
                    <w:rFonts w:ascii="MS Gothic" w:eastAsia="MS Gothic" w:hAnsi="MS Gothic" w:hint="eastAsia"/>
                    <w:sz w:val="18"/>
                    <w:lang w:val="nb-NO"/>
                  </w:rPr>
                  <w:t>☐</w:t>
                </w:r>
              </w:sdtContent>
            </w:sdt>
            <w:r w:rsidR="009F7E46" w:rsidRPr="003F1B29">
              <w:rPr>
                <w:sz w:val="18"/>
                <w:lang w:val="nb-NO"/>
              </w:rPr>
              <w:t xml:space="preserve"> Kolaborasi dengan Mitra</w:t>
            </w:r>
          </w:p>
        </w:tc>
      </w:tr>
    </w:tbl>
    <w:p w14:paraId="1B542DF3" w14:textId="77777777" w:rsidR="00021266" w:rsidRPr="003F1B29" w:rsidRDefault="00000000">
      <w:pPr>
        <w:spacing w:before="160" w:after="100"/>
        <w:rPr>
          <w:lang w:val="nb-NO"/>
        </w:rPr>
      </w:pPr>
      <w:r w:rsidRPr="003F1B29">
        <w:rPr>
          <w:b/>
          <w:sz w:val="24"/>
          <w:lang w:val="nb-NO"/>
        </w:rPr>
        <w:t>C. RINGKASAN</w:t>
      </w:r>
    </w:p>
    <w:p w14:paraId="2F3DB80D" w14:textId="22DC53F3" w:rsidR="00021266" w:rsidRPr="00FB4BDF" w:rsidRDefault="00EC28DF" w:rsidP="00FB4BDF">
      <w:pPr>
        <w:jc w:val="both"/>
        <w:rPr>
          <w:lang w:val="en-ID"/>
        </w:rPr>
      </w:pPr>
      <w:proofErr w:type="spellStart"/>
      <w:r w:rsidRPr="00EC28DF">
        <w:rPr>
          <w:lang w:val="en-ID"/>
        </w:rPr>
        <w:t>Penelitian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ini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dilatarbelakangi</w:t>
      </w:r>
      <w:proofErr w:type="spellEnd"/>
      <w:r w:rsidRPr="00EC28DF">
        <w:rPr>
          <w:lang w:val="en-ID"/>
        </w:rPr>
        <w:t xml:space="preserve"> oleh </w:t>
      </w:r>
      <w:proofErr w:type="spellStart"/>
      <w:r w:rsidRPr="00EC28DF">
        <w:rPr>
          <w:lang w:val="en-ID"/>
        </w:rPr>
        <w:t>masih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ditemukannya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sengketa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tanah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wakaf</w:t>
      </w:r>
      <w:proofErr w:type="spellEnd"/>
      <w:r w:rsidRPr="00EC28DF">
        <w:rPr>
          <w:lang w:val="en-ID"/>
        </w:rPr>
        <w:t xml:space="preserve"> yang </w:t>
      </w:r>
      <w:proofErr w:type="spellStart"/>
      <w:r w:rsidRPr="00EC28DF">
        <w:rPr>
          <w:lang w:val="en-ID"/>
        </w:rPr>
        <w:t>berkaitan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dengan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wakaf</w:t>
      </w:r>
      <w:proofErr w:type="spellEnd"/>
      <w:r w:rsidRPr="00EC28DF">
        <w:rPr>
          <w:lang w:val="en-ID"/>
        </w:rPr>
        <w:t xml:space="preserve"> yang </w:t>
      </w:r>
      <w:proofErr w:type="spellStart"/>
      <w:r w:rsidRPr="00EC28DF">
        <w:rPr>
          <w:lang w:val="en-ID"/>
        </w:rPr>
        <w:t>cacat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terutama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akibat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kelemahan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administrasi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tidak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lengkapnya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lastRenderedPageBreak/>
        <w:t>dokumen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wakaf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belum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optimalnya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pendaftaran</w:t>
      </w:r>
      <w:proofErr w:type="spellEnd"/>
      <w:r w:rsidRPr="00EC28DF">
        <w:rPr>
          <w:lang w:val="en-ID"/>
        </w:rPr>
        <w:t xml:space="preserve"> dan </w:t>
      </w:r>
      <w:proofErr w:type="spellStart"/>
      <w:r w:rsidRPr="00EC28DF">
        <w:rPr>
          <w:lang w:val="en-ID"/>
        </w:rPr>
        <w:t>sertifikasi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tanah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wakaf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serta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lemahnya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bukti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atas</w:t>
      </w:r>
      <w:proofErr w:type="spellEnd"/>
      <w:r w:rsidRPr="00EC28DF">
        <w:rPr>
          <w:lang w:val="en-ID"/>
        </w:rPr>
        <w:t xml:space="preserve"> status </w:t>
      </w:r>
      <w:proofErr w:type="spellStart"/>
      <w:r w:rsidRPr="00EC28DF">
        <w:rPr>
          <w:lang w:val="en-ID"/>
        </w:rPr>
        <w:t>tanah</w:t>
      </w:r>
      <w:proofErr w:type="spellEnd"/>
      <w:r w:rsidRPr="00EC28DF">
        <w:rPr>
          <w:lang w:val="en-ID"/>
        </w:rPr>
        <w:t xml:space="preserve"> yang </w:t>
      </w:r>
      <w:proofErr w:type="spellStart"/>
      <w:r w:rsidRPr="00EC28DF">
        <w:rPr>
          <w:lang w:val="en-ID"/>
        </w:rPr>
        <w:t>telah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diwakafkan</w:t>
      </w:r>
      <w:proofErr w:type="spellEnd"/>
      <w:r w:rsidRPr="00EC28DF">
        <w:rPr>
          <w:lang w:val="en-ID"/>
        </w:rPr>
        <w:t xml:space="preserve">. </w:t>
      </w:r>
      <w:proofErr w:type="spellStart"/>
      <w:r w:rsidRPr="00EC28DF">
        <w:rPr>
          <w:lang w:val="en-ID"/>
        </w:rPr>
        <w:t>Kondisi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tersebut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berpotensi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menimbulkan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ketidakpastian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konflik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dengan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ahli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waris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atau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pihak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ketiga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serta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menghambat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perlindungan</w:t>
      </w:r>
      <w:proofErr w:type="spellEnd"/>
      <w:r w:rsidRPr="00EC28DF">
        <w:rPr>
          <w:lang w:val="en-ID"/>
        </w:rPr>
        <w:t xml:space="preserve"> dan </w:t>
      </w:r>
      <w:proofErr w:type="spellStart"/>
      <w:r w:rsidRPr="00EC28DF">
        <w:rPr>
          <w:lang w:val="en-ID"/>
        </w:rPr>
        <w:t>keberlanjutan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pemanfaatan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aset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wakaf</w:t>
      </w:r>
      <w:proofErr w:type="spellEnd"/>
      <w:r w:rsidRPr="00EC28DF">
        <w:rPr>
          <w:lang w:val="en-ID"/>
        </w:rPr>
        <w:t xml:space="preserve">. </w:t>
      </w:r>
      <w:proofErr w:type="spellStart"/>
      <w:r w:rsidRPr="00EC28DF">
        <w:rPr>
          <w:lang w:val="en-ID"/>
        </w:rPr>
        <w:t>Permasalahan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tersebut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tercermin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dalam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sengketa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tanah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wakaf</w:t>
      </w:r>
      <w:proofErr w:type="spellEnd"/>
      <w:r w:rsidRPr="00EC28DF">
        <w:rPr>
          <w:lang w:val="en-ID"/>
        </w:rPr>
        <w:t xml:space="preserve"> masjid di </w:t>
      </w:r>
      <w:proofErr w:type="spellStart"/>
      <w:r w:rsidRPr="00EC28DF">
        <w:rPr>
          <w:lang w:val="en-ID"/>
        </w:rPr>
        <w:t>Kelurahan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Hutuo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Kecamatan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Limboto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Kabupaten</w:t>
      </w:r>
      <w:proofErr w:type="spellEnd"/>
      <w:r w:rsidRPr="00EC28DF">
        <w:rPr>
          <w:lang w:val="en-ID"/>
        </w:rPr>
        <w:t xml:space="preserve"> Gorontalo, </w:t>
      </w:r>
      <w:proofErr w:type="spellStart"/>
      <w:r w:rsidRPr="00EC28DF">
        <w:rPr>
          <w:lang w:val="en-ID"/>
        </w:rPr>
        <w:t>sehingga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diperlukan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kajian</w:t>
      </w:r>
      <w:proofErr w:type="spellEnd"/>
      <w:r w:rsidRPr="00EC28DF">
        <w:rPr>
          <w:lang w:val="en-ID"/>
        </w:rPr>
        <w:t xml:space="preserve"> yang </w:t>
      </w:r>
      <w:proofErr w:type="spellStart"/>
      <w:r w:rsidRPr="00EC28DF">
        <w:rPr>
          <w:lang w:val="en-ID"/>
        </w:rPr>
        <w:t>mampu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mengintegrasikan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perspektif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 Islam dan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positif</w:t>
      </w:r>
      <w:proofErr w:type="spellEnd"/>
      <w:r w:rsidRPr="00EC28DF">
        <w:rPr>
          <w:lang w:val="en-ID"/>
        </w:rPr>
        <w:t xml:space="preserve"> Indonesia.</w:t>
      </w:r>
      <w:r w:rsidR="00FB4B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Penelitian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ini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bertujuan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untuk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menganalisis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keabsahan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wakaf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tanah</w:t>
      </w:r>
      <w:proofErr w:type="spellEnd"/>
      <w:r w:rsidRPr="00EC28DF">
        <w:rPr>
          <w:lang w:val="en-ID"/>
        </w:rPr>
        <w:t xml:space="preserve"> yang </w:t>
      </w:r>
      <w:proofErr w:type="spellStart"/>
      <w:r w:rsidRPr="00EC28DF">
        <w:rPr>
          <w:lang w:val="en-ID"/>
        </w:rPr>
        <w:t>mengandung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cacat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berdasarkan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ketentuan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 Islam dan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positif</w:t>
      </w:r>
      <w:proofErr w:type="spellEnd"/>
      <w:r w:rsidRPr="00EC28DF">
        <w:rPr>
          <w:lang w:val="en-ID"/>
        </w:rPr>
        <w:t xml:space="preserve"> Indonesia </w:t>
      </w:r>
      <w:proofErr w:type="spellStart"/>
      <w:r w:rsidRPr="00EC28DF">
        <w:rPr>
          <w:lang w:val="en-ID"/>
        </w:rPr>
        <w:t>serta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menganalisis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mekanisme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penyelesaian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sengketa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tanah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wakaf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akibat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wakaf</w:t>
      </w:r>
      <w:proofErr w:type="spellEnd"/>
      <w:r w:rsidRPr="00EC28DF">
        <w:rPr>
          <w:lang w:val="en-ID"/>
        </w:rPr>
        <w:t xml:space="preserve"> yang </w:t>
      </w:r>
      <w:proofErr w:type="spellStart"/>
      <w:r w:rsidRPr="00EC28DF">
        <w:rPr>
          <w:lang w:val="en-ID"/>
        </w:rPr>
        <w:t>cacat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baik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melalui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penyelesaian</w:t>
      </w:r>
      <w:proofErr w:type="spellEnd"/>
      <w:r w:rsidRPr="00EC28DF">
        <w:rPr>
          <w:lang w:val="en-ID"/>
        </w:rPr>
        <w:t xml:space="preserve"> non-</w:t>
      </w:r>
      <w:proofErr w:type="spellStart"/>
      <w:r w:rsidRPr="00EC28DF">
        <w:rPr>
          <w:lang w:val="en-ID"/>
        </w:rPr>
        <w:t>litigasi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maupun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litigasi</w:t>
      </w:r>
      <w:proofErr w:type="spellEnd"/>
      <w:r w:rsidRPr="00EC28DF">
        <w:rPr>
          <w:lang w:val="en-ID"/>
        </w:rPr>
        <w:t xml:space="preserve">. </w:t>
      </w:r>
      <w:proofErr w:type="spellStart"/>
      <w:r w:rsidRPr="00EC28DF">
        <w:rPr>
          <w:lang w:val="en-ID"/>
        </w:rPr>
        <w:t>Penelitian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menggunakan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metode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yuridis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normatif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dengan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pendekatan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dokumenter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melalui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penelaahan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bahan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 primer, </w:t>
      </w:r>
      <w:proofErr w:type="spellStart"/>
      <w:r w:rsidRPr="00EC28DF">
        <w:rPr>
          <w:lang w:val="en-ID"/>
        </w:rPr>
        <w:t>sekunder</w:t>
      </w:r>
      <w:proofErr w:type="spellEnd"/>
      <w:r w:rsidRPr="00EC28DF">
        <w:rPr>
          <w:lang w:val="en-ID"/>
        </w:rPr>
        <w:t xml:space="preserve">, dan </w:t>
      </w:r>
      <w:proofErr w:type="spellStart"/>
      <w:r w:rsidRPr="00EC28DF">
        <w:rPr>
          <w:lang w:val="en-ID"/>
        </w:rPr>
        <w:t>tersier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termasuk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peraturan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perundang-undangan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literatur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 Islam, </w:t>
      </w:r>
      <w:proofErr w:type="spellStart"/>
      <w:r w:rsidRPr="00EC28DF">
        <w:rPr>
          <w:lang w:val="en-ID"/>
        </w:rPr>
        <w:t>dokumen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, dan </w:t>
      </w:r>
      <w:proofErr w:type="spellStart"/>
      <w:r w:rsidRPr="00EC28DF">
        <w:rPr>
          <w:lang w:val="en-ID"/>
        </w:rPr>
        <w:t>hasil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penelitian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terdahulu</w:t>
      </w:r>
      <w:proofErr w:type="spellEnd"/>
      <w:r w:rsidRPr="00EC28DF">
        <w:rPr>
          <w:lang w:val="en-ID"/>
        </w:rPr>
        <w:t xml:space="preserve">. Data </w:t>
      </w:r>
      <w:proofErr w:type="spellStart"/>
      <w:r w:rsidRPr="00EC28DF">
        <w:rPr>
          <w:lang w:val="en-ID"/>
        </w:rPr>
        <w:t>dianalisis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secara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kualitatif-deskriptif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untuk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mengidentifikasi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kesesuaian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perbedaan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serta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implikasi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penerapan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kedua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sistem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terhadap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kepastian</w:t>
      </w:r>
      <w:proofErr w:type="spellEnd"/>
      <w:r w:rsidRPr="00EC28DF">
        <w:rPr>
          <w:lang w:val="en-ID"/>
        </w:rPr>
        <w:t xml:space="preserve"> dan </w:t>
      </w:r>
      <w:proofErr w:type="spellStart"/>
      <w:r w:rsidRPr="00EC28DF">
        <w:rPr>
          <w:lang w:val="en-ID"/>
        </w:rPr>
        <w:t>perlindungan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tanah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wakaf</w:t>
      </w:r>
      <w:proofErr w:type="spellEnd"/>
      <w:r w:rsidRPr="00EC28DF">
        <w:rPr>
          <w:lang w:val="en-ID"/>
        </w:rPr>
        <w:t>.</w:t>
      </w:r>
      <w:r w:rsidR="00FB4B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Luaran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utama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penelitian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berupa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analisis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yuridis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mengenai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keabsahan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wakaf</w:t>
      </w:r>
      <w:proofErr w:type="spellEnd"/>
      <w:r w:rsidRPr="00EC28DF">
        <w:rPr>
          <w:lang w:val="en-ID"/>
        </w:rPr>
        <w:t xml:space="preserve"> yang </w:t>
      </w:r>
      <w:proofErr w:type="spellStart"/>
      <w:r w:rsidRPr="00EC28DF">
        <w:rPr>
          <w:lang w:val="en-ID"/>
        </w:rPr>
        <w:t>cacat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, model </w:t>
      </w:r>
      <w:proofErr w:type="spellStart"/>
      <w:r w:rsidRPr="00EC28DF">
        <w:rPr>
          <w:lang w:val="en-ID"/>
        </w:rPr>
        <w:t>penyelesaian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sengketa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tanah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wakaf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serta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rekomendasi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penguatan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administrasi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pendaftaran</w:t>
      </w:r>
      <w:proofErr w:type="spellEnd"/>
      <w:r w:rsidRPr="00EC28DF">
        <w:rPr>
          <w:lang w:val="en-ID"/>
        </w:rPr>
        <w:t xml:space="preserve">, dan </w:t>
      </w:r>
      <w:proofErr w:type="spellStart"/>
      <w:r w:rsidRPr="00EC28DF">
        <w:rPr>
          <w:lang w:val="en-ID"/>
        </w:rPr>
        <w:t>perlindungan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aset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wakaf</w:t>
      </w:r>
      <w:proofErr w:type="spellEnd"/>
      <w:r w:rsidRPr="00EC28DF">
        <w:rPr>
          <w:lang w:val="en-ID"/>
        </w:rPr>
        <w:t xml:space="preserve">. </w:t>
      </w:r>
      <w:proofErr w:type="spellStart"/>
      <w:r w:rsidRPr="00EC28DF">
        <w:rPr>
          <w:lang w:val="en-ID"/>
        </w:rPr>
        <w:t>Penelitian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ini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berkontribusi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terhadap</w:t>
      </w:r>
      <w:proofErr w:type="spellEnd"/>
      <w:r w:rsidRPr="00EC28DF">
        <w:rPr>
          <w:lang w:val="en-ID"/>
        </w:rPr>
        <w:t xml:space="preserve"> roadmap </w:t>
      </w:r>
      <w:proofErr w:type="spellStart"/>
      <w:r w:rsidRPr="00EC28DF">
        <w:rPr>
          <w:lang w:val="en-ID"/>
        </w:rPr>
        <w:t>penelitian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melalui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pengembangan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kajian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integratif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 Islam dan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positif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dengan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menempatkan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pencegahan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cacat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hukum</w:t>
      </w:r>
      <w:proofErr w:type="spellEnd"/>
      <w:r w:rsidRPr="00EC28DF">
        <w:rPr>
          <w:lang w:val="en-ID"/>
        </w:rPr>
        <w:t xml:space="preserve">, </w:t>
      </w:r>
      <w:proofErr w:type="spellStart"/>
      <w:r w:rsidRPr="00EC28DF">
        <w:rPr>
          <w:lang w:val="en-ID"/>
        </w:rPr>
        <w:t>kepastian</w:t>
      </w:r>
      <w:proofErr w:type="spellEnd"/>
      <w:r w:rsidRPr="00EC28DF">
        <w:rPr>
          <w:lang w:val="en-ID"/>
        </w:rPr>
        <w:t xml:space="preserve"> status </w:t>
      </w:r>
      <w:proofErr w:type="spellStart"/>
      <w:r w:rsidRPr="00EC28DF">
        <w:rPr>
          <w:lang w:val="en-ID"/>
        </w:rPr>
        <w:t>tanah</w:t>
      </w:r>
      <w:proofErr w:type="spellEnd"/>
      <w:r w:rsidRPr="00EC28DF">
        <w:rPr>
          <w:lang w:val="en-ID"/>
        </w:rPr>
        <w:t xml:space="preserve">, dan </w:t>
      </w:r>
      <w:proofErr w:type="spellStart"/>
      <w:r w:rsidRPr="00EC28DF">
        <w:rPr>
          <w:lang w:val="en-ID"/>
        </w:rPr>
        <w:t>efektivitas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penyelesaian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sengketa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sebagai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bagian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penting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dalam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penguatan</w:t>
      </w:r>
      <w:proofErr w:type="spellEnd"/>
      <w:r w:rsidRPr="00EC28DF">
        <w:rPr>
          <w:lang w:val="en-ID"/>
        </w:rPr>
        <w:t xml:space="preserve"> tata </w:t>
      </w:r>
      <w:proofErr w:type="spellStart"/>
      <w:r w:rsidRPr="00EC28DF">
        <w:rPr>
          <w:lang w:val="en-ID"/>
        </w:rPr>
        <w:t>kelola</w:t>
      </w:r>
      <w:proofErr w:type="spellEnd"/>
      <w:r w:rsidRPr="00EC28DF">
        <w:rPr>
          <w:lang w:val="en-ID"/>
        </w:rPr>
        <w:t xml:space="preserve"> </w:t>
      </w:r>
      <w:proofErr w:type="spellStart"/>
      <w:r w:rsidRPr="00EC28DF">
        <w:rPr>
          <w:lang w:val="en-ID"/>
        </w:rPr>
        <w:t>wakaf</w:t>
      </w:r>
      <w:proofErr w:type="spellEnd"/>
      <w:r w:rsidRPr="00EC28DF">
        <w:rPr>
          <w:lang w:val="en-ID"/>
        </w:rPr>
        <w:t xml:space="preserve"> yang </w:t>
      </w:r>
      <w:proofErr w:type="spellStart"/>
      <w:r w:rsidRPr="00EC28DF">
        <w:rPr>
          <w:lang w:val="en-ID"/>
        </w:rPr>
        <w:t>berkelanjutan</w:t>
      </w:r>
      <w:proofErr w:type="spellEnd"/>
      <w:r w:rsidRPr="00EC28DF">
        <w:rPr>
          <w:lang w:val="en-ID"/>
        </w:rPr>
        <w:t>.</w:t>
      </w:r>
    </w:p>
    <w:p w14:paraId="3CDE39C1" w14:textId="76F18213" w:rsidR="00A22A1B" w:rsidRPr="00A22A1B" w:rsidRDefault="00000000" w:rsidP="00A22A1B">
      <w:pPr>
        <w:rPr>
          <w:lang w:val="nb-NO"/>
        </w:rPr>
      </w:pPr>
      <w:r w:rsidRPr="003F1B29">
        <w:rPr>
          <w:b/>
          <w:lang w:val="nb-NO"/>
        </w:rPr>
        <w:t xml:space="preserve">Kata Kunci: </w:t>
      </w:r>
      <w:r w:rsidR="00773630" w:rsidRPr="00FB4BDF">
        <w:t xml:space="preserve">Tanah Wakaf; Hukum; </w:t>
      </w:r>
      <w:proofErr w:type="spellStart"/>
      <w:r w:rsidR="00773630" w:rsidRPr="00FB4BDF">
        <w:t>Sengketa</w:t>
      </w:r>
      <w:proofErr w:type="spellEnd"/>
      <w:r w:rsidR="00773630" w:rsidRPr="00FB4BDF">
        <w:t xml:space="preserve">; </w:t>
      </w:r>
      <w:proofErr w:type="spellStart"/>
      <w:r w:rsidR="00773630" w:rsidRPr="00FB4BDF">
        <w:t>Kepastian</w:t>
      </w:r>
      <w:proofErr w:type="spellEnd"/>
      <w:r w:rsidR="00773630" w:rsidRPr="00FB4BDF">
        <w:t xml:space="preserve"> Hukum</w:t>
      </w:r>
      <w:r w:rsidR="002C5308">
        <w:t xml:space="preserve">; </w:t>
      </w:r>
      <w:proofErr w:type="spellStart"/>
      <w:r w:rsidR="002C5308">
        <w:t>hukum</w:t>
      </w:r>
      <w:proofErr w:type="spellEnd"/>
      <w:r w:rsidR="002C5308">
        <w:t xml:space="preserve"> </w:t>
      </w:r>
      <w:proofErr w:type="spellStart"/>
      <w:r w:rsidR="002C5308">
        <w:t>positif</w:t>
      </w:r>
      <w:proofErr w:type="spellEnd"/>
    </w:p>
    <w:p w14:paraId="0EF03E54" w14:textId="35ACAFBA" w:rsidR="00021266" w:rsidRPr="003F1B29" w:rsidRDefault="00000000">
      <w:pPr>
        <w:spacing w:before="160" w:after="100"/>
        <w:rPr>
          <w:lang w:val="nb-NO"/>
        </w:rPr>
      </w:pPr>
      <w:r w:rsidRPr="003F1B29">
        <w:rPr>
          <w:b/>
          <w:sz w:val="24"/>
          <w:lang w:val="nb-NO"/>
        </w:rPr>
        <w:t>D. LATAR BELAKANG DAN PERMASALAHAN</w:t>
      </w:r>
    </w:p>
    <w:p w14:paraId="7FD4AD51" w14:textId="64526679" w:rsidR="004C202F" w:rsidRPr="004C202F" w:rsidRDefault="004C202F" w:rsidP="002C5308">
      <w:pPr>
        <w:spacing w:line="360" w:lineRule="auto"/>
        <w:ind w:firstLine="720"/>
        <w:jc w:val="both"/>
        <w:rPr>
          <w:lang w:val="en-ID"/>
        </w:rPr>
      </w:pP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merupakan</w:t>
      </w:r>
      <w:proofErr w:type="spellEnd"/>
      <w:r w:rsidRPr="004C202F">
        <w:rPr>
          <w:lang w:val="en-ID"/>
        </w:rPr>
        <w:t xml:space="preserve"> salah </w:t>
      </w:r>
      <w:proofErr w:type="spellStart"/>
      <w:r w:rsidRPr="004C202F">
        <w:rPr>
          <w:lang w:val="en-ID"/>
        </w:rPr>
        <w:t>satu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instrumen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sosial-keagamaan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memiliki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fungsi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penting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dalam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mendukung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kepentingan</w:t>
      </w:r>
      <w:proofErr w:type="spellEnd"/>
      <w:r w:rsidRPr="004C202F">
        <w:rPr>
          <w:lang w:val="en-ID"/>
        </w:rPr>
        <w:t xml:space="preserve"> ibadah dan </w:t>
      </w:r>
      <w:proofErr w:type="spellStart"/>
      <w:r w:rsidRPr="004C202F">
        <w:rPr>
          <w:lang w:val="en-ID"/>
        </w:rPr>
        <w:t>kesejahteraan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masyarakat</w:t>
      </w:r>
      <w:proofErr w:type="spellEnd"/>
      <w:r w:rsidRPr="004C202F">
        <w:rPr>
          <w:lang w:val="en-ID"/>
        </w:rPr>
        <w:t xml:space="preserve">. Tanah </w:t>
      </w:r>
      <w:proofErr w:type="spellStart"/>
      <w:r w:rsidRPr="004C202F">
        <w:rPr>
          <w:lang w:val="en-ID"/>
        </w:rPr>
        <w:t>menjadi</w:t>
      </w:r>
      <w:proofErr w:type="spellEnd"/>
      <w:r w:rsidRPr="004C202F">
        <w:rPr>
          <w:lang w:val="en-ID"/>
        </w:rPr>
        <w:t xml:space="preserve"> salah </w:t>
      </w:r>
      <w:proofErr w:type="spellStart"/>
      <w:r w:rsidRPr="004C202F">
        <w:rPr>
          <w:lang w:val="en-ID"/>
        </w:rPr>
        <w:t>satu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bentuk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harta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yang paling </w:t>
      </w:r>
      <w:proofErr w:type="spellStart"/>
      <w:r w:rsidRPr="004C202F">
        <w:rPr>
          <w:lang w:val="en-ID"/>
        </w:rPr>
        <w:t>banyak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dimanfaatkan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untuk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pembangunan</w:t>
      </w:r>
      <w:proofErr w:type="spellEnd"/>
      <w:r w:rsidRPr="004C202F">
        <w:rPr>
          <w:lang w:val="en-ID"/>
        </w:rPr>
        <w:t xml:space="preserve"> masjid, </w:t>
      </w:r>
      <w:proofErr w:type="spellStart"/>
      <w:r w:rsidRPr="004C202F">
        <w:rPr>
          <w:lang w:val="en-ID"/>
        </w:rPr>
        <w:t>fasilitas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pendidikan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sosial</w:t>
      </w:r>
      <w:proofErr w:type="spellEnd"/>
      <w:r w:rsidRPr="004C202F">
        <w:rPr>
          <w:lang w:val="en-ID"/>
        </w:rPr>
        <w:t xml:space="preserve">, dan </w:t>
      </w:r>
      <w:proofErr w:type="spellStart"/>
      <w:r w:rsidRPr="004C202F">
        <w:rPr>
          <w:lang w:val="en-ID"/>
        </w:rPr>
        <w:t>kepentingan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masyarakat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lainnya</w:t>
      </w:r>
      <w:proofErr w:type="spellEnd"/>
      <w:r w:rsidRPr="004C202F">
        <w:rPr>
          <w:lang w:val="en-ID"/>
        </w:rPr>
        <w:t xml:space="preserve">. </w:t>
      </w:r>
      <w:proofErr w:type="spellStart"/>
      <w:r w:rsidRPr="004C202F">
        <w:rPr>
          <w:lang w:val="en-ID"/>
        </w:rPr>
        <w:t>Namun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keberadaan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tidak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selalu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diikuti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dengan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administrasi</w:t>
      </w:r>
      <w:proofErr w:type="spellEnd"/>
      <w:r w:rsidRPr="004C202F">
        <w:rPr>
          <w:lang w:val="en-ID"/>
        </w:rPr>
        <w:t xml:space="preserve"> dan </w:t>
      </w:r>
      <w:proofErr w:type="spellStart"/>
      <w:r w:rsidRPr="004C202F">
        <w:rPr>
          <w:lang w:val="en-ID"/>
        </w:rPr>
        <w:t>perlindungan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memadai</w:t>
      </w:r>
      <w:proofErr w:type="spellEnd"/>
      <w:r w:rsidRPr="004C202F">
        <w:rPr>
          <w:lang w:val="en-ID"/>
        </w:rPr>
        <w:t xml:space="preserve">.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dilakukan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berdasarkan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kepercayaan</w:t>
      </w:r>
      <w:proofErr w:type="spellEnd"/>
      <w:r w:rsidRPr="004C202F">
        <w:rPr>
          <w:lang w:val="en-ID"/>
        </w:rPr>
        <w:t xml:space="preserve"> dan </w:t>
      </w:r>
      <w:proofErr w:type="spellStart"/>
      <w:r w:rsidRPr="004C202F">
        <w:rPr>
          <w:lang w:val="en-ID"/>
        </w:rPr>
        <w:t>praktik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keagamaan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tanpa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dukungan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dokumen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lengkap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Akta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Ikrar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(AIW), </w:t>
      </w:r>
      <w:proofErr w:type="spellStart"/>
      <w:r w:rsidRPr="004C202F">
        <w:rPr>
          <w:lang w:val="en-ID"/>
        </w:rPr>
        <w:t>pendaftaran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maupun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sertifikasi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dapat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menimbulkan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ketidakpastian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mengenai</w:t>
      </w:r>
      <w:proofErr w:type="spellEnd"/>
      <w:r w:rsidRPr="004C202F">
        <w:rPr>
          <w:lang w:val="en-ID"/>
        </w:rPr>
        <w:t xml:space="preserve"> status dan </w:t>
      </w:r>
      <w:proofErr w:type="spellStart"/>
      <w:r w:rsidRPr="004C202F">
        <w:rPr>
          <w:lang w:val="en-ID"/>
        </w:rPr>
        <w:t>kepemilikan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. </w:t>
      </w:r>
      <w:proofErr w:type="spellStart"/>
      <w:r w:rsidRPr="004C202F">
        <w:rPr>
          <w:lang w:val="en-ID"/>
        </w:rPr>
        <w:t>Kondisi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tersebut</w:t>
      </w:r>
      <w:proofErr w:type="spellEnd"/>
      <w:r w:rsidRPr="004C202F">
        <w:rPr>
          <w:lang w:val="en-ID"/>
        </w:rPr>
        <w:t xml:space="preserve"> pada </w:t>
      </w:r>
      <w:proofErr w:type="spellStart"/>
      <w:r w:rsidRPr="004C202F">
        <w:rPr>
          <w:lang w:val="en-ID"/>
        </w:rPr>
        <w:t>akhirnya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berpotensi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memunculkan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klaim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dari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ahli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waris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maupun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pihak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ketiga</w:t>
      </w:r>
      <w:proofErr w:type="spellEnd"/>
      <w:r w:rsidRPr="004C202F">
        <w:rPr>
          <w:lang w:val="en-ID"/>
        </w:rPr>
        <w:t xml:space="preserve"> dan </w:t>
      </w:r>
      <w:proofErr w:type="spellStart"/>
      <w:r w:rsidRPr="004C202F">
        <w:rPr>
          <w:lang w:val="en-ID"/>
        </w:rPr>
        <w:t>berkembang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menjadi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sengketa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="004B4FA5">
        <w:rPr>
          <w:lang w:val="en-ID"/>
        </w:rPr>
        <w:t xml:space="preserve"> </w:t>
      </w:r>
      <w:r w:rsidR="00C9093D">
        <w:rPr>
          <w:lang w:val="en-ID"/>
        </w:rPr>
        <w:fldChar w:fldCharType="begin" w:fldLock="1"/>
      </w:r>
      <w:r w:rsidR="00C9093D">
        <w:rPr>
          <w:lang w:val="en-ID"/>
        </w:rPr>
        <w:instrText>ADDIN CSL_CITATION {"citationItems":[{"id":"ITEM-1","itemData":{"ISSN":"2723-6021","author":[{"dropping-particle":"","family":"Muchtar","given":"Andi Dahmayanti","non-dropping-particle":"","parse-names":false,"suffix":""},{"dropping-particle":"","family":"Dunia","given":"Jujuri Perdamaian","non-dropping-particle":"","parse-names":false,"suffix":""},{"dropping-particle":"","family":"Azizah","given":"Nabilah","non-dropping-particle":"Al","parse-names":false,"suffix":""}],"container-title":"BUSTANUL FUQAHA: Jurnal Bidang Hukum Islam","id":"ITEM-1","issue":"2","issued":{"date-parts":[["2025"]]},"page":"396-419","title":"Kedudukan Akta Ikrar Wakaf Perspektif Hukum Islam dan Hukum Positif di Indonesia: The Position of Waqf Pledge Deeds From The Perspective of Islamic Law and Positive Law in Indonesia","type":"article-journal","volume":"6"},"uris":["http://www.mendeley.com/documents/?uuid=30404d1c-1fc3-4baf-a580-5948cd77e29a"]}],"mendeley":{"formattedCitation":"(Muchtar et al., 2025)","plainTextFormattedCitation":"(Muchtar et al., 2025)","previouslyFormattedCitation":"(Muchtar et al., 2025)"},"properties":{"noteIndex":0},"schema":"https://github.com/citation-style-language/schema/raw/master/csl-citation.json"}</w:instrText>
      </w:r>
      <w:r w:rsidR="00C9093D">
        <w:rPr>
          <w:lang w:val="en-ID"/>
        </w:rPr>
        <w:fldChar w:fldCharType="separate"/>
      </w:r>
      <w:r w:rsidR="00C9093D" w:rsidRPr="00C9093D">
        <w:rPr>
          <w:noProof/>
          <w:lang w:val="en-ID"/>
        </w:rPr>
        <w:t>(Muchtar et al., 2025)</w:t>
      </w:r>
      <w:r w:rsidR="00C9093D">
        <w:rPr>
          <w:lang w:val="en-ID"/>
        </w:rPr>
        <w:fldChar w:fldCharType="end"/>
      </w:r>
      <w:r w:rsidRPr="004C202F">
        <w:rPr>
          <w:lang w:val="en-ID"/>
        </w:rPr>
        <w:t>.</w:t>
      </w:r>
    </w:p>
    <w:p w14:paraId="1D0A00E7" w14:textId="48F061E7" w:rsidR="004C202F" w:rsidRPr="004C202F" w:rsidRDefault="004C202F" w:rsidP="002C5308">
      <w:pPr>
        <w:spacing w:line="360" w:lineRule="auto"/>
        <w:ind w:firstLine="720"/>
        <w:jc w:val="both"/>
        <w:rPr>
          <w:lang w:val="en-ID"/>
        </w:rPr>
      </w:pPr>
      <w:proofErr w:type="spellStart"/>
      <w:r w:rsidRPr="004C202F">
        <w:rPr>
          <w:lang w:val="en-ID"/>
        </w:rPr>
        <w:t>Permasalahan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tersebut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memiliki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relevansi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nyata</w:t>
      </w:r>
      <w:proofErr w:type="spellEnd"/>
      <w:r w:rsidRPr="004C202F">
        <w:rPr>
          <w:lang w:val="en-ID"/>
        </w:rPr>
        <w:t xml:space="preserve"> di </w:t>
      </w:r>
      <w:proofErr w:type="spellStart"/>
      <w:r w:rsidRPr="004C202F">
        <w:rPr>
          <w:lang w:val="en-ID"/>
        </w:rPr>
        <w:t>Kabupaten</w:t>
      </w:r>
      <w:proofErr w:type="spellEnd"/>
      <w:r w:rsidRPr="004C202F">
        <w:rPr>
          <w:lang w:val="en-ID"/>
        </w:rPr>
        <w:t xml:space="preserve"> Gorontalo, </w:t>
      </w:r>
      <w:proofErr w:type="spellStart"/>
      <w:r w:rsidRPr="004C202F">
        <w:rPr>
          <w:lang w:val="en-ID"/>
        </w:rPr>
        <w:t>khususnya</w:t>
      </w:r>
      <w:proofErr w:type="spellEnd"/>
      <w:r w:rsidRPr="004C202F">
        <w:rPr>
          <w:lang w:val="en-ID"/>
        </w:rPr>
        <w:t xml:space="preserve"> di </w:t>
      </w:r>
      <w:proofErr w:type="spellStart"/>
      <w:r w:rsidRPr="004C202F">
        <w:rPr>
          <w:lang w:val="en-ID"/>
        </w:rPr>
        <w:t>Kelurahan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Hutuo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Kecamatan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Limboto</w:t>
      </w:r>
      <w:proofErr w:type="spellEnd"/>
      <w:r w:rsidRPr="004C202F">
        <w:rPr>
          <w:lang w:val="en-ID"/>
        </w:rPr>
        <w:t xml:space="preserve">. Bahan </w:t>
      </w:r>
      <w:proofErr w:type="spellStart"/>
      <w:r w:rsidRPr="004C202F">
        <w:rPr>
          <w:lang w:val="en-ID"/>
        </w:rPr>
        <w:t>penelitian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menunjukkan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adanya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sengketa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melibatkan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lahan</w:t>
      </w:r>
      <w:proofErr w:type="spellEnd"/>
      <w:r w:rsidRPr="004C202F">
        <w:rPr>
          <w:lang w:val="en-ID"/>
        </w:rPr>
        <w:t xml:space="preserve"> dua masjid, </w:t>
      </w:r>
      <w:proofErr w:type="spellStart"/>
      <w:r w:rsidRPr="004C202F">
        <w:rPr>
          <w:lang w:val="en-ID"/>
        </w:rPr>
        <w:t>termasuk</w:t>
      </w:r>
      <w:proofErr w:type="spellEnd"/>
      <w:r w:rsidRPr="004C202F">
        <w:rPr>
          <w:lang w:val="en-ID"/>
        </w:rPr>
        <w:t xml:space="preserve"> Masjid Jami Nurul Falah, yang </w:t>
      </w:r>
      <w:proofErr w:type="spellStart"/>
      <w:r w:rsidRPr="004C202F">
        <w:rPr>
          <w:lang w:val="en-ID"/>
        </w:rPr>
        <w:t>telah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berkembang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menjadi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perkara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dan </w:t>
      </w:r>
      <w:proofErr w:type="spellStart"/>
      <w:r w:rsidRPr="004C202F">
        <w:rPr>
          <w:lang w:val="en-ID"/>
        </w:rPr>
        <w:t>melalui</w:t>
      </w:r>
      <w:proofErr w:type="spellEnd"/>
      <w:r w:rsidRPr="004C202F">
        <w:rPr>
          <w:lang w:val="en-ID"/>
        </w:rPr>
        <w:t xml:space="preserve"> proses </w:t>
      </w:r>
      <w:proofErr w:type="spellStart"/>
      <w:r w:rsidRPr="004C202F">
        <w:rPr>
          <w:lang w:val="en-ID"/>
        </w:rPr>
        <w:t>peradilan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hingga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tingkat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kasasi</w:t>
      </w:r>
      <w:proofErr w:type="spellEnd"/>
      <w:r w:rsidRPr="004C202F">
        <w:rPr>
          <w:lang w:val="en-ID"/>
        </w:rPr>
        <w:t xml:space="preserve">. </w:t>
      </w:r>
      <w:proofErr w:type="spellStart"/>
      <w:r w:rsidRPr="004C202F">
        <w:rPr>
          <w:lang w:val="en-ID"/>
        </w:rPr>
        <w:t>Perkara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tersebut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menunjukkan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bahwa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sengketa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tidak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hanya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berkaitan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dengan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persoalan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kepemilikan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tetapi</w:t>
      </w:r>
      <w:proofErr w:type="spellEnd"/>
      <w:r w:rsidRPr="004C202F">
        <w:rPr>
          <w:lang w:val="en-ID"/>
        </w:rPr>
        <w:t xml:space="preserve"> juga </w:t>
      </w:r>
      <w:proofErr w:type="spellStart"/>
      <w:r w:rsidRPr="004C202F">
        <w:rPr>
          <w:lang w:val="en-ID"/>
        </w:rPr>
        <w:t>menyangkut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keabsahan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kekuatan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bukti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kedudukan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nazhir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lastRenderedPageBreak/>
        <w:t>kepentingan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ahli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waris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serta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keberlanjutan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fungsi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sosial-keagamaan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="00C9093D">
        <w:rPr>
          <w:lang w:val="en-ID"/>
        </w:rPr>
        <w:t xml:space="preserve"> </w:t>
      </w:r>
      <w:r w:rsidR="00C9093D">
        <w:rPr>
          <w:lang w:val="en-ID"/>
        </w:rPr>
        <w:fldChar w:fldCharType="begin" w:fldLock="1"/>
      </w:r>
      <w:r w:rsidR="00C9093D">
        <w:rPr>
          <w:lang w:val="en-ID"/>
        </w:rPr>
        <w:instrText>ADDIN CSL_CITATION {"citationItems":[{"id":"ITEM-1","itemData":{"author":[{"dropping-particle":"","family":"Mutaqin","given":"Zainal","non-dropping-particle":"","parse-names":false,"suffix":""}],"id":"ITEM-1","issued":{"date-parts":[["2026"]]},"publisher":"UNIVERSITAS NAHDLATUL ULAMA PURWOKERTO","title":"KEWENANGAN NAZHIR DE FACTO TERHADAP TANAH WAKAF YANG NAZHIRNYA MENINGGAL DUNIA (STUDI KASUS PENGELOLA TANAH WAKAF MASJID JAMI AL-IKHWAN DESA KEBOCORAN)","type":"article"},"uris":["http://www.mendeley.com/documents/?uuid=1b073774-8d8a-4690-ad59-1807f677c8bb"]}],"mendeley":{"formattedCitation":"(Mutaqin, 2026)","plainTextFormattedCitation":"(Mutaqin, 2026)","previouslyFormattedCitation":"(Mutaqin, 2026)"},"properties":{"noteIndex":0},"schema":"https://github.com/citation-style-language/schema/raw/master/csl-citation.json"}</w:instrText>
      </w:r>
      <w:r w:rsidR="00C9093D">
        <w:rPr>
          <w:lang w:val="en-ID"/>
        </w:rPr>
        <w:fldChar w:fldCharType="separate"/>
      </w:r>
      <w:r w:rsidR="00C9093D" w:rsidRPr="00C9093D">
        <w:rPr>
          <w:noProof/>
          <w:lang w:val="en-ID"/>
        </w:rPr>
        <w:t>(Mutaqin, 2026)</w:t>
      </w:r>
      <w:r w:rsidR="00C9093D">
        <w:rPr>
          <w:lang w:val="en-ID"/>
        </w:rPr>
        <w:fldChar w:fldCharType="end"/>
      </w:r>
      <w:r w:rsidRPr="004C202F">
        <w:rPr>
          <w:lang w:val="en-ID"/>
        </w:rPr>
        <w:t>.</w:t>
      </w:r>
    </w:p>
    <w:p w14:paraId="23D16DDE" w14:textId="46855105" w:rsidR="004C202F" w:rsidRPr="004C202F" w:rsidRDefault="004C202F" w:rsidP="002C5308">
      <w:pPr>
        <w:spacing w:line="360" w:lineRule="auto"/>
        <w:ind w:firstLine="720"/>
        <w:jc w:val="both"/>
        <w:rPr>
          <w:lang w:val="en-ID"/>
        </w:rPr>
      </w:pPr>
      <w:proofErr w:type="spellStart"/>
      <w:r w:rsidRPr="004C202F">
        <w:rPr>
          <w:lang w:val="en-ID"/>
        </w:rPr>
        <w:t>Secara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normatif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Islam </w:t>
      </w:r>
      <w:proofErr w:type="spellStart"/>
      <w:r w:rsidRPr="004C202F">
        <w:rPr>
          <w:lang w:val="en-ID"/>
        </w:rPr>
        <w:t>menempatkan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sebagai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perbuatan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memiliki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konsekuensi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mengikat</w:t>
      </w:r>
      <w:proofErr w:type="spellEnd"/>
      <w:r w:rsidRPr="004C202F">
        <w:rPr>
          <w:lang w:val="en-ID"/>
        </w:rPr>
        <w:t xml:space="preserve">. Tanah yang </w:t>
      </w:r>
      <w:proofErr w:type="spellStart"/>
      <w:r w:rsidRPr="004C202F">
        <w:rPr>
          <w:lang w:val="en-ID"/>
        </w:rPr>
        <w:t>telah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diwakafkan</w:t>
      </w:r>
      <w:proofErr w:type="spellEnd"/>
      <w:r w:rsidRPr="004C202F">
        <w:rPr>
          <w:lang w:val="en-ID"/>
        </w:rPr>
        <w:t xml:space="preserve"> pada </w:t>
      </w:r>
      <w:proofErr w:type="spellStart"/>
      <w:r w:rsidRPr="004C202F">
        <w:rPr>
          <w:lang w:val="en-ID"/>
        </w:rPr>
        <w:t>prinsipnya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tidak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lagi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menjadi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objek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transaksi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pewarisan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atau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pengalihan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hak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sebagaimana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harta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milik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pribadi</w:t>
      </w:r>
      <w:proofErr w:type="spellEnd"/>
      <w:r w:rsidRPr="004C202F">
        <w:rPr>
          <w:lang w:val="en-ID"/>
        </w:rPr>
        <w:t xml:space="preserve">. </w:t>
      </w:r>
      <w:proofErr w:type="spellStart"/>
      <w:r w:rsidRPr="004C202F">
        <w:rPr>
          <w:lang w:val="en-ID"/>
        </w:rPr>
        <w:t>Prinsip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tersebut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sejalan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dengan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Undang-Undang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Nomor</w:t>
      </w:r>
      <w:proofErr w:type="spellEnd"/>
      <w:r w:rsidRPr="004C202F">
        <w:rPr>
          <w:lang w:val="en-ID"/>
        </w:rPr>
        <w:t xml:space="preserve"> 41 </w:t>
      </w:r>
      <w:proofErr w:type="spellStart"/>
      <w:r w:rsidRPr="004C202F">
        <w:rPr>
          <w:lang w:val="en-ID"/>
        </w:rPr>
        <w:t>Tahun</w:t>
      </w:r>
      <w:proofErr w:type="spellEnd"/>
      <w:r w:rsidRPr="004C202F">
        <w:rPr>
          <w:lang w:val="en-ID"/>
        </w:rPr>
        <w:t xml:space="preserve"> 2004 </w:t>
      </w:r>
      <w:proofErr w:type="spellStart"/>
      <w:r w:rsidRPr="004C202F">
        <w:rPr>
          <w:lang w:val="en-ID"/>
        </w:rPr>
        <w:t>tentang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menegaskan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sifat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mengikat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telah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diikrarkan</w:t>
      </w:r>
      <w:proofErr w:type="spellEnd"/>
      <w:r w:rsidRPr="004C202F">
        <w:rPr>
          <w:lang w:val="en-ID"/>
        </w:rPr>
        <w:t xml:space="preserve">. </w:t>
      </w:r>
      <w:proofErr w:type="spellStart"/>
      <w:r w:rsidRPr="004C202F">
        <w:rPr>
          <w:lang w:val="en-ID"/>
        </w:rPr>
        <w:t>Dalam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penyelesaian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sengketa</w:t>
      </w:r>
      <w:proofErr w:type="spellEnd"/>
      <w:r w:rsidRPr="004C202F">
        <w:rPr>
          <w:lang w:val="en-ID"/>
        </w:rPr>
        <w:t xml:space="preserve">, Pasal 62 </w:t>
      </w:r>
      <w:proofErr w:type="spellStart"/>
      <w:r w:rsidRPr="004C202F">
        <w:rPr>
          <w:lang w:val="en-ID"/>
        </w:rPr>
        <w:t>Undang-Undang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Nomor</w:t>
      </w:r>
      <w:proofErr w:type="spellEnd"/>
      <w:r w:rsidRPr="004C202F">
        <w:rPr>
          <w:lang w:val="en-ID"/>
        </w:rPr>
        <w:t xml:space="preserve"> 41 </w:t>
      </w:r>
      <w:proofErr w:type="spellStart"/>
      <w:r w:rsidRPr="004C202F">
        <w:rPr>
          <w:lang w:val="en-ID"/>
        </w:rPr>
        <w:t>Tahun</w:t>
      </w:r>
      <w:proofErr w:type="spellEnd"/>
      <w:r w:rsidRPr="004C202F">
        <w:rPr>
          <w:lang w:val="en-ID"/>
        </w:rPr>
        <w:t xml:space="preserve"> 2004 </w:t>
      </w:r>
      <w:proofErr w:type="spellStart"/>
      <w:r w:rsidRPr="004C202F">
        <w:rPr>
          <w:lang w:val="en-ID"/>
        </w:rPr>
        <w:t>mengutamakan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musyawarah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untuk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mufakat</w:t>
      </w:r>
      <w:proofErr w:type="spellEnd"/>
      <w:r w:rsidRPr="004C202F">
        <w:rPr>
          <w:lang w:val="en-ID"/>
        </w:rPr>
        <w:t xml:space="preserve"> dan, </w:t>
      </w:r>
      <w:proofErr w:type="spellStart"/>
      <w:r w:rsidRPr="004C202F">
        <w:rPr>
          <w:lang w:val="en-ID"/>
        </w:rPr>
        <w:t>apabila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tidak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berhasil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dapat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ditempuh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melalui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mediasi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arbitrase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atau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pengadilan</w:t>
      </w:r>
      <w:proofErr w:type="spellEnd"/>
      <w:r w:rsidRPr="004C202F">
        <w:rPr>
          <w:lang w:val="en-ID"/>
        </w:rPr>
        <w:t xml:space="preserve">. Dengan </w:t>
      </w:r>
      <w:proofErr w:type="spellStart"/>
      <w:r w:rsidRPr="004C202F">
        <w:rPr>
          <w:lang w:val="en-ID"/>
        </w:rPr>
        <w:t>demikian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terdapat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titik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temu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antara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Islam yang </w:t>
      </w:r>
      <w:proofErr w:type="spellStart"/>
      <w:r w:rsidRPr="004C202F">
        <w:rPr>
          <w:lang w:val="en-ID"/>
        </w:rPr>
        <w:t>menekankan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musyawarah</w:t>
      </w:r>
      <w:proofErr w:type="spellEnd"/>
      <w:r w:rsidRPr="004C202F">
        <w:rPr>
          <w:lang w:val="en-ID"/>
        </w:rPr>
        <w:t xml:space="preserve"> dan </w:t>
      </w:r>
      <w:proofErr w:type="spellStart"/>
      <w:r w:rsidRPr="004C202F">
        <w:rPr>
          <w:lang w:val="en-ID"/>
        </w:rPr>
        <w:t>kemaslahatan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dengan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positif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memberikan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kepastian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melalui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mekanisme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formal</w:t>
      </w:r>
      <w:r w:rsidR="00C9093D">
        <w:rPr>
          <w:lang w:val="en-ID"/>
        </w:rPr>
        <w:t xml:space="preserve"> </w:t>
      </w:r>
      <w:r w:rsidR="00C9093D">
        <w:rPr>
          <w:lang w:val="en-ID"/>
        </w:rPr>
        <w:fldChar w:fldCharType="begin" w:fldLock="1"/>
      </w:r>
      <w:r w:rsidR="00C9093D">
        <w:rPr>
          <w:lang w:val="en-ID"/>
        </w:rPr>
        <w:instrText>ADDIN CSL_CITATION {"citationItems":[{"id":"ITEM-1","itemData":{"author":[{"dropping-particle":"","family":"Lupitasari","given":"Bella","non-dropping-particle":"","parse-names":false,"suffix":""}],"id":"ITEM-1","issued":{"date-parts":[["2023"]]},"publisher":"IAIN Metro","title":"Penyelesaian Sengketa Tanah Wakaf Dalam Sudut Pandang Hukum Ekonomi Syariah (Studi Kasus di Desa Rantau Jaya Udik Kecamatan Sukadana Kabupaten Lampung Timur)","type":"article"},"uris":["http://www.mendeley.com/documents/?uuid=7a8357f3-30a9-460b-8726-400880fc15e2"]}],"mendeley":{"formattedCitation":"(Lupitasari, 2023)","plainTextFormattedCitation":"(Lupitasari, 2023)","previouslyFormattedCitation":"(Lupitasari, 2023)"},"properties":{"noteIndex":0},"schema":"https://github.com/citation-style-language/schema/raw/master/csl-citation.json"}</w:instrText>
      </w:r>
      <w:r w:rsidR="00C9093D">
        <w:rPr>
          <w:lang w:val="en-ID"/>
        </w:rPr>
        <w:fldChar w:fldCharType="separate"/>
      </w:r>
      <w:r w:rsidR="00C9093D" w:rsidRPr="00C9093D">
        <w:rPr>
          <w:noProof/>
          <w:lang w:val="en-ID"/>
        </w:rPr>
        <w:t>(Lupitasari, 2023)</w:t>
      </w:r>
      <w:r w:rsidR="00C9093D">
        <w:rPr>
          <w:lang w:val="en-ID"/>
        </w:rPr>
        <w:fldChar w:fldCharType="end"/>
      </w:r>
      <w:r w:rsidRPr="004C202F">
        <w:rPr>
          <w:lang w:val="en-ID"/>
        </w:rPr>
        <w:t>.</w:t>
      </w:r>
    </w:p>
    <w:p w14:paraId="3470B038" w14:textId="5C6921C7" w:rsidR="004C202F" w:rsidRPr="004C202F" w:rsidRDefault="004C202F" w:rsidP="002C5308">
      <w:pPr>
        <w:spacing w:line="360" w:lineRule="auto"/>
        <w:ind w:firstLine="720"/>
        <w:jc w:val="both"/>
        <w:rPr>
          <w:lang w:val="en-ID"/>
        </w:rPr>
      </w:pPr>
      <w:proofErr w:type="spellStart"/>
      <w:r w:rsidRPr="004C202F">
        <w:rPr>
          <w:lang w:val="en-ID"/>
        </w:rPr>
        <w:t>Temuan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penelitian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terdahulu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memperlihatkan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bahwa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persoalan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cacat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dan </w:t>
      </w:r>
      <w:proofErr w:type="spellStart"/>
      <w:r w:rsidRPr="004C202F">
        <w:rPr>
          <w:lang w:val="en-ID"/>
        </w:rPr>
        <w:t>sengketa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telah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dikaji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dari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beberapa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perspektif</w:t>
      </w:r>
      <w:proofErr w:type="spellEnd"/>
      <w:r w:rsidRPr="004C202F">
        <w:rPr>
          <w:lang w:val="en-ID"/>
        </w:rPr>
        <w:t xml:space="preserve">. Siti </w:t>
      </w:r>
      <w:proofErr w:type="spellStart"/>
      <w:r w:rsidRPr="004C202F">
        <w:rPr>
          <w:lang w:val="en-ID"/>
        </w:rPr>
        <w:t>Risdah</w:t>
      </w:r>
      <w:proofErr w:type="spellEnd"/>
      <w:r w:rsidRPr="004C202F">
        <w:rPr>
          <w:lang w:val="en-ID"/>
        </w:rPr>
        <w:t xml:space="preserve"> Hayati (2004) </w:t>
      </w:r>
      <w:proofErr w:type="spellStart"/>
      <w:r w:rsidRPr="004C202F">
        <w:rPr>
          <w:lang w:val="en-ID"/>
        </w:rPr>
        <w:t>mengkaji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sengketa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tanpa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Akta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Ikrar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dan </w:t>
      </w:r>
      <w:proofErr w:type="spellStart"/>
      <w:r w:rsidRPr="004C202F">
        <w:rPr>
          <w:lang w:val="en-ID"/>
        </w:rPr>
        <w:t>menunjukkan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pentingnya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pemenuhan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rukun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serta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mekanisme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penyelesaian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melalui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mediasi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hingga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litigasi</w:t>
      </w:r>
      <w:proofErr w:type="spellEnd"/>
      <w:r w:rsidR="00C9093D">
        <w:rPr>
          <w:lang w:val="en-ID"/>
        </w:rPr>
        <w:t xml:space="preserve"> </w:t>
      </w:r>
      <w:r w:rsidR="00C9093D">
        <w:rPr>
          <w:lang w:val="en-ID"/>
        </w:rPr>
        <w:fldChar w:fldCharType="begin" w:fldLock="1"/>
      </w:r>
      <w:r w:rsidR="00C9093D">
        <w:rPr>
          <w:lang w:val="en-ID"/>
        </w:rPr>
        <w:instrText>ADDIN CSL_CITATION {"citationItems":[{"id":"ITEM-1","itemData":{"author":[{"dropping-particle":"","family":"MUHAMAD","given":"NASHIRUN","non-dropping-particle":"","parse-names":false,"suffix":""}],"id":"ITEM-1","issued":{"date-parts":[["2023"]]},"publisher":"UIN RADEN INTAN LAMPUNG","title":"ANALISIS MASLAHAH MURSALAH TERHADAP PUTUSAN SENGKETA TANAH WAKAF (Studi Putusan Nomor. 0115/Pdt. G/2019/PA. Prw. Pengadilan Agama Kabupaten Pringsewu)","type":"article"},"uris":["http://www.mendeley.com/documents/?uuid=d97d8270-6388-4cb8-955c-e496fdc2765a"]}],"mendeley":{"formattedCitation":"(MUHAMAD, 2023)","plainTextFormattedCitation":"(MUHAMAD, 2023)","previouslyFormattedCitation":"(MUHAMAD, 2023)"},"properties":{"noteIndex":0},"schema":"https://github.com/citation-style-language/schema/raw/master/csl-citation.json"}</w:instrText>
      </w:r>
      <w:r w:rsidR="00C9093D">
        <w:rPr>
          <w:lang w:val="en-ID"/>
        </w:rPr>
        <w:fldChar w:fldCharType="separate"/>
      </w:r>
      <w:r w:rsidR="00C9093D" w:rsidRPr="00C9093D">
        <w:rPr>
          <w:noProof/>
          <w:lang w:val="en-ID"/>
        </w:rPr>
        <w:t>(MUHAMAD, 2023)</w:t>
      </w:r>
      <w:r w:rsidR="00C9093D">
        <w:rPr>
          <w:lang w:val="en-ID"/>
        </w:rPr>
        <w:fldChar w:fldCharType="end"/>
      </w:r>
      <w:r w:rsidRPr="004C202F">
        <w:rPr>
          <w:lang w:val="en-ID"/>
        </w:rPr>
        <w:t xml:space="preserve">. Azis dan Nim (2024) </w:t>
      </w:r>
      <w:proofErr w:type="spellStart"/>
      <w:r w:rsidRPr="004C202F">
        <w:rPr>
          <w:lang w:val="en-ID"/>
        </w:rPr>
        <w:t>menemukan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bahwa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ketidaklengkapan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administrasi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dapat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membuka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peluang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pengambilalihan</w:t>
      </w:r>
      <w:proofErr w:type="spellEnd"/>
      <w:r w:rsidRPr="004C202F">
        <w:rPr>
          <w:lang w:val="en-ID"/>
        </w:rPr>
        <w:t xml:space="preserve"> oleh </w:t>
      </w:r>
      <w:proofErr w:type="spellStart"/>
      <w:r w:rsidRPr="004C202F">
        <w:rPr>
          <w:lang w:val="en-ID"/>
        </w:rPr>
        <w:t>pihak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ketiga</w:t>
      </w:r>
      <w:proofErr w:type="spellEnd"/>
      <w:r w:rsidRPr="004C202F">
        <w:rPr>
          <w:lang w:val="en-ID"/>
        </w:rPr>
        <w:t xml:space="preserve"> dan </w:t>
      </w:r>
      <w:proofErr w:type="spellStart"/>
      <w:r w:rsidRPr="004C202F">
        <w:rPr>
          <w:lang w:val="en-ID"/>
        </w:rPr>
        <w:t>menegaskan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pentingnya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pencatatan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untuk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memberikan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perlindungan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. </w:t>
      </w:r>
      <w:proofErr w:type="spellStart"/>
      <w:r w:rsidRPr="004C202F">
        <w:rPr>
          <w:lang w:val="en-ID"/>
        </w:rPr>
        <w:t>Sementara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itu</w:t>
      </w:r>
      <w:proofErr w:type="spellEnd"/>
      <w:r w:rsidRPr="004C202F">
        <w:rPr>
          <w:lang w:val="en-ID"/>
        </w:rPr>
        <w:t xml:space="preserve">, Riska Putri </w:t>
      </w:r>
      <w:proofErr w:type="spellStart"/>
      <w:r w:rsidRPr="004C202F">
        <w:rPr>
          <w:lang w:val="en-ID"/>
        </w:rPr>
        <w:t>Indriyani</w:t>
      </w:r>
      <w:proofErr w:type="spellEnd"/>
      <w:r w:rsidRPr="004C202F">
        <w:rPr>
          <w:lang w:val="en-ID"/>
        </w:rPr>
        <w:t xml:space="preserve"> Putri (2024) </w:t>
      </w:r>
      <w:proofErr w:type="spellStart"/>
      <w:r w:rsidRPr="004C202F">
        <w:rPr>
          <w:lang w:val="en-ID"/>
        </w:rPr>
        <w:t>mengkaji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perubahan</w:t>
      </w:r>
      <w:proofErr w:type="spellEnd"/>
      <w:r w:rsidRPr="004C202F">
        <w:rPr>
          <w:lang w:val="en-ID"/>
        </w:rPr>
        <w:t xml:space="preserve"> status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melalui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perkara</w:t>
      </w:r>
      <w:proofErr w:type="spellEnd"/>
      <w:r w:rsidRPr="004C202F">
        <w:rPr>
          <w:lang w:val="en-ID"/>
        </w:rPr>
        <w:t xml:space="preserve"> di </w:t>
      </w:r>
      <w:proofErr w:type="spellStart"/>
      <w:r w:rsidRPr="004C202F">
        <w:rPr>
          <w:lang w:val="en-ID"/>
        </w:rPr>
        <w:t>Pengadilan</w:t>
      </w:r>
      <w:proofErr w:type="spellEnd"/>
      <w:r w:rsidRPr="004C202F">
        <w:rPr>
          <w:lang w:val="en-ID"/>
        </w:rPr>
        <w:t xml:space="preserve"> Agama Bima dan </w:t>
      </w:r>
      <w:proofErr w:type="spellStart"/>
      <w:r w:rsidRPr="004C202F">
        <w:rPr>
          <w:lang w:val="en-ID"/>
        </w:rPr>
        <w:t>menunjukkan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pentingnya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bukti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serta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prosedur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pengelolaan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sesuai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Islam dan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positif</w:t>
      </w:r>
      <w:proofErr w:type="spellEnd"/>
      <w:r w:rsidRPr="004C202F">
        <w:rPr>
          <w:lang w:val="en-ID"/>
        </w:rPr>
        <w:t xml:space="preserve">. </w:t>
      </w:r>
      <w:proofErr w:type="spellStart"/>
      <w:r w:rsidRPr="004C202F">
        <w:rPr>
          <w:lang w:val="en-ID"/>
        </w:rPr>
        <w:t>Hendrawati</w:t>
      </w:r>
      <w:proofErr w:type="spellEnd"/>
      <w:r w:rsidRPr="004C202F">
        <w:rPr>
          <w:lang w:val="en-ID"/>
        </w:rPr>
        <w:t xml:space="preserve"> et al. (2018) juga </w:t>
      </w:r>
      <w:proofErr w:type="spellStart"/>
      <w:r w:rsidRPr="004C202F">
        <w:rPr>
          <w:lang w:val="en-ID"/>
        </w:rPr>
        <w:t>menunjukkan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bahwa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kesalahpahaman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mengenai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legalitas</w:t>
      </w:r>
      <w:proofErr w:type="spellEnd"/>
      <w:r w:rsidRPr="004C202F">
        <w:rPr>
          <w:lang w:val="en-ID"/>
        </w:rPr>
        <w:t xml:space="preserve"> dan </w:t>
      </w:r>
      <w:proofErr w:type="spellStart"/>
      <w:r w:rsidRPr="004C202F">
        <w:rPr>
          <w:lang w:val="en-ID"/>
        </w:rPr>
        <w:t>kurangnya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sertifikasi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merupakan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faktor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dapat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meningkatkan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kerentanan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terhadap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konflik</w:t>
      </w:r>
      <w:proofErr w:type="spellEnd"/>
      <w:r w:rsidR="00C9093D">
        <w:rPr>
          <w:lang w:val="en-ID"/>
        </w:rPr>
        <w:t xml:space="preserve"> </w:t>
      </w:r>
      <w:r w:rsidR="00C9093D">
        <w:rPr>
          <w:lang w:val="en-ID"/>
        </w:rPr>
        <w:fldChar w:fldCharType="begin" w:fldLock="1"/>
      </w:r>
      <w:r w:rsidR="00C9093D">
        <w:rPr>
          <w:lang w:val="en-ID"/>
        </w:rPr>
        <w:instrText>ADDIN CSL_CITATION {"citationItems":[{"id":"ITEM-1","itemData":{"ISSN":"3123-2108","author":[{"dropping-particle":"","family":"Farhaniatussafana","given":"Sabitaqila Suma","non-dropping-particle":"","parse-names":false,"suffix":""},{"dropping-particle":"","family":"Kuan","given":"Sheira Syaharani","non-dropping-particle":"","parse-names":false,"suffix":""},{"dropping-particle":"","family":"Utami","given":"Tri","non-dropping-particle":"","parse-names":false,"suffix":""},{"dropping-particle":"","family":"Hartati","given":"Sawitri Yuli","non-dropping-particle":"","parse-names":false,"suffix":""}],"container-title":"Journal of Legal, Political, and Humanistic Inquiry","id":"ITEM-1","issue":"3","issued":{"date-parts":[["2026"]]},"page":"20-30","title":"Perlindungan Hukum Wakaf Produktif di Indonesia: Analisis Putusan Pengadilan Agama Pandeglang Nomor 405/Pdt. G/2023/PA. Pdlg","type":"article-journal","volume":"1"},"uris":["http://www.mendeley.com/documents/?uuid=3e3e3136-480e-4dbb-b413-e6811d63f39b"]}],"mendeley":{"formattedCitation":"(Farhaniatussafana et al., 2026)","plainTextFormattedCitation":"(Farhaniatussafana et al., 2026)","previouslyFormattedCitation":"(Farhaniatussafana et al., 2026)"},"properties":{"noteIndex":0},"schema":"https://github.com/citation-style-language/schema/raw/master/csl-citation.json"}</w:instrText>
      </w:r>
      <w:r w:rsidR="00C9093D">
        <w:rPr>
          <w:lang w:val="en-ID"/>
        </w:rPr>
        <w:fldChar w:fldCharType="separate"/>
      </w:r>
      <w:r w:rsidR="00C9093D" w:rsidRPr="00C9093D">
        <w:rPr>
          <w:noProof/>
          <w:lang w:val="en-ID"/>
        </w:rPr>
        <w:t>(Farhaniatussafana et al., 2026)</w:t>
      </w:r>
      <w:r w:rsidR="00C9093D">
        <w:rPr>
          <w:lang w:val="en-ID"/>
        </w:rPr>
        <w:fldChar w:fldCharType="end"/>
      </w:r>
      <w:r w:rsidRPr="004C202F">
        <w:rPr>
          <w:lang w:val="en-ID"/>
        </w:rPr>
        <w:t>.</w:t>
      </w:r>
    </w:p>
    <w:p w14:paraId="622534A0" w14:textId="7E3BBFDA" w:rsidR="004C202F" w:rsidRPr="004C202F" w:rsidRDefault="004C202F" w:rsidP="002C5308">
      <w:pPr>
        <w:spacing w:line="360" w:lineRule="auto"/>
        <w:ind w:firstLine="720"/>
        <w:jc w:val="both"/>
        <w:rPr>
          <w:lang w:val="en-ID"/>
        </w:rPr>
      </w:pPr>
      <w:proofErr w:type="spellStart"/>
      <w:r w:rsidRPr="004C202F">
        <w:rPr>
          <w:lang w:val="en-ID"/>
        </w:rPr>
        <w:t>Meskipun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demikian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penelitian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terdahulu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masih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memiliki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keterbatasan</w:t>
      </w:r>
      <w:proofErr w:type="spellEnd"/>
      <w:r w:rsidRPr="004C202F">
        <w:rPr>
          <w:lang w:val="en-ID"/>
        </w:rPr>
        <w:t xml:space="preserve">. Sebagian </w:t>
      </w:r>
      <w:proofErr w:type="spellStart"/>
      <w:r w:rsidRPr="004C202F">
        <w:rPr>
          <w:lang w:val="en-ID"/>
        </w:rPr>
        <w:t>penelitian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membahas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sengketa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secara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normatif</w:t>
      </w:r>
      <w:proofErr w:type="spellEnd"/>
      <w:r w:rsidRPr="004C202F">
        <w:rPr>
          <w:lang w:val="en-ID"/>
        </w:rPr>
        <w:t xml:space="preserve"> dan </w:t>
      </w:r>
      <w:proofErr w:type="spellStart"/>
      <w:r w:rsidRPr="004C202F">
        <w:rPr>
          <w:lang w:val="en-ID"/>
        </w:rPr>
        <w:t>umum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sebagian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lainnya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berfokus</w:t>
      </w:r>
      <w:proofErr w:type="spellEnd"/>
      <w:r w:rsidRPr="004C202F">
        <w:rPr>
          <w:lang w:val="en-ID"/>
        </w:rPr>
        <w:t xml:space="preserve"> pada proses </w:t>
      </w:r>
      <w:proofErr w:type="spellStart"/>
      <w:r w:rsidRPr="004C202F">
        <w:rPr>
          <w:lang w:val="en-ID"/>
        </w:rPr>
        <w:t>litigasi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atau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persoalan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administrasi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sementara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kajian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mengenai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hubungan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antara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cacat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keabsahan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, dan </w:t>
      </w:r>
      <w:proofErr w:type="spellStart"/>
      <w:r w:rsidRPr="004C202F">
        <w:rPr>
          <w:lang w:val="en-ID"/>
        </w:rPr>
        <w:t>mekanisme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penyelesaian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sengketa</w:t>
      </w:r>
      <w:proofErr w:type="spellEnd"/>
      <w:r w:rsidRPr="004C202F">
        <w:rPr>
          <w:lang w:val="en-ID"/>
        </w:rPr>
        <w:t xml:space="preserve"> pada </w:t>
      </w:r>
      <w:proofErr w:type="spellStart"/>
      <w:r w:rsidRPr="004C202F">
        <w:rPr>
          <w:lang w:val="en-ID"/>
        </w:rPr>
        <w:t>konteks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masjid </w:t>
      </w:r>
      <w:proofErr w:type="spellStart"/>
      <w:r w:rsidRPr="004C202F">
        <w:rPr>
          <w:lang w:val="en-ID"/>
        </w:rPr>
        <w:t>dengan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mengintegrasikan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Islam dan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positif</w:t>
      </w:r>
      <w:proofErr w:type="spellEnd"/>
      <w:r w:rsidRPr="004C202F">
        <w:rPr>
          <w:lang w:val="en-ID"/>
        </w:rPr>
        <w:t xml:space="preserve"> Indonesia </w:t>
      </w:r>
      <w:proofErr w:type="spellStart"/>
      <w:r w:rsidRPr="004C202F">
        <w:rPr>
          <w:lang w:val="en-ID"/>
        </w:rPr>
        <w:t>masih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terbatas</w:t>
      </w:r>
      <w:proofErr w:type="spellEnd"/>
      <w:r w:rsidRPr="004C202F">
        <w:rPr>
          <w:lang w:val="en-ID"/>
        </w:rPr>
        <w:t xml:space="preserve">. Bahan </w:t>
      </w:r>
      <w:proofErr w:type="spellStart"/>
      <w:r w:rsidRPr="004C202F">
        <w:rPr>
          <w:lang w:val="en-ID"/>
        </w:rPr>
        <w:t>penelitian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menunjukkan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bahwa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penelitian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terdahulu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belum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secara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komprehensif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mengkaji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studi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kasus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sengketa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masjid </w:t>
      </w:r>
      <w:proofErr w:type="spellStart"/>
      <w:r w:rsidRPr="004C202F">
        <w:rPr>
          <w:lang w:val="en-ID"/>
        </w:rPr>
        <w:t>melalui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integrasi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kedua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sistem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tersebut</w:t>
      </w:r>
      <w:proofErr w:type="spellEnd"/>
      <w:r w:rsidRPr="004C202F">
        <w:rPr>
          <w:lang w:val="en-ID"/>
        </w:rPr>
        <w:t xml:space="preserve">. </w:t>
      </w:r>
      <w:proofErr w:type="spellStart"/>
      <w:r w:rsidRPr="004C202F">
        <w:rPr>
          <w:lang w:val="en-ID"/>
        </w:rPr>
        <w:t>Celah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inilah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menjadi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dasar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pentingnya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penelitian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ini</w:t>
      </w:r>
      <w:proofErr w:type="spellEnd"/>
      <w:r w:rsidR="00C9093D">
        <w:rPr>
          <w:lang w:val="en-ID"/>
        </w:rPr>
        <w:t xml:space="preserve"> </w:t>
      </w:r>
      <w:r w:rsidR="00C9093D">
        <w:rPr>
          <w:lang w:val="en-ID"/>
        </w:rPr>
        <w:fldChar w:fldCharType="begin" w:fldLock="1"/>
      </w:r>
      <w:r w:rsidR="00C9093D">
        <w:rPr>
          <w:lang w:val="en-ID"/>
        </w:rPr>
        <w:instrText>ADDIN CSL_CITATION {"citationItems":[{"id":"ITEM-1","itemData":{"author":[{"dropping-particle":"","family":"Susilo","given":"Wawan","non-dropping-particle":"","parse-names":false,"suffix":""}],"container-title":"Jurnal IUS Vol. VIII No","id":"ITEM-1","issued":{"date-parts":[["2020"]]},"title":"Tinjauan Hukum Terhadap Pengalihan Tanah Wakaf Yang Tidak Sesuai Peruntukkan Semula Menurut Hukum Positif","type":"article-journal"},"uris":["http://www.mendeley.com/documents/?uuid=c618b76a-4852-4840-9a30-a855d4f70052"]}],"mendeley":{"formattedCitation":"(Susilo, 2020)","plainTextFormattedCitation":"(Susilo, 2020)","previouslyFormattedCitation":"(Susilo, 2020)"},"properties":{"noteIndex":0},"schema":"https://github.com/citation-style-language/schema/raw/master/csl-citation.json"}</w:instrText>
      </w:r>
      <w:r w:rsidR="00C9093D">
        <w:rPr>
          <w:lang w:val="en-ID"/>
        </w:rPr>
        <w:fldChar w:fldCharType="separate"/>
      </w:r>
      <w:r w:rsidR="00C9093D" w:rsidRPr="00C9093D">
        <w:rPr>
          <w:noProof/>
          <w:lang w:val="en-ID"/>
        </w:rPr>
        <w:t>(Susilo, 2020)</w:t>
      </w:r>
      <w:r w:rsidR="00C9093D">
        <w:rPr>
          <w:lang w:val="en-ID"/>
        </w:rPr>
        <w:fldChar w:fldCharType="end"/>
      </w:r>
      <w:r w:rsidRPr="004C202F">
        <w:rPr>
          <w:lang w:val="en-ID"/>
        </w:rPr>
        <w:t>.</w:t>
      </w:r>
    </w:p>
    <w:p w14:paraId="4860C7A0" w14:textId="6B644E3F" w:rsidR="004C202F" w:rsidRPr="004C202F" w:rsidRDefault="004C202F" w:rsidP="002C5308">
      <w:pPr>
        <w:spacing w:line="360" w:lineRule="auto"/>
        <w:ind w:firstLine="720"/>
        <w:jc w:val="both"/>
        <w:rPr>
          <w:lang w:val="en-ID"/>
        </w:rPr>
      </w:pPr>
      <w:proofErr w:type="spellStart"/>
      <w:r w:rsidRPr="004C202F">
        <w:rPr>
          <w:lang w:val="en-ID"/>
        </w:rPr>
        <w:t>Penelitian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ini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penting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dilakukan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karena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penyelesaian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sengketa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tidak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cukup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hanya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menentukan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pihak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menang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atau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kalah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dalam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suatu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perkara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tetapi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perlu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memastikan</w:t>
      </w:r>
      <w:proofErr w:type="spellEnd"/>
      <w:r w:rsidRPr="004C202F">
        <w:rPr>
          <w:lang w:val="en-ID"/>
        </w:rPr>
        <w:t xml:space="preserve"> status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keabsahan</w:t>
      </w:r>
      <w:proofErr w:type="spellEnd"/>
      <w:r w:rsidRPr="004C202F">
        <w:rPr>
          <w:lang w:val="en-ID"/>
        </w:rPr>
        <w:t xml:space="preserve"> proses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kekuatan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bukti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serta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keberlanjutan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pemanfaatannya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untuk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kepentingan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masyarakat</w:t>
      </w:r>
      <w:proofErr w:type="spellEnd"/>
      <w:r w:rsidRPr="004C202F">
        <w:rPr>
          <w:lang w:val="en-ID"/>
        </w:rPr>
        <w:t xml:space="preserve">. </w:t>
      </w:r>
      <w:proofErr w:type="spellStart"/>
      <w:r w:rsidRPr="004C202F">
        <w:rPr>
          <w:lang w:val="en-ID"/>
        </w:rPr>
        <w:t>Penyelesaian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melalui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pengadilan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dapat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lastRenderedPageBreak/>
        <w:t>memberikan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kepastian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tetapi</w:t>
      </w:r>
      <w:proofErr w:type="spellEnd"/>
      <w:r w:rsidRPr="004C202F">
        <w:rPr>
          <w:lang w:val="en-ID"/>
        </w:rPr>
        <w:t xml:space="preserve"> proses yang </w:t>
      </w:r>
      <w:proofErr w:type="spellStart"/>
      <w:r w:rsidRPr="004C202F">
        <w:rPr>
          <w:lang w:val="en-ID"/>
        </w:rPr>
        <w:t>panjang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berpotensi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mempertahankan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konflik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sosial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apabila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tidak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disertai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upaya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penyelesaian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mengedepankan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musyawarah</w:t>
      </w:r>
      <w:proofErr w:type="spellEnd"/>
      <w:r w:rsidRPr="004C202F">
        <w:rPr>
          <w:lang w:val="en-ID"/>
        </w:rPr>
        <w:t xml:space="preserve"> dan </w:t>
      </w:r>
      <w:proofErr w:type="spellStart"/>
      <w:r w:rsidRPr="004C202F">
        <w:rPr>
          <w:lang w:val="en-ID"/>
        </w:rPr>
        <w:t>kemaslahatan</w:t>
      </w:r>
      <w:proofErr w:type="spellEnd"/>
      <w:r w:rsidR="00C9093D">
        <w:rPr>
          <w:lang w:val="en-ID"/>
        </w:rPr>
        <w:t xml:space="preserve"> </w:t>
      </w:r>
      <w:r w:rsidR="00C9093D">
        <w:rPr>
          <w:lang w:val="en-ID"/>
        </w:rPr>
        <w:fldChar w:fldCharType="begin" w:fldLock="1"/>
      </w:r>
      <w:r w:rsidR="00C9093D">
        <w:rPr>
          <w:lang w:val="en-ID"/>
        </w:rPr>
        <w:instrText>ADDIN CSL_CITATION {"citationItems":[{"id":"ITEM-1","itemData":{"author":[{"dropping-particle":"","family":"Rudi Margono","given":"S H","non-dropping-particle":"","parse-names":false,"suffix":""}],"id":"ITEM-1","issued":{"date-parts":[["2026"]]},"publisher":"PROFESOR RUDI MARGONO","title":"Perlindungan Lahan Wakaf: Strategi Penegakan Hukum terhadap Penyerobotan Tanah Rumah Ibadah","type":"book"},"uris":["http://www.mendeley.com/documents/?uuid=2df5cf38-eb21-4ddd-b3fb-722c44f5afbc"]}],"mendeley":{"formattedCitation":"(Rudi Margono, 2026)","plainTextFormattedCitation":"(Rudi Margono, 2026)","previouslyFormattedCitation":"(Rudi Margono, 2026)"},"properties":{"noteIndex":0},"schema":"https://github.com/citation-style-language/schema/raw/master/csl-citation.json"}</w:instrText>
      </w:r>
      <w:r w:rsidR="00C9093D">
        <w:rPr>
          <w:lang w:val="en-ID"/>
        </w:rPr>
        <w:fldChar w:fldCharType="separate"/>
      </w:r>
      <w:r w:rsidR="00C9093D" w:rsidRPr="00C9093D">
        <w:rPr>
          <w:noProof/>
          <w:lang w:val="en-ID"/>
        </w:rPr>
        <w:t>(Rudi Margono, 2026)</w:t>
      </w:r>
      <w:r w:rsidR="00C9093D">
        <w:rPr>
          <w:lang w:val="en-ID"/>
        </w:rPr>
        <w:fldChar w:fldCharType="end"/>
      </w:r>
      <w:r w:rsidRPr="004C202F">
        <w:rPr>
          <w:lang w:val="en-ID"/>
        </w:rPr>
        <w:t xml:space="preserve">. Oleh </w:t>
      </w:r>
      <w:proofErr w:type="spellStart"/>
      <w:r w:rsidRPr="004C202F">
        <w:rPr>
          <w:lang w:val="en-ID"/>
        </w:rPr>
        <w:t>karena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itu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diperlukan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kajian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mampu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mempertemukan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prinsip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Islam </w:t>
      </w:r>
      <w:proofErr w:type="spellStart"/>
      <w:r w:rsidRPr="004C202F">
        <w:rPr>
          <w:lang w:val="en-ID"/>
        </w:rPr>
        <w:t>dengan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mekanisme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positif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sehingga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penyelesaian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sengketa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tidak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hanya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bersifat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represif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tetapi</w:t>
      </w:r>
      <w:proofErr w:type="spellEnd"/>
      <w:r w:rsidRPr="004C202F">
        <w:rPr>
          <w:lang w:val="en-ID"/>
        </w:rPr>
        <w:t xml:space="preserve"> juga </w:t>
      </w:r>
      <w:proofErr w:type="spellStart"/>
      <w:r w:rsidRPr="004C202F">
        <w:rPr>
          <w:lang w:val="en-ID"/>
        </w:rPr>
        <w:t>memberikan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dasar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bagi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pencegahan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sengketa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melalui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tertib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administrasi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pendaftaran</w:t>
      </w:r>
      <w:proofErr w:type="spellEnd"/>
      <w:r w:rsidRPr="004C202F">
        <w:rPr>
          <w:lang w:val="en-ID"/>
        </w:rPr>
        <w:t xml:space="preserve">, dan </w:t>
      </w:r>
      <w:proofErr w:type="spellStart"/>
      <w:r w:rsidRPr="004C202F">
        <w:rPr>
          <w:lang w:val="en-ID"/>
        </w:rPr>
        <w:t>sertifikasi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="00C9093D">
        <w:rPr>
          <w:lang w:val="en-ID"/>
        </w:rPr>
        <w:t xml:space="preserve"> </w:t>
      </w:r>
      <w:r w:rsidR="00C9093D">
        <w:rPr>
          <w:lang w:val="en-ID"/>
        </w:rPr>
        <w:fldChar w:fldCharType="begin" w:fldLock="1"/>
      </w:r>
      <w:r w:rsidR="00C9093D">
        <w:rPr>
          <w:lang w:val="en-ID"/>
        </w:rPr>
        <w:instrText>ADDIN CSL_CITATION {"citationItems":[{"id":"ITEM-1","itemData":{"ISSN":"2622-8513","author":[{"dropping-particle":"","family":"Mannuhung","given":"Suparman","non-dropping-particle":"","parse-names":false,"suffix":""},{"dropping-particle":"","family":"Djidar","given":"Haedar","non-dropping-particle":"","parse-names":false,"suffix":""}],"container-title":"Jurnal Andi Djemma/Jurnal Pendidikan","id":"ITEM-1","issue":"2","issued":{"date-parts":[["2024"]]},"page":"228-251","title":"PENDIDIKAN HUKUM PENYELESAIAN SENGKETA TANAH PERSPEKTIF PRINSIP HUKUM ISLAM DAN HUKUM POSITIF","type":"article-journal","volume":"7"},"uris":["http://www.mendeley.com/documents/?uuid=c20f46c9-5f8c-4d5a-8c96-987f8042bf01"]}],"mendeley":{"formattedCitation":"(Mannuhung &amp; Djidar, 2024)","plainTextFormattedCitation":"(Mannuhung &amp; Djidar, 2024)","previouslyFormattedCitation":"(Mannuhung &amp; Djidar, 2024)"},"properties":{"noteIndex":0},"schema":"https://github.com/citation-style-language/schema/raw/master/csl-citation.json"}</w:instrText>
      </w:r>
      <w:r w:rsidR="00C9093D">
        <w:rPr>
          <w:lang w:val="en-ID"/>
        </w:rPr>
        <w:fldChar w:fldCharType="separate"/>
      </w:r>
      <w:r w:rsidR="00C9093D" w:rsidRPr="00C9093D">
        <w:rPr>
          <w:noProof/>
          <w:lang w:val="en-ID"/>
        </w:rPr>
        <w:t>(Mannuhung &amp; Djidar, 2024)</w:t>
      </w:r>
      <w:r w:rsidR="00C9093D">
        <w:rPr>
          <w:lang w:val="en-ID"/>
        </w:rPr>
        <w:fldChar w:fldCharType="end"/>
      </w:r>
      <w:r w:rsidRPr="004C202F">
        <w:rPr>
          <w:lang w:val="en-ID"/>
        </w:rPr>
        <w:t>.</w:t>
      </w:r>
    </w:p>
    <w:p w14:paraId="43D71560" w14:textId="0A700124" w:rsidR="004C202F" w:rsidRPr="004C202F" w:rsidRDefault="004C202F" w:rsidP="002C5308">
      <w:pPr>
        <w:spacing w:line="360" w:lineRule="auto"/>
        <w:ind w:firstLine="720"/>
        <w:jc w:val="both"/>
        <w:rPr>
          <w:lang w:val="en-ID"/>
        </w:rPr>
      </w:pPr>
      <w:proofErr w:type="spellStart"/>
      <w:r w:rsidRPr="004C202F">
        <w:rPr>
          <w:lang w:val="en-ID"/>
        </w:rPr>
        <w:t>Dalam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konteks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kebutuhan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daerah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penelitian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ini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relevan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dengan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upaya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memperkuat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kepastian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dan </w:t>
      </w:r>
      <w:proofErr w:type="spellStart"/>
      <w:r w:rsidRPr="004C202F">
        <w:rPr>
          <w:lang w:val="en-ID"/>
        </w:rPr>
        <w:t>perlindungan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terhadap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aset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di </w:t>
      </w:r>
      <w:proofErr w:type="spellStart"/>
      <w:r w:rsidRPr="004C202F">
        <w:rPr>
          <w:lang w:val="en-ID"/>
        </w:rPr>
        <w:t>Kabupaten</w:t>
      </w:r>
      <w:proofErr w:type="spellEnd"/>
      <w:r w:rsidRPr="004C202F">
        <w:rPr>
          <w:lang w:val="en-ID"/>
        </w:rPr>
        <w:t xml:space="preserve"> Gorontalo</w:t>
      </w:r>
      <w:r w:rsidR="00C9093D">
        <w:rPr>
          <w:lang w:val="en-ID"/>
        </w:rPr>
        <w:t xml:space="preserve"> </w:t>
      </w:r>
      <w:r w:rsidR="00C9093D">
        <w:rPr>
          <w:lang w:val="en-ID"/>
        </w:rPr>
        <w:fldChar w:fldCharType="begin" w:fldLock="1"/>
      </w:r>
      <w:r w:rsidR="00C9093D">
        <w:rPr>
          <w:lang w:val="en-ID"/>
        </w:rPr>
        <w:instrText>ADDIN CSL_CITATION {"citationItems":[{"id":"ITEM-1","itemData":{"ISSN":"3124-7598","author":[{"dropping-particle":"","family":"Apipudin","given":"Apipudin","non-dropping-particle":"","parse-names":false,"suffix":""},{"dropping-particle":"","family":"Asruni","given":"Asruni","non-dropping-particle":"","parse-names":false,"suffix":""},{"dropping-particle":"","family":"Winarsih","given":"Tatik","non-dropping-particle":"","parse-names":false,"suffix":""},{"dropping-particle":"","family":"Rohman","given":"Muhammad Zainul","non-dropping-particle":"","parse-names":false,"suffix":""}],"container-title":"Smart: Journal of Islamic Religion and Sharia Studies","id":"ITEM-1","issue":"3","issued":{"date-parts":[["2026"]]},"page":"35-53","title":"Analysis of Waqf Land Withdrawal: Sharia Economic Law and Indonesian Positive Law","type":"article-journal","volume":"1"},"uris":["http://www.mendeley.com/documents/?uuid=1ecaa5ca-66b0-480c-847c-63997227325d"]}],"mendeley":{"formattedCitation":"(Apipudin et al., 2026)","plainTextFormattedCitation":"(Apipudin et al., 2026)","previouslyFormattedCitation":"(Apipudin et al., 2026)"},"properties":{"noteIndex":0},"schema":"https://github.com/citation-style-language/schema/raw/master/csl-citation.json"}</w:instrText>
      </w:r>
      <w:r w:rsidR="00C9093D">
        <w:rPr>
          <w:lang w:val="en-ID"/>
        </w:rPr>
        <w:fldChar w:fldCharType="separate"/>
      </w:r>
      <w:r w:rsidR="00C9093D" w:rsidRPr="00C9093D">
        <w:rPr>
          <w:noProof/>
          <w:lang w:val="en-ID"/>
        </w:rPr>
        <w:t>(Apipudin et al., 2026)</w:t>
      </w:r>
      <w:r w:rsidR="00C9093D">
        <w:rPr>
          <w:lang w:val="en-ID"/>
        </w:rPr>
        <w:fldChar w:fldCharType="end"/>
      </w:r>
      <w:r w:rsidRPr="004C202F">
        <w:rPr>
          <w:lang w:val="en-ID"/>
        </w:rPr>
        <w:t xml:space="preserve">. Tanah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digunakan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untuk</w:t>
      </w:r>
      <w:proofErr w:type="spellEnd"/>
      <w:r w:rsidRPr="004C202F">
        <w:rPr>
          <w:lang w:val="en-ID"/>
        </w:rPr>
        <w:t xml:space="preserve"> masjid dan </w:t>
      </w:r>
      <w:proofErr w:type="spellStart"/>
      <w:r w:rsidRPr="004C202F">
        <w:rPr>
          <w:lang w:val="en-ID"/>
        </w:rPr>
        <w:t>fasilitas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sosial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memiliki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nilai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keagamaan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sekaligus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nilai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sosial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tinggi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sehingga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keberadaannya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perlu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dilindungi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dari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potensi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konflik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kepemilikan</w:t>
      </w:r>
      <w:proofErr w:type="spellEnd"/>
      <w:r w:rsidRPr="004C202F">
        <w:rPr>
          <w:lang w:val="en-ID"/>
        </w:rPr>
        <w:t xml:space="preserve"> dan </w:t>
      </w:r>
      <w:proofErr w:type="spellStart"/>
      <w:r w:rsidRPr="004C202F">
        <w:rPr>
          <w:lang w:val="en-ID"/>
        </w:rPr>
        <w:t>tuntutan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pihak</w:t>
      </w:r>
      <w:proofErr w:type="spellEnd"/>
      <w:r w:rsidRPr="004C202F">
        <w:rPr>
          <w:lang w:val="en-ID"/>
        </w:rPr>
        <w:t xml:space="preserve"> lain</w:t>
      </w:r>
      <w:r w:rsidR="00C9093D">
        <w:rPr>
          <w:lang w:val="en-ID"/>
        </w:rPr>
        <w:t xml:space="preserve"> </w:t>
      </w:r>
      <w:r w:rsidR="00C9093D">
        <w:rPr>
          <w:lang w:val="en-ID"/>
        </w:rPr>
        <w:fldChar w:fldCharType="begin" w:fldLock="1"/>
      </w:r>
      <w:r w:rsidR="00C9093D">
        <w:rPr>
          <w:lang w:val="en-ID"/>
        </w:rPr>
        <w:instrText>ADDIN CSL_CITATION {"citationItems":[{"id":"ITEM-1","itemData":{"author":[{"dropping-particle":"","family":"Febryza","given":"Elvira Lieshanty","non-dropping-particle":"","parse-names":false,"suffix":""}],"container-title":"Premise Law Journal","id":"ITEM-1","issued":{"date-parts":[["2016"]]},"page":"161836","publisher":"University of North Sumatra","title":"Analisis Yuridis Pemindahan Tanah Wakaf Ditinjau Dari Hukum Islam Dan Undang-Undang Nomor 41 Tahun 2004 Tentang Wakaf (Studi Putusan PTUN No: 98/G/2011/PTUN. JKT)","type":"article-journal","volume":"9"},"uris":["http://www.mendeley.com/documents/?uuid=314e5087-ca70-4691-b4dc-66440fbf4256"]}],"mendeley":{"formattedCitation":"(Febryza, 2016)","plainTextFormattedCitation":"(Febryza, 2016)","previouslyFormattedCitation":"(Febryza, 2016)"},"properties":{"noteIndex":0},"schema":"https://github.com/citation-style-language/schema/raw/master/csl-citation.json"}</w:instrText>
      </w:r>
      <w:r w:rsidR="00C9093D">
        <w:rPr>
          <w:lang w:val="en-ID"/>
        </w:rPr>
        <w:fldChar w:fldCharType="separate"/>
      </w:r>
      <w:r w:rsidR="00C9093D" w:rsidRPr="00C9093D">
        <w:rPr>
          <w:noProof/>
          <w:lang w:val="en-ID"/>
        </w:rPr>
        <w:t>(Febryza, 2016)</w:t>
      </w:r>
      <w:r w:rsidR="00C9093D">
        <w:rPr>
          <w:lang w:val="en-ID"/>
        </w:rPr>
        <w:fldChar w:fldCharType="end"/>
      </w:r>
      <w:r w:rsidRPr="004C202F">
        <w:rPr>
          <w:lang w:val="en-ID"/>
        </w:rPr>
        <w:t xml:space="preserve">. Hasil </w:t>
      </w:r>
      <w:proofErr w:type="spellStart"/>
      <w:r w:rsidRPr="004C202F">
        <w:rPr>
          <w:lang w:val="en-ID"/>
        </w:rPr>
        <w:t>penelitian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diharapkan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dapat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memberikan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rekomendasi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dapat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dimanfaatkan</w:t>
      </w:r>
      <w:proofErr w:type="spellEnd"/>
      <w:r w:rsidRPr="004C202F">
        <w:rPr>
          <w:lang w:val="en-ID"/>
        </w:rPr>
        <w:t xml:space="preserve"> oleh </w:t>
      </w:r>
      <w:proofErr w:type="spellStart"/>
      <w:r w:rsidRPr="004C202F">
        <w:rPr>
          <w:lang w:val="en-ID"/>
        </w:rPr>
        <w:t>pemerintah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daerah</w:t>
      </w:r>
      <w:proofErr w:type="spellEnd"/>
      <w:r w:rsidRPr="004C202F">
        <w:rPr>
          <w:lang w:val="en-ID"/>
        </w:rPr>
        <w:t xml:space="preserve">, Kantor </w:t>
      </w:r>
      <w:proofErr w:type="spellStart"/>
      <w:r w:rsidRPr="004C202F">
        <w:rPr>
          <w:lang w:val="en-ID"/>
        </w:rPr>
        <w:t>Urusan</w:t>
      </w:r>
      <w:proofErr w:type="spellEnd"/>
      <w:r w:rsidRPr="004C202F">
        <w:rPr>
          <w:lang w:val="en-ID"/>
        </w:rPr>
        <w:t xml:space="preserve"> Agama, </w:t>
      </w:r>
      <w:proofErr w:type="spellStart"/>
      <w:r w:rsidRPr="004C202F">
        <w:rPr>
          <w:lang w:val="en-ID"/>
        </w:rPr>
        <w:t>nazhir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pengelola</w:t>
      </w:r>
      <w:proofErr w:type="spellEnd"/>
      <w:r w:rsidRPr="004C202F">
        <w:rPr>
          <w:lang w:val="en-ID"/>
        </w:rPr>
        <w:t xml:space="preserve"> masjid, dan </w:t>
      </w:r>
      <w:proofErr w:type="spellStart"/>
      <w:r w:rsidRPr="004C202F">
        <w:rPr>
          <w:lang w:val="en-ID"/>
        </w:rPr>
        <w:t>masyarakat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dalam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memperkuat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administrasi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serta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perlindungan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="00C9093D">
        <w:rPr>
          <w:lang w:val="en-ID"/>
        </w:rPr>
        <w:t xml:space="preserve"> </w:t>
      </w:r>
      <w:r w:rsidR="00C9093D">
        <w:rPr>
          <w:lang w:val="en-ID"/>
        </w:rPr>
        <w:fldChar w:fldCharType="begin" w:fldLock="1"/>
      </w:r>
      <w:r w:rsidR="00C9093D">
        <w:rPr>
          <w:lang w:val="en-ID"/>
        </w:rPr>
        <w:instrText>ADDIN CSL_CITATION {"citationItems":[{"id":"ITEM-1","itemData":{"author":[{"dropping-particle":"","family":"Hidayah","given":"Kharisma Nur","non-dropping-particle":"","parse-names":false,"suffix":""}],"id":"ITEM-1","issued":{"date-parts":[["2025"]]},"title":"Analisis Yuridis Terhadap Pembatalan Dan Pengembalian Sebagian Benda Wakaf Dari Objek Wakaf Pada Perkara Putusan Pengadilan Tinggi Agama Jakarta Nomor 122/Pdt. G/2024/PTA. JK","type":"article-journal"},"uris":["http://www.mendeley.com/documents/?uuid=94583a5b-55d2-4e8a-b0ee-ba3c602e0e3e"]}],"mendeley":{"formattedCitation":"(Hidayah, 2025)","plainTextFormattedCitation":"(Hidayah, 2025)","previouslyFormattedCitation":"(Hidayah, 2025)"},"properties":{"noteIndex":0},"schema":"https://github.com/citation-style-language/schema/raw/master/csl-citation.json"}</w:instrText>
      </w:r>
      <w:r w:rsidR="00C9093D">
        <w:rPr>
          <w:lang w:val="en-ID"/>
        </w:rPr>
        <w:fldChar w:fldCharType="separate"/>
      </w:r>
      <w:r w:rsidR="00C9093D" w:rsidRPr="00C9093D">
        <w:rPr>
          <w:noProof/>
          <w:lang w:val="en-ID"/>
        </w:rPr>
        <w:t>(Hidayah, 2025)</w:t>
      </w:r>
      <w:r w:rsidR="00C9093D">
        <w:rPr>
          <w:lang w:val="en-ID"/>
        </w:rPr>
        <w:fldChar w:fldCharType="end"/>
      </w:r>
      <w:r w:rsidRPr="004C202F">
        <w:rPr>
          <w:lang w:val="en-ID"/>
        </w:rPr>
        <w:t>.</w:t>
      </w:r>
    </w:p>
    <w:p w14:paraId="18C26A53" w14:textId="5ABD06F6" w:rsidR="00021266" w:rsidRPr="00A22A1B" w:rsidRDefault="004C202F" w:rsidP="002C5308">
      <w:pPr>
        <w:spacing w:line="360" w:lineRule="auto"/>
        <w:ind w:firstLine="720"/>
        <w:jc w:val="both"/>
        <w:rPr>
          <w:lang w:val="en-ID"/>
        </w:rPr>
      </w:pPr>
      <w:r w:rsidRPr="004C202F">
        <w:rPr>
          <w:lang w:val="en-ID"/>
        </w:rPr>
        <w:t xml:space="preserve">Dari </w:t>
      </w:r>
      <w:proofErr w:type="spellStart"/>
      <w:r w:rsidRPr="004C202F">
        <w:rPr>
          <w:lang w:val="en-ID"/>
        </w:rPr>
        <w:t>sisi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keilmuan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penelitian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ini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berkontribusi</w:t>
      </w:r>
      <w:proofErr w:type="spellEnd"/>
      <w:r w:rsidRPr="004C202F">
        <w:rPr>
          <w:lang w:val="en-ID"/>
        </w:rPr>
        <w:t xml:space="preserve"> pada </w:t>
      </w:r>
      <w:proofErr w:type="spellStart"/>
      <w:r w:rsidRPr="004C202F">
        <w:rPr>
          <w:lang w:val="en-ID"/>
        </w:rPr>
        <w:t>pengembangan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kajian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melalui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pendekatan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integratif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antara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Islam dan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positif</w:t>
      </w:r>
      <w:proofErr w:type="spellEnd"/>
      <w:r w:rsidRPr="004C202F">
        <w:rPr>
          <w:lang w:val="en-ID"/>
        </w:rPr>
        <w:t xml:space="preserve"> Indonesia</w:t>
      </w:r>
      <w:r w:rsidR="00C9093D">
        <w:rPr>
          <w:lang w:val="en-ID"/>
        </w:rPr>
        <w:t xml:space="preserve"> </w:t>
      </w:r>
      <w:r w:rsidR="00C9093D">
        <w:rPr>
          <w:lang w:val="en-ID"/>
        </w:rPr>
        <w:fldChar w:fldCharType="begin" w:fldLock="1"/>
      </w:r>
      <w:r w:rsidR="00C9093D">
        <w:rPr>
          <w:lang w:val="en-ID"/>
        </w:rPr>
        <w:instrText>ADDIN CSL_CITATION {"citationItems":[{"id":"ITEM-1","itemData":{"author":[{"dropping-particle":"","family":"DWI","given":"SAFITRI","non-dropping-particle":"","parse-names":false,"suffix":""}],"id":"ITEM-1","issued":{"date-parts":[["2022"]]},"publisher":"UIN RADEN INTAN LAMPUNG","title":"Jual Beli Rumah Berstatus Tanah Wakaf Perspektif Hukum Islam Dan Perspektif Hukum Positif (studi Kasus Dusun Gunung Batu Pekon Gunung Sari Kecamatan Ulubelu Kabupaten Tanggamus)","type":"article"},"uris":["http://www.mendeley.com/documents/?uuid=1dde8882-d00e-41a4-9942-32a12b9126a0"]}],"mendeley":{"formattedCitation":"(DWI, 2022)","plainTextFormattedCitation":"(DWI, 2022)","previouslyFormattedCitation":"(DWI, 2022)"},"properties":{"noteIndex":0},"schema":"https://github.com/citation-style-language/schema/raw/master/csl-citation.json"}</w:instrText>
      </w:r>
      <w:r w:rsidR="00C9093D">
        <w:rPr>
          <w:lang w:val="en-ID"/>
        </w:rPr>
        <w:fldChar w:fldCharType="separate"/>
      </w:r>
      <w:r w:rsidR="00C9093D" w:rsidRPr="00C9093D">
        <w:rPr>
          <w:noProof/>
          <w:lang w:val="en-ID"/>
        </w:rPr>
        <w:t>(DWI, 2022)</w:t>
      </w:r>
      <w:r w:rsidR="00C9093D">
        <w:rPr>
          <w:lang w:val="en-ID"/>
        </w:rPr>
        <w:fldChar w:fldCharType="end"/>
      </w:r>
      <w:r w:rsidRPr="004C202F">
        <w:rPr>
          <w:lang w:val="en-ID"/>
        </w:rPr>
        <w:t xml:space="preserve">. </w:t>
      </w:r>
      <w:proofErr w:type="spellStart"/>
      <w:r w:rsidRPr="004C202F">
        <w:rPr>
          <w:lang w:val="en-ID"/>
        </w:rPr>
        <w:t>Fokus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penelitian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tidak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hanya</w:t>
      </w:r>
      <w:proofErr w:type="spellEnd"/>
      <w:r w:rsidRPr="004C202F">
        <w:rPr>
          <w:lang w:val="en-ID"/>
        </w:rPr>
        <w:t xml:space="preserve"> pada </w:t>
      </w:r>
      <w:proofErr w:type="spellStart"/>
      <w:r w:rsidRPr="004C202F">
        <w:rPr>
          <w:lang w:val="en-ID"/>
        </w:rPr>
        <w:t>penyelesaian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sengketa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telah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terjadi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tetapi</w:t>
      </w:r>
      <w:proofErr w:type="spellEnd"/>
      <w:r w:rsidRPr="004C202F">
        <w:rPr>
          <w:lang w:val="en-ID"/>
        </w:rPr>
        <w:t xml:space="preserve"> juga pada </w:t>
      </w:r>
      <w:proofErr w:type="spellStart"/>
      <w:r w:rsidRPr="004C202F">
        <w:rPr>
          <w:lang w:val="en-ID"/>
        </w:rPr>
        <w:t>identifikasi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bentuk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cacat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penilaian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keabsahan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serta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penguatan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mekanisme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perlindungan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untuk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mencegah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sengketa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serupa</w:t>
      </w:r>
      <w:proofErr w:type="spellEnd"/>
      <w:r w:rsidR="00C9093D">
        <w:rPr>
          <w:lang w:val="en-ID"/>
        </w:rPr>
        <w:t xml:space="preserve"> </w:t>
      </w:r>
      <w:r w:rsidR="00C9093D">
        <w:rPr>
          <w:lang w:val="en-ID"/>
        </w:rPr>
        <w:fldChar w:fldCharType="begin" w:fldLock="1"/>
      </w:r>
      <w:r w:rsidR="00C9093D">
        <w:rPr>
          <w:lang w:val="en-ID"/>
        </w:rPr>
        <w:instrText>ADDIN CSL_CITATION {"citationItems":[{"id":"ITEM-1","itemData":{"ISSN":"2746-4075","author":[{"dropping-particle":"","family":"Rahmawati","given":"Lyta Wury","non-dropping-particle":"","parse-names":false,"suffix":""},{"dropping-particle":"","family":"Dewi","given":"Nourma","non-dropping-particle":"","parse-names":false,"suffix":""},{"dropping-particle":"","family":"Nurwanti","given":"Yulian Dwi","non-dropping-particle":"","parse-names":false,"suffix":""}],"container-title":"Jurnal Hukum Lex Generalis","id":"ITEM-1","issue":"9","issued":{"date-parts":[["2026"]]},"title":"Analisis Yuridis terhadap Pengaturan Sertipikat Elektronik (E-Sertipikat) atas Tanah Wakaf dalam Sistem Hukum Positif di Indonesia","type":"article-journal","volume":"7"},"uris":["http://www.mendeley.com/documents/?uuid=45d80637-bada-4022-8cca-82f960622a40"]}],"mendeley":{"formattedCitation":"(Rahmawati et al., 2026)","plainTextFormattedCitation":"(Rahmawati et al., 2026)","previouslyFormattedCitation":"(Rahmawati et al., 2026)"},"properties":{"noteIndex":0},"schema":"https://github.com/citation-style-language/schema/raw/master/csl-citation.json"}</w:instrText>
      </w:r>
      <w:r w:rsidR="00C9093D">
        <w:rPr>
          <w:lang w:val="en-ID"/>
        </w:rPr>
        <w:fldChar w:fldCharType="separate"/>
      </w:r>
      <w:r w:rsidR="00C9093D" w:rsidRPr="00C9093D">
        <w:rPr>
          <w:noProof/>
          <w:lang w:val="en-ID"/>
        </w:rPr>
        <w:t>(Rahmawati et al., 2026)</w:t>
      </w:r>
      <w:r w:rsidR="00C9093D">
        <w:rPr>
          <w:lang w:val="en-ID"/>
        </w:rPr>
        <w:fldChar w:fldCharType="end"/>
      </w:r>
      <w:r w:rsidRPr="004C202F">
        <w:rPr>
          <w:lang w:val="en-ID"/>
        </w:rPr>
        <w:t xml:space="preserve">. Dengan </w:t>
      </w:r>
      <w:proofErr w:type="spellStart"/>
      <w:r w:rsidRPr="004C202F">
        <w:rPr>
          <w:lang w:val="en-ID"/>
        </w:rPr>
        <w:t>demikian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penelitian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ini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diharapkan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menghasilkan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dasar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analisis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yuridis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dapat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memperkuat</w:t>
      </w:r>
      <w:proofErr w:type="spellEnd"/>
      <w:r w:rsidRPr="004C202F">
        <w:rPr>
          <w:lang w:val="en-ID"/>
        </w:rPr>
        <w:t xml:space="preserve"> tata </w:t>
      </w:r>
      <w:proofErr w:type="spellStart"/>
      <w:r w:rsidRPr="004C202F">
        <w:rPr>
          <w:lang w:val="en-ID"/>
        </w:rPr>
        <w:t>kelola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memberikan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kepastian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atas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serta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menjaga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fungsi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sosial</w:t>
      </w:r>
      <w:proofErr w:type="spellEnd"/>
      <w:r w:rsidRPr="004C202F">
        <w:rPr>
          <w:lang w:val="en-ID"/>
        </w:rPr>
        <w:t xml:space="preserve"> dan </w:t>
      </w:r>
      <w:proofErr w:type="spellStart"/>
      <w:r w:rsidRPr="004C202F">
        <w:rPr>
          <w:lang w:val="en-ID"/>
        </w:rPr>
        <w:t>keagamaan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aset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secara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berkelanjutan</w:t>
      </w:r>
      <w:proofErr w:type="spellEnd"/>
      <w:r w:rsidR="00C9093D">
        <w:rPr>
          <w:lang w:val="en-ID"/>
        </w:rPr>
        <w:t xml:space="preserve"> </w:t>
      </w:r>
      <w:r w:rsidR="00C9093D">
        <w:rPr>
          <w:lang w:val="en-ID"/>
        </w:rPr>
        <w:fldChar w:fldCharType="begin" w:fldLock="1"/>
      </w:r>
      <w:r w:rsidR="00C9093D">
        <w:rPr>
          <w:lang w:val="en-ID"/>
        </w:rPr>
        <w:instrText>ADDIN CSL_CITATION {"citationItems":[{"id":"ITEM-1","itemData":{"author":[{"dropping-particle":"","family":"ZULFAN","given":"NASHBY","non-dropping-particle":"","parse-names":false,"suffix":""}],"id":"ITEM-1","issued":{"date-parts":[["2011"]]},"publisher":"Diponegoro University","title":"PENYELESAIAN SENGKETA ANTAR NADZIR TANAH WAKAF DI KECAMATAN LARANGAN KOTA TANGERANG BANTEN (STUDI KASUS TANAH WAKAF MASJID AL-FURQON TANGERANG)","type":"article"},"uris":["http://www.mendeley.com/documents/?uuid=c5e30bd0-c47f-4bea-9edb-b4f5aab81f74"]}],"mendeley":{"formattedCitation":"(ZULFAN, 2011)","plainTextFormattedCitation":"(ZULFAN, 2011)","previouslyFormattedCitation":"(ZULFAN, 2011)"},"properties":{"noteIndex":0},"schema":"https://github.com/citation-style-language/schema/raw/master/csl-citation.json"}</w:instrText>
      </w:r>
      <w:r w:rsidR="00C9093D">
        <w:rPr>
          <w:lang w:val="en-ID"/>
        </w:rPr>
        <w:fldChar w:fldCharType="separate"/>
      </w:r>
      <w:r w:rsidR="00C9093D" w:rsidRPr="00C9093D">
        <w:rPr>
          <w:noProof/>
          <w:lang w:val="en-ID"/>
        </w:rPr>
        <w:t>(ZULFAN, 2011)</w:t>
      </w:r>
      <w:r w:rsidR="00C9093D">
        <w:rPr>
          <w:lang w:val="en-ID"/>
        </w:rPr>
        <w:fldChar w:fldCharType="end"/>
      </w:r>
      <w:r w:rsidRPr="004C202F">
        <w:rPr>
          <w:lang w:val="en-ID"/>
        </w:rPr>
        <w:t xml:space="preserve">. </w:t>
      </w:r>
      <w:proofErr w:type="spellStart"/>
      <w:r w:rsidRPr="004C202F">
        <w:rPr>
          <w:lang w:val="en-ID"/>
        </w:rPr>
        <w:t>Penelitian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ini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sekaligus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memperkuat</w:t>
      </w:r>
      <w:proofErr w:type="spellEnd"/>
      <w:r w:rsidRPr="004C202F">
        <w:rPr>
          <w:lang w:val="en-ID"/>
        </w:rPr>
        <w:t xml:space="preserve"> roadmap </w:t>
      </w:r>
      <w:proofErr w:type="spellStart"/>
      <w:r w:rsidRPr="004C202F">
        <w:rPr>
          <w:lang w:val="en-ID"/>
        </w:rPr>
        <w:t>penelitian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melalui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pengembangan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kajian</w:t>
      </w:r>
      <w:proofErr w:type="spellEnd"/>
      <w:r w:rsidRPr="004C202F">
        <w:rPr>
          <w:lang w:val="en-ID"/>
        </w:rPr>
        <w:t xml:space="preserve"> yang </w:t>
      </w:r>
      <w:proofErr w:type="spellStart"/>
      <w:r w:rsidRPr="004C202F">
        <w:rPr>
          <w:lang w:val="en-ID"/>
        </w:rPr>
        <w:t>mengintegrasikan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aspek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normatif</w:t>
      </w:r>
      <w:proofErr w:type="spellEnd"/>
      <w:r w:rsidRPr="004C202F">
        <w:rPr>
          <w:lang w:val="en-ID"/>
        </w:rPr>
        <w:t xml:space="preserve">, </w:t>
      </w:r>
      <w:proofErr w:type="spellStart"/>
      <w:r w:rsidRPr="004C202F">
        <w:rPr>
          <w:lang w:val="en-ID"/>
        </w:rPr>
        <w:t>perlindungan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hukum</w:t>
      </w:r>
      <w:proofErr w:type="spellEnd"/>
      <w:r w:rsidRPr="004C202F">
        <w:rPr>
          <w:lang w:val="en-ID"/>
        </w:rPr>
        <w:t xml:space="preserve">, dan </w:t>
      </w:r>
      <w:proofErr w:type="spellStart"/>
      <w:r w:rsidRPr="004C202F">
        <w:rPr>
          <w:lang w:val="en-ID"/>
        </w:rPr>
        <w:t>penyelesaian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sengketa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tanah</w:t>
      </w:r>
      <w:proofErr w:type="spellEnd"/>
      <w:r w:rsidRPr="004C202F">
        <w:rPr>
          <w:lang w:val="en-ID"/>
        </w:rPr>
        <w:t xml:space="preserve"> </w:t>
      </w:r>
      <w:proofErr w:type="spellStart"/>
      <w:r w:rsidRPr="004C202F">
        <w:rPr>
          <w:lang w:val="en-ID"/>
        </w:rPr>
        <w:t>wakaf</w:t>
      </w:r>
      <w:proofErr w:type="spellEnd"/>
      <w:r w:rsidR="00C9093D">
        <w:rPr>
          <w:lang w:val="en-ID"/>
        </w:rPr>
        <w:t xml:space="preserve"> </w:t>
      </w:r>
      <w:r w:rsidR="00C9093D">
        <w:rPr>
          <w:lang w:val="en-ID"/>
        </w:rPr>
        <w:fldChar w:fldCharType="begin" w:fldLock="1"/>
      </w:r>
      <w:r w:rsidR="00C9093D">
        <w:rPr>
          <w:lang w:val="en-ID"/>
        </w:rPr>
        <w:instrText>ADDIN CSL_CITATION {"citationItems":[{"id":"ITEM-1","itemData":{"author":[{"dropping-particle":"","family":"Salsabila","given":"Hanuna","non-dropping-particle":"","parse-names":false,"suffix":""},{"dropping-particle":"","family":"Zuhdi","given":"Syaifuddin","non-dropping-particle":"","parse-names":false,"suffix":""},{"dropping-particle":"","family":"HI","given":"S","non-dropping-particle":"","parse-names":false,"suffix":""},{"dropping-particle":"","family":"HI","given":"M","non-dropping-particle":"","parse-names":false,"suffix":""}],"id":"ITEM-1","issued":{"date-parts":[["2024"]]},"publisher":"Universitas Muhammadiyah Surakarta","title":"Analisis Yuridis Terhadap Tanah Wakaf Yang Belum Bersertifikat Dalam Perspektif Hukum Positif Indonesia (Studi Kasus di Kabupaten Bogor)","type":"article"},"uris":["http://www.mendeley.com/documents/?uuid=e3bfa286-e217-4901-ac60-668bde25105e"]}],"mendeley":{"formattedCitation":"(Salsabila et al., 2024)","plainTextFormattedCitation":"(Salsabila et al., 2024)","previouslyFormattedCitation":"(Salsabila et al., 2024)"},"properties":{"noteIndex":0},"schema":"https://github.com/citation-style-language/schema/raw/master/csl-citation.json"}</w:instrText>
      </w:r>
      <w:r w:rsidR="00C9093D">
        <w:rPr>
          <w:lang w:val="en-ID"/>
        </w:rPr>
        <w:fldChar w:fldCharType="separate"/>
      </w:r>
      <w:r w:rsidR="00C9093D" w:rsidRPr="00C9093D">
        <w:rPr>
          <w:noProof/>
          <w:lang w:val="en-ID"/>
        </w:rPr>
        <w:t>(Salsabila et al., 2024)</w:t>
      </w:r>
      <w:r w:rsidR="00C9093D">
        <w:rPr>
          <w:lang w:val="en-ID"/>
        </w:rPr>
        <w:fldChar w:fldCharType="end"/>
      </w:r>
      <w:r w:rsidRPr="004C202F">
        <w:rPr>
          <w:lang w:val="en-ID"/>
        </w:rPr>
        <w:t>.</w:t>
      </w:r>
    </w:p>
    <w:p w14:paraId="3E79967D" w14:textId="7C99E98B" w:rsidR="00021266" w:rsidRPr="003F1B29" w:rsidRDefault="00000000" w:rsidP="002C5308">
      <w:pPr>
        <w:spacing w:before="160" w:after="100"/>
        <w:rPr>
          <w:lang w:val="nb-NO"/>
        </w:rPr>
      </w:pPr>
      <w:r w:rsidRPr="003F1B29">
        <w:rPr>
          <w:b/>
          <w:sz w:val="24"/>
          <w:lang w:val="nb-NO"/>
        </w:rPr>
        <w:t>E. POSISI PENELITIAN DALAM ROADMAP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61"/>
        <w:gridCol w:w="4561"/>
      </w:tblGrid>
      <w:tr w:rsidR="00021266" w:rsidRPr="002C5308" w14:paraId="0136C04E" w14:textId="77777777">
        <w:trPr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8EFE91" w14:textId="77777777" w:rsidR="00021266" w:rsidRPr="002C5308" w:rsidRDefault="00000000">
            <w:pPr>
              <w:spacing w:after="0"/>
              <w:rPr>
                <w:sz w:val="20"/>
                <w:szCs w:val="20"/>
                <w:lang w:val="nb-NO"/>
              </w:rPr>
            </w:pPr>
            <w:r w:rsidRPr="002C5308">
              <w:rPr>
                <w:b/>
                <w:sz w:val="20"/>
                <w:szCs w:val="20"/>
                <w:lang w:val="nb-NO"/>
              </w:rPr>
              <w:t>Penelitian/temuan sebelumnya yang menjadi dasar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C8F39D" w14:textId="688DF76D" w:rsidR="00021266" w:rsidRPr="002C5308" w:rsidRDefault="004C202F" w:rsidP="004C202F">
            <w:pPr>
              <w:spacing w:after="0"/>
              <w:jc w:val="both"/>
              <w:rPr>
                <w:sz w:val="20"/>
                <w:szCs w:val="20"/>
              </w:rPr>
            </w:pPr>
            <w:proofErr w:type="spellStart"/>
            <w:r w:rsidRPr="002C5308">
              <w:rPr>
                <w:sz w:val="20"/>
                <w:szCs w:val="20"/>
              </w:rPr>
              <w:t>Penelitian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terdahulu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menunjukkan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bahwa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sengketa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tanah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wakaf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dipengaruhi</w:t>
            </w:r>
            <w:proofErr w:type="spellEnd"/>
            <w:r w:rsidRPr="002C5308">
              <w:rPr>
                <w:sz w:val="20"/>
                <w:szCs w:val="20"/>
              </w:rPr>
              <w:t xml:space="preserve"> oleh </w:t>
            </w:r>
            <w:proofErr w:type="spellStart"/>
            <w:r w:rsidRPr="002C5308">
              <w:rPr>
                <w:sz w:val="20"/>
                <w:szCs w:val="20"/>
              </w:rPr>
              <w:t>lemahnya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administrasi</w:t>
            </w:r>
            <w:proofErr w:type="spellEnd"/>
            <w:r w:rsidRPr="002C5308">
              <w:rPr>
                <w:sz w:val="20"/>
                <w:szCs w:val="20"/>
              </w:rPr>
              <w:t xml:space="preserve">, </w:t>
            </w:r>
            <w:proofErr w:type="spellStart"/>
            <w:r w:rsidRPr="002C5308">
              <w:rPr>
                <w:sz w:val="20"/>
                <w:szCs w:val="20"/>
              </w:rPr>
              <w:t>tidak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lengkapnya</w:t>
            </w:r>
            <w:proofErr w:type="spellEnd"/>
            <w:r w:rsidRPr="002C5308">
              <w:rPr>
                <w:sz w:val="20"/>
                <w:szCs w:val="20"/>
              </w:rPr>
              <w:t xml:space="preserve"> AIW, </w:t>
            </w:r>
            <w:proofErr w:type="spellStart"/>
            <w:r w:rsidRPr="002C5308">
              <w:rPr>
                <w:sz w:val="20"/>
                <w:szCs w:val="20"/>
              </w:rPr>
              <w:t>belum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optimalnya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pendaftaran</w:t>
            </w:r>
            <w:proofErr w:type="spellEnd"/>
            <w:r w:rsidRPr="002C5308">
              <w:rPr>
                <w:sz w:val="20"/>
                <w:szCs w:val="20"/>
              </w:rPr>
              <w:t>/</w:t>
            </w:r>
            <w:proofErr w:type="spellStart"/>
            <w:r w:rsidRPr="002C5308">
              <w:rPr>
                <w:sz w:val="20"/>
                <w:szCs w:val="20"/>
              </w:rPr>
              <w:t>sertifikasi</w:t>
            </w:r>
            <w:proofErr w:type="spellEnd"/>
            <w:r w:rsidRPr="002C5308">
              <w:rPr>
                <w:sz w:val="20"/>
                <w:szCs w:val="20"/>
              </w:rPr>
              <w:t xml:space="preserve">, </w:t>
            </w:r>
            <w:proofErr w:type="spellStart"/>
            <w:r w:rsidRPr="002C5308">
              <w:rPr>
                <w:sz w:val="20"/>
                <w:szCs w:val="20"/>
              </w:rPr>
              <w:t>serta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munculnya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klaim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ahli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waris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atau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pihak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ketiga</w:t>
            </w:r>
            <w:proofErr w:type="spellEnd"/>
            <w:r w:rsidRPr="002C5308">
              <w:rPr>
                <w:sz w:val="20"/>
                <w:szCs w:val="20"/>
              </w:rPr>
              <w:t xml:space="preserve">. Kajian </w:t>
            </w:r>
            <w:proofErr w:type="spellStart"/>
            <w:r w:rsidRPr="002C5308">
              <w:rPr>
                <w:sz w:val="20"/>
                <w:szCs w:val="20"/>
              </w:rPr>
              <w:t>terdahulu</w:t>
            </w:r>
            <w:proofErr w:type="spellEnd"/>
            <w:r w:rsidRPr="002C5308">
              <w:rPr>
                <w:sz w:val="20"/>
                <w:szCs w:val="20"/>
              </w:rPr>
              <w:t xml:space="preserve"> juga </w:t>
            </w:r>
            <w:proofErr w:type="spellStart"/>
            <w:r w:rsidRPr="002C5308">
              <w:rPr>
                <w:sz w:val="20"/>
                <w:szCs w:val="20"/>
              </w:rPr>
              <w:t>menunjukkan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pentingnya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mediasi</w:t>
            </w:r>
            <w:proofErr w:type="spellEnd"/>
            <w:r w:rsidRPr="002C5308">
              <w:rPr>
                <w:sz w:val="20"/>
                <w:szCs w:val="20"/>
              </w:rPr>
              <w:t xml:space="preserve"> dan </w:t>
            </w:r>
            <w:proofErr w:type="spellStart"/>
            <w:r w:rsidRPr="002C5308">
              <w:rPr>
                <w:sz w:val="20"/>
                <w:szCs w:val="20"/>
              </w:rPr>
              <w:t>perlindungan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hukum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terhadap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tanah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wakaf</w:t>
            </w:r>
            <w:proofErr w:type="spellEnd"/>
            <w:r w:rsidRPr="002C5308">
              <w:rPr>
                <w:sz w:val="20"/>
                <w:szCs w:val="20"/>
              </w:rPr>
              <w:t>.</w:t>
            </w:r>
          </w:p>
        </w:tc>
      </w:tr>
      <w:tr w:rsidR="00021266" w:rsidRPr="002C5308" w14:paraId="2033B095" w14:textId="77777777">
        <w:trPr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7C23E3" w14:textId="77777777" w:rsidR="00021266" w:rsidRPr="002C5308" w:rsidRDefault="00000000">
            <w:pPr>
              <w:spacing w:after="0"/>
              <w:rPr>
                <w:sz w:val="20"/>
                <w:szCs w:val="20"/>
              </w:rPr>
            </w:pPr>
            <w:proofErr w:type="spellStart"/>
            <w:r w:rsidRPr="002C5308">
              <w:rPr>
                <w:b/>
                <w:sz w:val="20"/>
                <w:szCs w:val="20"/>
              </w:rPr>
              <w:t>Posisi</w:t>
            </w:r>
            <w:proofErr w:type="spellEnd"/>
            <w:r w:rsidRPr="002C530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b/>
                <w:sz w:val="20"/>
                <w:szCs w:val="20"/>
              </w:rPr>
              <w:t>penelitian</w:t>
            </w:r>
            <w:proofErr w:type="spellEnd"/>
            <w:r w:rsidRPr="002C530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b/>
                <w:sz w:val="20"/>
                <w:szCs w:val="20"/>
              </w:rPr>
              <w:t>tahun</w:t>
            </w:r>
            <w:proofErr w:type="spellEnd"/>
            <w:r w:rsidRPr="002C530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b/>
                <w:sz w:val="20"/>
                <w:szCs w:val="20"/>
              </w:rPr>
              <w:t>ini</w:t>
            </w:r>
            <w:proofErr w:type="spellEnd"/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79941B" w14:textId="47E7FBA8" w:rsidR="00021266" w:rsidRPr="002C5308" w:rsidRDefault="004C202F" w:rsidP="004C202F">
            <w:pPr>
              <w:spacing w:after="0"/>
              <w:jc w:val="both"/>
              <w:rPr>
                <w:sz w:val="20"/>
                <w:szCs w:val="20"/>
              </w:rPr>
            </w:pPr>
            <w:proofErr w:type="spellStart"/>
            <w:r w:rsidRPr="002C5308">
              <w:rPr>
                <w:sz w:val="20"/>
                <w:szCs w:val="20"/>
              </w:rPr>
              <w:t>Penelitian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tahun</w:t>
            </w:r>
            <w:proofErr w:type="spellEnd"/>
            <w:r w:rsidRPr="002C5308">
              <w:rPr>
                <w:sz w:val="20"/>
                <w:szCs w:val="20"/>
              </w:rPr>
              <w:t xml:space="preserve"> 2026 </w:t>
            </w:r>
            <w:proofErr w:type="spellStart"/>
            <w:r w:rsidRPr="002C5308">
              <w:rPr>
                <w:sz w:val="20"/>
                <w:szCs w:val="20"/>
              </w:rPr>
              <w:t>berada</w:t>
            </w:r>
            <w:proofErr w:type="spellEnd"/>
            <w:r w:rsidRPr="002C5308">
              <w:rPr>
                <w:sz w:val="20"/>
                <w:szCs w:val="20"/>
              </w:rPr>
              <w:t xml:space="preserve"> pada </w:t>
            </w:r>
            <w:proofErr w:type="spellStart"/>
            <w:r w:rsidRPr="002C5308">
              <w:rPr>
                <w:sz w:val="20"/>
                <w:szCs w:val="20"/>
              </w:rPr>
              <w:t>tahap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penguatan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kajian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yuridis</w:t>
            </w:r>
            <w:proofErr w:type="spellEnd"/>
            <w:r w:rsidRPr="002C5308">
              <w:rPr>
                <w:sz w:val="20"/>
                <w:szCs w:val="20"/>
              </w:rPr>
              <w:t xml:space="preserve">, </w:t>
            </w:r>
            <w:proofErr w:type="spellStart"/>
            <w:r w:rsidRPr="002C5308">
              <w:rPr>
                <w:sz w:val="20"/>
                <w:szCs w:val="20"/>
              </w:rPr>
              <w:t>dengan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menganalisis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keabsahan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wakaf</w:t>
            </w:r>
            <w:proofErr w:type="spellEnd"/>
            <w:r w:rsidRPr="002C5308">
              <w:rPr>
                <w:sz w:val="20"/>
                <w:szCs w:val="20"/>
              </w:rPr>
              <w:t xml:space="preserve"> yang </w:t>
            </w:r>
            <w:proofErr w:type="spellStart"/>
            <w:r w:rsidRPr="002C5308">
              <w:rPr>
                <w:sz w:val="20"/>
                <w:szCs w:val="20"/>
              </w:rPr>
              <w:t>cacat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hukum</w:t>
            </w:r>
            <w:proofErr w:type="spellEnd"/>
            <w:r w:rsidRPr="002C5308">
              <w:rPr>
                <w:sz w:val="20"/>
                <w:szCs w:val="20"/>
              </w:rPr>
              <w:t xml:space="preserve"> dan </w:t>
            </w:r>
            <w:proofErr w:type="spellStart"/>
            <w:r w:rsidRPr="002C5308">
              <w:rPr>
                <w:sz w:val="20"/>
                <w:szCs w:val="20"/>
              </w:rPr>
              <w:t>mekanisme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penyelesaian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sengketanya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lastRenderedPageBreak/>
              <w:t>berdasarkan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hukum</w:t>
            </w:r>
            <w:proofErr w:type="spellEnd"/>
            <w:r w:rsidRPr="002C5308">
              <w:rPr>
                <w:sz w:val="20"/>
                <w:szCs w:val="20"/>
              </w:rPr>
              <w:t xml:space="preserve"> Islam dan </w:t>
            </w:r>
            <w:proofErr w:type="spellStart"/>
            <w:r w:rsidRPr="002C5308">
              <w:rPr>
                <w:sz w:val="20"/>
                <w:szCs w:val="20"/>
              </w:rPr>
              <w:t>hukum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positif</w:t>
            </w:r>
            <w:proofErr w:type="spellEnd"/>
            <w:r w:rsidRPr="002C5308">
              <w:rPr>
                <w:sz w:val="20"/>
                <w:szCs w:val="20"/>
              </w:rPr>
              <w:t xml:space="preserve"> Indonesia. </w:t>
            </w:r>
            <w:proofErr w:type="spellStart"/>
            <w:r w:rsidRPr="002C5308">
              <w:rPr>
                <w:sz w:val="20"/>
                <w:szCs w:val="20"/>
              </w:rPr>
              <w:t>Penelitian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ini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mengisi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celah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kajian</w:t>
            </w:r>
            <w:proofErr w:type="spellEnd"/>
            <w:r w:rsidRPr="002C5308">
              <w:rPr>
                <w:sz w:val="20"/>
                <w:szCs w:val="20"/>
              </w:rPr>
              <w:t xml:space="preserve"> yang </w:t>
            </w:r>
            <w:proofErr w:type="spellStart"/>
            <w:r w:rsidRPr="002C5308">
              <w:rPr>
                <w:sz w:val="20"/>
                <w:szCs w:val="20"/>
              </w:rPr>
              <w:t>belum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mengintegrasikan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kedua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perspektif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tersebut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secara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komprehensif</w:t>
            </w:r>
            <w:proofErr w:type="spellEnd"/>
            <w:r w:rsidRPr="002C5308">
              <w:rPr>
                <w:sz w:val="20"/>
                <w:szCs w:val="20"/>
              </w:rPr>
              <w:t xml:space="preserve"> pada </w:t>
            </w:r>
            <w:proofErr w:type="spellStart"/>
            <w:r w:rsidRPr="002C5308">
              <w:rPr>
                <w:sz w:val="20"/>
                <w:szCs w:val="20"/>
              </w:rPr>
              <w:t>sengketa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tanah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wakaf</w:t>
            </w:r>
            <w:proofErr w:type="spellEnd"/>
            <w:r w:rsidRPr="002C5308">
              <w:rPr>
                <w:sz w:val="20"/>
                <w:szCs w:val="20"/>
              </w:rPr>
              <w:t xml:space="preserve"> masjid.</w:t>
            </w:r>
          </w:p>
        </w:tc>
      </w:tr>
      <w:tr w:rsidR="00021266" w:rsidRPr="002C5308" w14:paraId="609E36A2" w14:textId="77777777">
        <w:trPr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09FB03" w14:textId="77777777" w:rsidR="00021266" w:rsidRPr="002C5308" w:rsidRDefault="00000000">
            <w:pPr>
              <w:spacing w:after="0"/>
              <w:rPr>
                <w:sz w:val="20"/>
                <w:szCs w:val="20"/>
              </w:rPr>
            </w:pPr>
            <w:proofErr w:type="spellStart"/>
            <w:r w:rsidRPr="002C5308">
              <w:rPr>
                <w:b/>
                <w:sz w:val="20"/>
                <w:szCs w:val="20"/>
              </w:rPr>
              <w:lastRenderedPageBreak/>
              <w:t>Rencana</w:t>
            </w:r>
            <w:proofErr w:type="spellEnd"/>
            <w:r w:rsidRPr="002C530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b/>
                <w:sz w:val="20"/>
                <w:szCs w:val="20"/>
              </w:rPr>
              <w:t>pengembangan</w:t>
            </w:r>
            <w:proofErr w:type="spellEnd"/>
            <w:r w:rsidRPr="002C530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b/>
                <w:sz w:val="20"/>
                <w:szCs w:val="20"/>
              </w:rPr>
              <w:t>berikutnya</w:t>
            </w:r>
            <w:proofErr w:type="spellEnd"/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EF9118" w14:textId="35D0CFF2" w:rsidR="00021266" w:rsidRPr="002C5308" w:rsidRDefault="004C202F" w:rsidP="004C202F">
            <w:pPr>
              <w:spacing w:after="0"/>
              <w:jc w:val="both"/>
              <w:rPr>
                <w:sz w:val="20"/>
                <w:szCs w:val="20"/>
              </w:rPr>
            </w:pPr>
            <w:r w:rsidRPr="002C5308">
              <w:rPr>
                <w:sz w:val="20"/>
                <w:szCs w:val="20"/>
              </w:rPr>
              <w:t xml:space="preserve">Hasil </w:t>
            </w:r>
            <w:proofErr w:type="spellStart"/>
            <w:r w:rsidRPr="002C5308">
              <w:rPr>
                <w:sz w:val="20"/>
                <w:szCs w:val="20"/>
              </w:rPr>
              <w:t>penelitian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akan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menjadi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dasar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pengembangan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kajian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menuju</w:t>
            </w:r>
            <w:proofErr w:type="spellEnd"/>
            <w:r w:rsidRPr="002C5308">
              <w:rPr>
                <w:sz w:val="20"/>
                <w:szCs w:val="20"/>
              </w:rPr>
              <w:t xml:space="preserve"> model </w:t>
            </w:r>
            <w:proofErr w:type="spellStart"/>
            <w:r w:rsidRPr="002C5308">
              <w:rPr>
                <w:sz w:val="20"/>
                <w:szCs w:val="20"/>
              </w:rPr>
              <w:t>pencegahan</w:t>
            </w:r>
            <w:proofErr w:type="spellEnd"/>
            <w:r w:rsidRPr="002C5308">
              <w:rPr>
                <w:sz w:val="20"/>
                <w:szCs w:val="20"/>
              </w:rPr>
              <w:t xml:space="preserve"> dan </w:t>
            </w:r>
            <w:proofErr w:type="spellStart"/>
            <w:r w:rsidRPr="002C5308">
              <w:rPr>
                <w:sz w:val="20"/>
                <w:szCs w:val="20"/>
              </w:rPr>
              <w:t>perlindungan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hukum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tanah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wakaf</w:t>
            </w:r>
            <w:proofErr w:type="spellEnd"/>
            <w:r w:rsidRPr="002C5308">
              <w:rPr>
                <w:sz w:val="20"/>
                <w:szCs w:val="20"/>
              </w:rPr>
              <w:t xml:space="preserve">, </w:t>
            </w:r>
            <w:proofErr w:type="spellStart"/>
            <w:r w:rsidRPr="002C5308">
              <w:rPr>
                <w:sz w:val="20"/>
                <w:szCs w:val="20"/>
              </w:rPr>
              <w:t>melalui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penguatan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administrasi</w:t>
            </w:r>
            <w:proofErr w:type="spellEnd"/>
            <w:r w:rsidRPr="002C5308">
              <w:rPr>
                <w:sz w:val="20"/>
                <w:szCs w:val="20"/>
              </w:rPr>
              <w:t xml:space="preserve">, </w:t>
            </w:r>
            <w:proofErr w:type="spellStart"/>
            <w:r w:rsidRPr="002C5308">
              <w:rPr>
                <w:sz w:val="20"/>
                <w:szCs w:val="20"/>
              </w:rPr>
              <w:t>pendaftaran</w:t>
            </w:r>
            <w:proofErr w:type="spellEnd"/>
            <w:r w:rsidRPr="002C5308">
              <w:rPr>
                <w:sz w:val="20"/>
                <w:szCs w:val="20"/>
              </w:rPr>
              <w:t>/</w:t>
            </w:r>
            <w:proofErr w:type="spellStart"/>
            <w:r w:rsidRPr="002C5308">
              <w:rPr>
                <w:sz w:val="20"/>
                <w:szCs w:val="20"/>
              </w:rPr>
              <w:t>sertifikasi</w:t>
            </w:r>
            <w:proofErr w:type="spellEnd"/>
            <w:r w:rsidRPr="002C5308">
              <w:rPr>
                <w:sz w:val="20"/>
                <w:szCs w:val="20"/>
              </w:rPr>
              <w:t xml:space="preserve">, </w:t>
            </w:r>
            <w:proofErr w:type="spellStart"/>
            <w:r w:rsidRPr="002C5308">
              <w:rPr>
                <w:sz w:val="20"/>
                <w:szCs w:val="20"/>
              </w:rPr>
              <w:t>peran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nazhir</w:t>
            </w:r>
            <w:proofErr w:type="spellEnd"/>
            <w:r w:rsidRPr="002C5308">
              <w:rPr>
                <w:sz w:val="20"/>
                <w:szCs w:val="20"/>
              </w:rPr>
              <w:t xml:space="preserve">, </w:t>
            </w:r>
            <w:proofErr w:type="spellStart"/>
            <w:r w:rsidRPr="002C5308">
              <w:rPr>
                <w:sz w:val="20"/>
                <w:szCs w:val="20"/>
              </w:rPr>
              <w:t>serta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mekanisme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penyelesaian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sengketa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berbasis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musyawarah</w:t>
            </w:r>
            <w:proofErr w:type="spellEnd"/>
            <w:r w:rsidRPr="002C5308">
              <w:rPr>
                <w:sz w:val="20"/>
                <w:szCs w:val="20"/>
              </w:rPr>
              <w:t xml:space="preserve"> dan </w:t>
            </w:r>
            <w:proofErr w:type="spellStart"/>
            <w:r w:rsidRPr="002C5308">
              <w:rPr>
                <w:sz w:val="20"/>
                <w:szCs w:val="20"/>
              </w:rPr>
              <w:t>mediasi</w:t>
            </w:r>
            <w:proofErr w:type="spellEnd"/>
            <w:r w:rsidRPr="002C5308">
              <w:rPr>
                <w:sz w:val="20"/>
                <w:szCs w:val="20"/>
              </w:rPr>
              <w:t>.</w:t>
            </w:r>
          </w:p>
        </w:tc>
      </w:tr>
      <w:tr w:rsidR="00021266" w:rsidRPr="002C5308" w14:paraId="5EDF79BC" w14:textId="77777777">
        <w:trPr>
          <w:jc w:val="center"/>
        </w:trPr>
        <w:tc>
          <w:tcPr>
            <w:tcW w:w="456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A2DADD" w14:textId="77777777" w:rsidR="00021266" w:rsidRPr="002C5308" w:rsidRDefault="00000000">
            <w:pPr>
              <w:spacing w:after="0"/>
              <w:rPr>
                <w:sz w:val="20"/>
                <w:szCs w:val="20"/>
                <w:lang w:val="nb-NO"/>
              </w:rPr>
            </w:pPr>
            <w:r w:rsidRPr="002C5308">
              <w:rPr>
                <w:b/>
                <w:sz w:val="20"/>
                <w:szCs w:val="20"/>
                <w:lang w:val="nb-NO"/>
              </w:rPr>
              <w:t>Kontribusi terhadap bidang/tema/kelompok riset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B32D58" w14:textId="42BF32A9" w:rsidR="00021266" w:rsidRPr="002C5308" w:rsidRDefault="004C202F" w:rsidP="004C202F">
            <w:pPr>
              <w:spacing w:after="0"/>
              <w:jc w:val="both"/>
              <w:rPr>
                <w:sz w:val="20"/>
                <w:szCs w:val="20"/>
              </w:rPr>
            </w:pPr>
            <w:proofErr w:type="spellStart"/>
            <w:r w:rsidRPr="002C5308">
              <w:rPr>
                <w:sz w:val="20"/>
                <w:szCs w:val="20"/>
              </w:rPr>
              <w:t>Memperkuat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bidang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hukum</w:t>
            </w:r>
            <w:proofErr w:type="spellEnd"/>
            <w:r w:rsidRPr="002C5308">
              <w:rPr>
                <w:sz w:val="20"/>
                <w:szCs w:val="20"/>
              </w:rPr>
              <w:t xml:space="preserve"> Islam dan </w:t>
            </w:r>
            <w:proofErr w:type="spellStart"/>
            <w:r w:rsidRPr="002C5308">
              <w:rPr>
                <w:sz w:val="20"/>
                <w:szCs w:val="20"/>
              </w:rPr>
              <w:t>hukum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agraria</w:t>
            </w:r>
            <w:proofErr w:type="spellEnd"/>
            <w:r w:rsidRPr="002C5308">
              <w:rPr>
                <w:sz w:val="20"/>
                <w:szCs w:val="20"/>
              </w:rPr>
              <w:t>/</w:t>
            </w:r>
            <w:proofErr w:type="spellStart"/>
            <w:r w:rsidRPr="002C5308">
              <w:rPr>
                <w:sz w:val="20"/>
                <w:szCs w:val="20"/>
              </w:rPr>
              <w:t>perwakafan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melalui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integrasi</w:t>
            </w:r>
            <w:proofErr w:type="spellEnd"/>
            <w:r w:rsidRPr="002C5308">
              <w:rPr>
                <w:sz w:val="20"/>
                <w:szCs w:val="20"/>
              </w:rPr>
              <w:t xml:space="preserve"> norma </w:t>
            </w:r>
            <w:proofErr w:type="spellStart"/>
            <w:r w:rsidRPr="002C5308">
              <w:rPr>
                <w:sz w:val="20"/>
                <w:szCs w:val="20"/>
              </w:rPr>
              <w:t>hukum</w:t>
            </w:r>
            <w:proofErr w:type="spellEnd"/>
            <w:r w:rsidRPr="002C5308">
              <w:rPr>
                <w:sz w:val="20"/>
                <w:szCs w:val="20"/>
              </w:rPr>
              <w:t xml:space="preserve"> Islam dan </w:t>
            </w:r>
            <w:proofErr w:type="spellStart"/>
            <w:r w:rsidRPr="002C5308">
              <w:rPr>
                <w:sz w:val="20"/>
                <w:szCs w:val="20"/>
              </w:rPr>
              <w:t>hukum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positif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untuk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meningkatkan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kepastian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hukum</w:t>
            </w:r>
            <w:proofErr w:type="spellEnd"/>
            <w:r w:rsidRPr="002C5308">
              <w:rPr>
                <w:sz w:val="20"/>
                <w:szCs w:val="20"/>
              </w:rPr>
              <w:t xml:space="preserve">, </w:t>
            </w:r>
            <w:proofErr w:type="spellStart"/>
            <w:r w:rsidRPr="002C5308">
              <w:rPr>
                <w:sz w:val="20"/>
                <w:szCs w:val="20"/>
              </w:rPr>
              <w:t>perlindungan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aset</w:t>
            </w:r>
            <w:proofErr w:type="spellEnd"/>
            <w:r w:rsidRPr="002C5308">
              <w:rPr>
                <w:sz w:val="20"/>
                <w:szCs w:val="20"/>
              </w:rPr>
              <w:t xml:space="preserve">, dan </w:t>
            </w:r>
            <w:proofErr w:type="spellStart"/>
            <w:r w:rsidRPr="002C5308">
              <w:rPr>
                <w:sz w:val="20"/>
                <w:szCs w:val="20"/>
              </w:rPr>
              <w:t>keberlanjutan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fungsi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sosial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tanah</w:t>
            </w:r>
            <w:proofErr w:type="spellEnd"/>
            <w:r w:rsidRPr="002C5308">
              <w:rPr>
                <w:sz w:val="20"/>
                <w:szCs w:val="20"/>
              </w:rPr>
              <w:t xml:space="preserve"> </w:t>
            </w:r>
            <w:proofErr w:type="spellStart"/>
            <w:r w:rsidRPr="002C5308">
              <w:rPr>
                <w:sz w:val="20"/>
                <w:szCs w:val="20"/>
              </w:rPr>
              <w:t>wakaf</w:t>
            </w:r>
            <w:proofErr w:type="spellEnd"/>
            <w:r w:rsidRPr="002C5308">
              <w:rPr>
                <w:sz w:val="20"/>
                <w:szCs w:val="20"/>
              </w:rPr>
              <w:t>.</w:t>
            </w:r>
          </w:p>
        </w:tc>
      </w:tr>
    </w:tbl>
    <w:p w14:paraId="3E4E095F" w14:textId="77777777" w:rsidR="00021266" w:rsidRDefault="00000000">
      <w:pPr>
        <w:spacing w:before="160" w:after="100"/>
      </w:pPr>
      <w:r>
        <w:rPr>
          <w:b/>
          <w:sz w:val="24"/>
        </w:rPr>
        <w:t>F. TUJUAN DAN MANFAAT</w:t>
      </w:r>
    </w:p>
    <w:p w14:paraId="52CA66D0" w14:textId="77777777" w:rsidR="00021266" w:rsidRDefault="00000000">
      <w:r>
        <w:rPr>
          <w:b/>
        </w:rPr>
        <w:t>1. Tujuan</w:t>
      </w:r>
    </w:p>
    <w:p w14:paraId="344CA041" w14:textId="7808FDDB" w:rsidR="00174D99" w:rsidRPr="00174D99" w:rsidRDefault="00174D99" w:rsidP="002C5308">
      <w:pPr>
        <w:pStyle w:val="ListParagraph"/>
        <w:numPr>
          <w:ilvl w:val="0"/>
          <w:numId w:val="10"/>
        </w:numPr>
        <w:spacing w:line="360" w:lineRule="auto"/>
        <w:ind w:left="567" w:hanging="283"/>
        <w:jc w:val="both"/>
        <w:rPr>
          <w:lang w:val="en-ID"/>
        </w:rPr>
      </w:pPr>
      <w:proofErr w:type="spellStart"/>
      <w:r w:rsidRPr="00174D99">
        <w:rPr>
          <w:lang w:val="en-ID"/>
        </w:rPr>
        <w:t>Menganalisis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keabsahan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wakaf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tanah</w:t>
      </w:r>
      <w:proofErr w:type="spellEnd"/>
      <w:r w:rsidRPr="00174D99">
        <w:rPr>
          <w:lang w:val="en-ID"/>
        </w:rPr>
        <w:t xml:space="preserve"> yang </w:t>
      </w:r>
      <w:proofErr w:type="spellStart"/>
      <w:r w:rsidRPr="00174D99">
        <w:rPr>
          <w:lang w:val="en-ID"/>
        </w:rPr>
        <w:t>mengandung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cacat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hukum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berdasarkan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hukum</w:t>
      </w:r>
      <w:proofErr w:type="spellEnd"/>
      <w:r w:rsidRPr="00174D99">
        <w:rPr>
          <w:lang w:val="en-ID"/>
        </w:rPr>
        <w:t xml:space="preserve"> Islam dan </w:t>
      </w:r>
      <w:proofErr w:type="spellStart"/>
      <w:r w:rsidRPr="00174D99">
        <w:rPr>
          <w:lang w:val="en-ID"/>
        </w:rPr>
        <w:t>hukum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positif</w:t>
      </w:r>
      <w:proofErr w:type="spellEnd"/>
      <w:r w:rsidRPr="00174D99">
        <w:rPr>
          <w:lang w:val="en-ID"/>
        </w:rPr>
        <w:t xml:space="preserve"> Indonesia.</w:t>
      </w:r>
    </w:p>
    <w:p w14:paraId="7AACBE31" w14:textId="230B1666" w:rsidR="00174D99" w:rsidRPr="00174D99" w:rsidRDefault="00174D99" w:rsidP="002C5308">
      <w:pPr>
        <w:pStyle w:val="ListParagraph"/>
        <w:numPr>
          <w:ilvl w:val="0"/>
          <w:numId w:val="10"/>
        </w:numPr>
        <w:spacing w:line="360" w:lineRule="auto"/>
        <w:ind w:left="567" w:hanging="283"/>
        <w:jc w:val="both"/>
        <w:rPr>
          <w:lang w:val="en-ID"/>
        </w:rPr>
      </w:pPr>
      <w:proofErr w:type="spellStart"/>
      <w:r w:rsidRPr="00174D99">
        <w:rPr>
          <w:lang w:val="en-ID"/>
        </w:rPr>
        <w:t>Menganalisis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bentuk</w:t>
      </w:r>
      <w:proofErr w:type="spellEnd"/>
      <w:r w:rsidRPr="00174D99">
        <w:rPr>
          <w:lang w:val="en-ID"/>
        </w:rPr>
        <w:t xml:space="preserve"> dan </w:t>
      </w:r>
      <w:proofErr w:type="spellStart"/>
      <w:r w:rsidRPr="00174D99">
        <w:rPr>
          <w:lang w:val="en-ID"/>
        </w:rPr>
        <w:t>mekanisme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penyelesaian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sengketa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tanah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wakaf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akibat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wakaf</w:t>
      </w:r>
      <w:proofErr w:type="spellEnd"/>
      <w:r w:rsidRPr="00174D99">
        <w:rPr>
          <w:lang w:val="en-ID"/>
        </w:rPr>
        <w:t xml:space="preserve"> yang </w:t>
      </w:r>
      <w:proofErr w:type="spellStart"/>
      <w:r w:rsidRPr="00174D99">
        <w:rPr>
          <w:lang w:val="en-ID"/>
        </w:rPr>
        <w:t>cacat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hukum</w:t>
      </w:r>
      <w:proofErr w:type="spellEnd"/>
      <w:r w:rsidRPr="00174D99">
        <w:rPr>
          <w:lang w:val="en-ID"/>
        </w:rPr>
        <w:t>.</w:t>
      </w:r>
    </w:p>
    <w:p w14:paraId="5009632C" w14:textId="2FEFCEF2" w:rsidR="00174D99" w:rsidRPr="00174D99" w:rsidRDefault="00174D99" w:rsidP="002C5308">
      <w:pPr>
        <w:pStyle w:val="ListParagraph"/>
        <w:numPr>
          <w:ilvl w:val="0"/>
          <w:numId w:val="10"/>
        </w:numPr>
        <w:spacing w:line="360" w:lineRule="auto"/>
        <w:ind w:left="567" w:hanging="283"/>
        <w:jc w:val="both"/>
        <w:rPr>
          <w:lang w:val="en-ID"/>
        </w:rPr>
      </w:pPr>
      <w:proofErr w:type="spellStart"/>
      <w:r w:rsidRPr="00174D99">
        <w:rPr>
          <w:lang w:val="en-ID"/>
        </w:rPr>
        <w:t>Merumuskan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rekomendasi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penguatan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kepastian</w:t>
      </w:r>
      <w:proofErr w:type="spellEnd"/>
      <w:r w:rsidRPr="00174D99">
        <w:rPr>
          <w:lang w:val="en-ID"/>
        </w:rPr>
        <w:t xml:space="preserve"> dan </w:t>
      </w:r>
      <w:proofErr w:type="spellStart"/>
      <w:r w:rsidRPr="00174D99">
        <w:rPr>
          <w:lang w:val="en-ID"/>
        </w:rPr>
        <w:t>perlindungan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hukum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terhadap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tanah</w:t>
      </w:r>
      <w:proofErr w:type="spellEnd"/>
      <w:r w:rsidRPr="00174D99">
        <w:rPr>
          <w:lang w:val="en-ID"/>
        </w:rPr>
        <w:t xml:space="preserve"> </w:t>
      </w:r>
      <w:proofErr w:type="spellStart"/>
      <w:r w:rsidRPr="00174D99">
        <w:rPr>
          <w:lang w:val="en-ID"/>
        </w:rPr>
        <w:t>wakaf</w:t>
      </w:r>
      <w:proofErr w:type="spellEnd"/>
      <w:r w:rsidRPr="00174D99">
        <w:rPr>
          <w:lang w:val="en-ID"/>
        </w:rPr>
        <w:t>.</w:t>
      </w:r>
    </w:p>
    <w:p w14:paraId="20AAD0A2" w14:textId="77777777" w:rsidR="00021266" w:rsidRDefault="00000000">
      <w:r>
        <w:rPr>
          <w:b/>
        </w:rPr>
        <w:t>2. Manfaat</w:t>
      </w:r>
    </w:p>
    <w:p w14:paraId="0A18CB07" w14:textId="129B1108" w:rsidR="00021266" w:rsidRDefault="00174D99" w:rsidP="002C5308">
      <w:pPr>
        <w:spacing w:line="360" w:lineRule="auto"/>
        <w:ind w:firstLine="720"/>
        <w:jc w:val="both"/>
      </w:pPr>
      <w:proofErr w:type="spellStart"/>
      <w:r w:rsidRPr="00174D99">
        <w:t>Penelitian</w:t>
      </w:r>
      <w:proofErr w:type="spellEnd"/>
      <w:r w:rsidRPr="00174D99">
        <w:t xml:space="preserve"> </w:t>
      </w:r>
      <w:proofErr w:type="spellStart"/>
      <w:r w:rsidRPr="00174D99">
        <w:t>ini</w:t>
      </w:r>
      <w:proofErr w:type="spellEnd"/>
      <w:r w:rsidRPr="00174D99">
        <w:t xml:space="preserve"> </w:t>
      </w:r>
      <w:proofErr w:type="spellStart"/>
      <w:r w:rsidRPr="00174D99">
        <w:t>diharapkan</w:t>
      </w:r>
      <w:proofErr w:type="spellEnd"/>
      <w:r w:rsidRPr="00174D99">
        <w:t xml:space="preserve"> </w:t>
      </w:r>
      <w:proofErr w:type="spellStart"/>
      <w:r w:rsidRPr="00174D99">
        <w:t>memberikan</w:t>
      </w:r>
      <w:proofErr w:type="spellEnd"/>
      <w:r w:rsidRPr="00174D99">
        <w:t xml:space="preserve"> </w:t>
      </w:r>
      <w:proofErr w:type="spellStart"/>
      <w:r w:rsidRPr="00174D99">
        <w:t>manfaat</w:t>
      </w:r>
      <w:proofErr w:type="spellEnd"/>
      <w:r w:rsidRPr="00174D99">
        <w:t xml:space="preserve"> </w:t>
      </w:r>
      <w:proofErr w:type="spellStart"/>
      <w:r w:rsidRPr="00174D99">
        <w:t>teoritis</w:t>
      </w:r>
      <w:proofErr w:type="spellEnd"/>
      <w:r w:rsidRPr="00174D99">
        <w:t xml:space="preserve"> </w:t>
      </w:r>
      <w:proofErr w:type="spellStart"/>
      <w:r w:rsidRPr="00174D99">
        <w:t>dalam</w:t>
      </w:r>
      <w:proofErr w:type="spellEnd"/>
      <w:r w:rsidRPr="00174D99">
        <w:t xml:space="preserve"> </w:t>
      </w:r>
      <w:proofErr w:type="spellStart"/>
      <w:r w:rsidRPr="00174D99">
        <w:t>pengembangan</w:t>
      </w:r>
      <w:proofErr w:type="spellEnd"/>
      <w:r w:rsidRPr="00174D99">
        <w:t xml:space="preserve"> </w:t>
      </w:r>
      <w:proofErr w:type="spellStart"/>
      <w:r w:rsidRPr="00174D99">
        <w:t>kajian</w:t>
      </w:r>
      <w:proofErr w:type="spellEnd"/>
      <w:r w:rsidRPr="00174D99">
        <w:t xml:space="preserve"> </w:t>
      </w:r>
      <w:proofErr w:type="spellStart"/>
      <w:r w:rsidRPr="00174D99">
        <w:t>hukum</w:t>
      </w:r>
      <w:proofErr w:type="spellEnd"/>
      <w:r w:rsidRPr="00174D99">
        <w:t xml:space="preserve"> Islam dan </w:t>
      </w:r>
      <w:proofErr w:type="spellStart"/>
      <w:r w:rsidRPr="00174D99">
        <w:t>hukum</w:t>
      </w:r>
      <w:proofErr w:type="spellEnd"/>
      <w:r w:rsidRPr="00174D99">
        <w:t xml:space="preserve"> </w:t>
      </w:r>
      <w:proofErr w:type="spellStart"/>
      <w:r w:rsidRPr="00174D99">
        <w:t>positif</w:t>
      </w:r>
      <w:proofErr w:type="spellEnd"/>
      <w:r w:rsidRPr="00174D99">
        <w:t xml:space="preserve"> </w:t>
      </w:r>
      <w:proofErr w:type="spellStart"/>
      <w:r w:rsidRPr="00174D99">
        <w:t>terkait</w:t>
      </w:r>
      <w:proofErr w:type="spellEnd"/>
      <w:r w:rsidRPr="00174D99">
        <w:t xml:space="preserve"> </w:t>
      </w:r>
      <w:proofErr w:type="spellStart"/>
      <w:r w:rsidRPr="00174D99">
        <w:t>keabsahan</w:t>
      </w:r>
      <w:proofErr w:type="spellEnd"/>
      <w:r w:rsidRPr="00174D99">
        <w:t xml:space="preserve"> </w:t>
      </w:r>
      <w:proofErr w:type="spellStart"/>
      <w:r w:rsidRPr="00174D99">
        <w:t>serta</w:t>
      </w:r>
      <w:proofErr w:type="spellEnd"/>
      <w:r w:rsidRPr="00174D99">
        <w:t xml:space="preserve"> </w:t>
      </w:r>
      <w:proofErr w:type="spellStart"/>
      <w:r w:rsidRPr="00174D99">
        <w:t>penyelesaian</w:t>
      </w:r>
      <w:proofErr w:type="spellEnd"/>
      <w:r w:rsidRPr="00174D99">
        <w:t xml:space="preserve"> </w:t>
      </w:r>
      <w:proofErr w:type="spellStart"/>
      <w:r w:rsidRPr="00174D99">
        <w:t>sengketa</w:t>
      </w:r>
      <w:proofErr w:type="spellEnd"/>
      <w:r w:rsidRPr="00174D99">
        <w:t xml:space="preserve"> </w:t>
      </w:r>
      <w:proofErr w:type="spellStart"/>
      <w:r w:rsidRPr="00174D99">
        <w:t>tanah</w:t>
      </w:r>
      <w:proofErr w:type="spellEnd"/>
      <w:r w:rsidRPr="00174D99">
        <w:t xml:space="preserve"> </w:t>
      </w:r>
      <w:proofErr w:type="spellStart"/>
      <w:r w:rsidRPr="00174D99">
        <w:t>wakaf</w:t>
      </w:r>
      <w:proofErr w:type="spellEnd"/>
      <w:r w:rsidRPr="00174D99">
        <w:t xml:space="preserve">. </w:t>
      </w:r>
      <w:proofErr w:type="spellStart"/>
      <w:r w:rsidRPr="00174D99">
        <w:t>Secara</w:t>
      </w:r>
      <w:proofErr w:type="spellEnd"/>
      <w:r w:rsidRPr="00174D99">
        <w:t xml:space="preserve"> </w:t>
      </w:r>
      <w:proofErr w:type="spellStart"/>
      <w:r w:rsidRPr="00174D99">
        <w:t>praktis</w:t>
      </w:r>
      <w:proofErr w:type="spellEnd"/>
      <w:r w:rsidRPr="00174D99">
        <w:t xml:space="preserve">, </w:t>
      </w:r>
      <w:proofErr w:type="spellStart"/>
      <w:r w:rsidRPr="00174D99">
        <w:t>hasil</w:t>
      </w:r>
      <w:proofErr w:type="spellEnd"/>
      <w:r w:rsidRPr="00174D99">
        <w:t xml:space="preserve"> </w:t>
      </w:r>
      <w:proofErr w:type="spellStart"/>
      <w:r w:rsidRPr="00174D99">
        <w:t>penelitian</w:t>
      </w:r>
      <w:proofErr w:type="spellEnd"/>
      <w:r w:rsidRPr="00174D99">
        <w:t xml:space="preserve"> </w:t>
      </w:r>
      <w:proofErr w:type="spellStart"/>
      <w:r w:rsidRPr="00174D99">
        <w:t>dapat</w:t>
      </w:r>
      <w:proofErr w:type="spellEnd"/>
      <w:r w:rsidRPr="00174D99">
        <w:t xml:space="preserve"> </w:t>
      </w:r>
      <w:proofErr w:type="spellStart"/>
      <w:r w:rsidRPr="00174D99">
        <w:t>menjadi</w:t>
      </w:r>
      <w:proofErr w:type="spellEnd"/>
      <w:r w:rsidRPr="00174D99">
        <w:t xml:space="preserve"> </w:t>
      </w:r>
      <w:proofErr w:type="spellStart"/>
      <w:r w:rsidRPr="00174D99">
        <w:t>bahan</w:t>
      </w:r>
      <w:proofErr w:type="spellEnd"/>
      <w:r w:rsidRPr="00174D99">
        <w:t xml:space="preserve"> </w:t>
      </w:r>
      <w:proofErr w:type="spellStart"/>
      <w:r w:rsidRPr="00174D99">
        <w:t>rekomendasi</w:t>
      </w:r>
      <w:proofErr w:type="spellEnd"/>
      <w:r w:rsidRPr="00174D99">
        <w:t xml:space="preserve"> </w:t>
      </w:r>
      <w:proofErr w:type="spellStart"/>
      <w:r w:rsidRPr="00174D99">
        <w:t>bagi</w:t>
      </w:r>
      <w:proofErr w:type="spellEnd"/>
      <w:r w:rsidRPr="00174D99">
        <w:t xml:space="preserve"> </w:t>
      </w:r>
      <w:proofErr w:type="spellStart"/>
      <w:r w:rsidRPr="00174D99">
        <w:t>nazhir</w:t>
      </w:r>
      <w:proofErr w:type="spellEnd"/>
      <w:r w:rsidRPr="00174D99">
        <w:t xml:space="preserve">, </w:t>
      </w:r>
      <w:proofErr w:type="spellStart"/>
      <w:r w:rsidRPr="00174D99">
        <w:t>pemerintah</w:t>
      </w:r>
      <w:proofErr w:type="spellEnd"/>
      <w:r w:rsidRPr="00174D99">
        <w:t xml:space="preserve">, dan </w:t>
      </w:r>
      <w:proofErr w:type="spellStart"/>
      <w:r w:rsidRPr="00174D99">
        <w:t>pihak</w:t>
      </w:r>
      <w:proofErr w:type="spellEnd"/>
      <w:r w:rsidRPr="00174D99">
        <w:t xml:space="preserve"> </w:t>
      </w:r>
      <w:proofErr w:type="spellStart"/>
      <w:r w:rsidRPr="00174D99">
        <w:t>terkait</w:t>
      </w:r>
      <w:proofErr w:type="spellEnd"/>
      <w:r w:rsidRPr="00174D99">
        <w:t xml:space="preserve"> </w:t>
      </w:r>
      <w:proofErr w:type="spellStart"/>
      <w:r w:rsidRPr="00174D99">
        <w:t>dalam</w:t>
      </w:r>
      <w:proofErr w:type="spellEnd"/>
      <w:r w:rsidRPr="00174D99">
        <w:t xml:space="preserve"> </w:t>
      </w:r>
      <w:proofErr w:type="spellStart"/>
      <w:r w:rsidRPr="00174D99">
        <w:t>memperkuat</w:t>
      </w:r>
      <w:proofErr w:type="spellEnd"/>
      <w:r w:rsidRPr="00174D99">
        <w:t xml:space="preserve"> </w:t>
      </w:r>
      <w:proofErr w:type="spellStart"/>
      <w:r w:rsidRPr="00174D99">
        <w:t>administrasi</w:t>
      </w:r>
      <w:proofErr w:type="spellEnd"/>
      <w:r w:rsidRPr="00174D99">
        <w:t xml:space="preserve">, </w:t>
      </w:r>
      <w:proofErr w:type="spellStart"/>
      <w:r w:rsidRPr="00174D99">
        <w:t>pendaftaran</w:t>
      </w:r>
      <w:proofErr w:type="spellEnd"/>
      <w:r w:rsidRPr="00174D99">
        <w:t xml:space="preserve">, </w:t>
      </w:r>
      <w:proofErr w:type="spellStart"/>
      <w:r w:rsidRPr="00174D99">
        <w:t>perlindungan</w:t>
      </w:r>
      <w:proofErr w:type="spellEnd"/>
      <w:r w:rsidRPr="00174D99">
        <w:t xml:space="preserve">, dan </w:t>
      </w:r>
      <w:proofErr w:type="spellStart"/>
      <w:r w:rsidRPr="00174D99">
        <w:t>penyelesaian</w:t>
      </w:r>
      <w:proofErr w:type="spellEnd"/>
      <w:r w:rsidRPr="00174D99">
        <w:t xml:space="preserve"> </w:t>
      </w:r>
      <w:proofErr w:type="spellStart"/>
      <w:r w:rsidRPr="00174D99">
        <w:t>sengketa</w:t>
      </w:r>
      <w:proofErr w:type="spellEnd"/>
      <w:r w:rsidRPr="00174D99">
        <w:t xml:space="preserve"> </w:t>
      </w:r>
      <w:proofErr w:type="spellStart"/>
      <w:r w:rsidRPr="00174D99">
        <w:t>tanah</w:t>
      </w:r>
      <w:proofErr w:type="spellEnd"/>
      <w:r w:rsidRPr="00174D99">
        <w:t xml:space="preserve"> </w:t>
      </w:r>
      <w:proofErr w:type="spellStart"/>
      <w:r w:rsidRPr="00174D99">
        <w:t>wakaf</w:t>
      </w:r>
      <w:proofErr w:type="spellEnd"/>
      <w:r w:rsidRPr="00174D99">
        <w:t>.</w:t>
      </w:r>
    </w:p>
    <w:p w14:paraId="74317F17" w14:textId="77777777" w:rsidR="00021266" w:rsidRDefault="00000000">
      <w:pPr>
        <w:spacing w:before="160" w:after="100"/>
      </w:pPr>
      <w:r>
        <w:rPr>
          <w:b/>
          <w:sz w:val="24"/>
        </w:rPr>
        <w:t>G. METODE PENELITIAN</w:t>
      </w:r>
    </w:p>
    <w:p w14:paraId="26FC5A68" w14:textId="36649924" w:rsidR="00A22A1B" w:rsidRPr="00A22A1B" w:rsidRDefault="00A22A1B" w:rsidP="002C5308">
      <w:pPr>
        <w:spacing w:line="360" w:lineRule="auto"/>
        <w:ind w:firstLine="720"/>
        <w:jc w:val="both"/>
        <w:rPr>
          <w:lang w:val="en-ID"/>
        </w:rPr>
      </w:pPr>
      <w:proofErr w:type="spellStart"/>
      <w:r w:rsidRPr="00A22A1B">
        <w:rPr>
          <w:lang w:val="en-ID"/>
        </w:rPr>
        <w:t>Penelitian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ini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menggunakan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metode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yuridis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normatif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dengan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pendekatan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dokumenter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untuk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menganalisis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keabsahan</w:t>
      </w:r>
      <w:proofErr w:type="spellEnd"/>
      <w:r w:rsidRPr="00A22A1B">
        <w:rPr>
          <w:lang w:val="en-ID"/>
        </w:rPr>
        <w:t xml:space="preserve"> dan </w:t>
      </w:r>
      <w:proofErr w:type="spellStart"/>
      <w:r w:rsidRPr="00A22A1B">
        <w:rPr>
          <w:lang w:val="en-ID"/>
        </w:rPr>
        <w:t>penyelesaian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sengketa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tanah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wakaf</w:t>
      </w:r>
      <w:proofErr w:type="spellEnd"/>
      <w:r w:rsidRPr="00A22A1B">
        <w:rPr>
          <w:lang w:val="en-ID"/>
        </w:rPr>
        <w:t xml:space="preserve"> yang </w:t>
      </w:r>
      <w:proofErr w:type="spellStart"/>
      <w:r w:rsidRPr="00A22A1B">
        <w:rPr>
          <w:lang w:val="en-ID"/>
        </w:rPr>
        <w:t>cacat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hukum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berdasarkan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hukum</w:t>
      </w:r>
      <w:proofErr w:type="spellEnd"/>
      <w:r w:rsidRPr="00A22A1B">
        <w:rPr>
          <w:lang w:val="en-ID"/>
        </w:rPr>
        <w:t xml:space="preserve"> Islam dan </w:t>
      </w:r>
      <w:proofErr w:type="spellStart"/>
      <w:r w:rsidRPr="00A22A1B">
        <w:rPr>
          <w:lang w:val="en-ID"/>
        </w:rPr>
        <w:t>hukum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positif</w:t>
      </w:r>
      <w:proofErr w:type="spellEnd"/>
      <w:r w:rsidRPr="00A22A1B">
        <w:rPr>
          <w:lang w:val="en-ID"/>
        </w:rPr>
        <w:t xml:space="preserve"> Indonesia. </w:t>
      </w:r>
      <w:proofErr w:type="spellStart"/>
      <w:r w:rsidRPr="00A22A1B">
        <w:rPr>
          <w:lang w:val="en-ID"/>
        </w:rPr>
        <w:t>Sumber</w:t>
      </w:r>
      <w:proofErr w:type="spellEnd"/>
      <w:r w:rsidRPr="00A22A1B">
        <w:rPr>
          <w:lang w:val="en-ID"/>
        </w:rPr>
        <w:t xml:space="preserve"> data </w:t>
      </w:r>
      <w:proofErr w:type="spellStart"/>
      <w:r w:rsidRPr="00A22A1B">
        <w:rPr>
          <w:lang w:val="en-ID"/>
        </w:rPr>
        <w:t>berupa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bahan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hukum</w:t>
      </w:r>
      <w:proofErr w:type="spellEnd"/>
      <w:r w:rsidRPr="00A22A1B">
        <w:rPr>
          <w:lang w:val="en-ID"/>
        </w:rPr>
        <w:t xml:space="preserve"> primer, </w:t>
      </w:r>
      <w:proofErr w:type="spellStart"/>
      <w:r w:rsidRPr="00A22A1B">
        <w:rPr>
          <w:lang w:val="en-ID"/>
        </w:rPr>
        <w:t>sekunder</w:t>
      </w:r>
      <w:proofErr w:type="spellEnd"/>
      <w:r w:rsidRPr="00A22A1B">
        <w:rPr>
          <w:lang w:val="en-ID"/>
        </w:rPr>
        <w:t xml:space="preserve">, dan </w:t>
      </w:r>
      <w:proofErr w:type="spellStart"/>
      <w:r w:rsidRPr="00A22A1B">
        <w:rPr>
          <w:lang w:val="en-ID"/>
        </w:rPr>
        <w:t>tersier</w:t>
      </w:r>
      <w:proofErr w:type="spellEnd"/>
      <w:r w:rsidRPr="00A22A1B">
        <w:rPr>
          <w:lang w:val="en-ID"/>
        </w:rPr>
        <w:t xml:space="preserve">, </w:t>
      </w:r>
      <w:proofErr w:type="spellStart"/>
      <w:r w:rsidRPr="00A22A1B">
        <w:rPr>
          <w:lang w:val="en-ID"/>
        </w:rPr>
        <w:t>meliputi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peraturan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perundang-undangan</w:t>
      </w:r>
      <w:proofErr w:type="spellEnd"/>
      <w:r w:rsidRPr="00A22A1B">
        <w:rPr>
          <w:lang w:val="en-ID"/>
        </w:rPr>
        <w:t xml:space="preserve">, </w:t>
      </w:r>
      <w:proofErr w:type="spellStart"/>
      <w:r w:rsidRPr="00A22A1B">
        <w:rPr>
          <w:lang w:val="en-ID"/>
        </w:rPr>
        <w:t>literatur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hukum</w:t>
      </w:r>
      <w:proofErr w:type="spellEnd"/>
      <w:r w:rsidRPr="00A22A1B">
        <w:rPr>
          <w:lang w:val="en-ID"/>
        </w:rPr>
        <w:t xml:space="preserve"> Islam, </w:t>
      </w:r>
      <w:proofErr w:type="spellStart"/>
      <w:r w:rsidRPr="00A22A1B">
        <w:rPr>
          <w:lang w:val="en-ID"/>
        </w:rPr>
        <w:t>buku</w:t>
      </w:r>
      <w:proofErr w:type="spellEnd"/>
      <w:r w:rsidRPr="00A22A1B">
        <w:rPr>
          <w:lang w:val="en-ID"/>
        </w:rPr>
        <w:t xml:space="preserve">, </w:t>
      </w:r>
      <w:proofErr w:type="spellStart"/>
      <w:r w:rsidRPr="00A22A1B">
        <w:rPr>
          <w:lang w:val="en-ID"/>
        </w:rPr>
        <w:t>jurnal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ilmiah</w:t>
      </w:r>
      <w:proofErr w:type="spellEnd"/>
      <w:r w:rsidRPr="00A22A1B">
        <w:rPr>
          <w:lang w:val="en-ID"/>
        </w:rPr>
        <w:t xml:space="preserve">, </w:t>
      </w:r>
      <w:proofErr w:type="spellStart"/>
      <w:r w:rsidRPr="00A22A1B">
        <w:rPr>
          <w:lang w:val="en-ID"/>
        </w:rPr>
        <w:t>hasil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penelitian</w:t>
      </w:r>
      <w:proofErr w:type="spellEnd"/>
      <w:r w:rsidRPr="00A22A1B">
        <w:rPr>
          <w:lang w:val="en-ID"/>
        </w:rPr>
        <w:t xml:space="preserve">, dan </w:t>
      </w:r>
      <w:proofErr w:type="spellStart"/>
      <w:r w:rsidRPr="00A22A1B">
        <w:rPr>
          <w:lang w:val="en-ID"/>
        </w:rPr>
        <w:t>dokumen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hukum</w:t>
      </w:r>
      <w:proofErr w:type="spellEnd"/>
      <w:r w:rsidRPr="00A22A1B">
        <w:rPr>
          <w:lang w:val="en-ID"/>
        </w:rPr>
        <w:t xml:space="preserve"> yang </w:t>
      </w:r>
      <w:proofErr w:type="spellStart"/>
      <w:r w:rsidRPr="00A22A1B">
        <w:rPr>
          <w:lang w:val="en-ID"/>
        </w:rPr>
        <w:t>relevan</w:t>
      </w:r>
      <w:proofErr w:type="spellEnd"/>
      <w:r w:rsidR="00C9093D">
        <w:rPr>
          <w:lang w:val="en-ID"/>
        </w:rPr>
        <w:t xml:space="preserve"> </w:t>
      </w:r>
      <w:r w:rsidR="00C9093D">
        <w:rPr>
          <w:lang w:val="en-ID"/>
        </w:rPr>
        <w:fldChar w:fldCharType="begin" w:fldLock="1"/>
      </w:r>
      <w:r w:rsidR="00C9093D">
        <w:rPr>
          <w:lang w:val="en-ID"/>
        </w:rPr>
        <w:instrText>ADDIN CSL_CITATION {"citationItems":[{"id":"ITEM-1","itemData":{"ISBN":"9795140515","author":[{"dropping-particle":"","family":"Moleong","given":"Lexy J","non-dropping-particle":"","parse-names":false,"suffix":""}],"id":"ITEM-1","issued":{"date-parts":[["2021"]]},"publisher":"PT Remaja Rosdakarya","title":"Metodologi penelitian kualitatif","type":"book"},"uris":["http://www.mendeley.com/documents/?uuid=8c803dfa-4187-470c-87a8-358661b15623"]}],"mendeley":{"formattedCitation":"(Moleong, 2021)","plainTextFormattedCitation":"(Moleong, 2021)","previouslyFormattedCitation":"(Moleong, 2021)"},"properties":{"noteIndex":0},"schema":"https://github.com/citation-style-language/schema/raw/master/csl-citation.json"}</w:instrText>
      </w:r>
      <w:r w:rsidR="00C9093D">
        <w:rPr>
          <w:lang w:val="en-ID"/>
        </w:rPr>
        <w:fldChar w:fldCharType="separate"/>
      </w:r>
      <w:r w:rsidR="00C9093D" w:rsidRPr="00C9093D">
        <w:rPr>
          <w:noProof/>
          <w:lang w:val="en-ID"/>
        </w:rPr>
        <w:t>(Moleong, 2021)</w:t>
      </w:r>
      <w:r w:rsidR="00C9093D">
        <w:rPr>
          <w:lang w:val="en-ID"/>
        </w:rPr>
        <w:fldChar w:fldCharType="end"/>
      </w:r>
      <w:r w:rsidRPr="00A22A1B">
        <w:rPr>
          <w:lang w:val="en-ID"/>
        </w:rPr>
        <w:t>.</w:t>
      </w:r>
    </w:p>
    <w:p w14:paraId="1296CB85" w14:textId="325CAB98" w:rsidR="00021266" w:rsidRPr="00A22A1B" w:rsidRDefault="00A22A1B" w:rsidP="002C5308">
      <w:pPr>
        <w:spacing w:line="360" w:lineRule="auto"/>
        <w:ind w:firstLine="720"/>
        <w:jc w:val="both"/>
        <w:rPr>
          <w:lang w:val="en-ID"/>
        </w:rPr>
      </w:pPr>
      <w:proofErr w:type="spellStart"/>
      <w:r w:rsidRPr="00A22A1B">
        <w:rPr>
          <w:lang w:val="en-ID"/>
        </w:rPr>
        <w:lastRenderedPageBreak/>
        <w:t>Pengumpulan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bahan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hukum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dilakukan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melalui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studi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kepustakaan</w:t>
      </w:r>
      <w:proofErr w:type="spellEnd"/>
      <w:r w:rsidRPr="00A22A1B">
        <w:rPr>
          <w:lang w:val="en-ID"/>
        </w:rPr>
        <w:t xml:space="preserve"> dan </w:t>
      </w:r>
      <w:proofErr w:type="spellStart"/>
      <w:r w:rsidRPr="00A22A1B">
        <w:rPr>
          <w:lang w:val="en-ID"/>
        </w:rPr>
        <w:t>dokumentasi</w:t>
      </w:r>
      <w:proofErr w:type="spellEnd"/>
      <w:r w:rsidRPr="00A22A1B">
        <w:rPr>
          <w:lang w:val="en-ID"/>
        </w:rPr>
        <w:t xml:space="preserve">, </w:t>
      </w:r>
      <w:proofErr w:type="spellStart"/>
      <w:r w:rsidRPr="00A22A1B">
        <w:rPr>
          <w:lang w:val="en-ID"/>
        </w:rPr>
        <w:t>kemudian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diklasifikasikan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berdasarkan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isu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keabsahan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wakaf</w:t>
      </w:r>
      <w:proofErr w:type="spellEnd"/>
      <w:r w:rsidRPr="00A22A1B">
        <w:rPr>
          <w:lang w:val="en-ID"/>
        </w:rPr>
        <w:t xml:space="preserve"> dan </w:t>
      </w:r>
      <w:proofErr w:type="spellStart"/>
      <w:r w:rsidRPr="00A22A1B">
        <w:rPr>
          <w:lang w:val="en-ID"/>
        </w:rPr>
        <w:t>penyelesaian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sengketa</w:t>
      </w:r>
      <w:proofErr w:type="spellEnd"/>
      <w:r w:rsidRPr="00A22A1B">
        <w:rPr>
          <w:lang w:val="en-ID"/>
        </w:rPr>
        <w:t xml:space="preserve">. </w:t>
      </w:r>
      <w:proofErr w:type="spellStart"/>
      <w:r w:rsidRPr="00A22A1B">
        <w:rPr>
          <w:lang w:val="en-ID"/>
        </w:rPr>
        <w:t>Analisis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dilakukan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secara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kualitatif-deskriptif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dengan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membandingkan</w:t>
      </w:r>
      <w:proofErr w:type="spellEnd"/>
      <w:r w:rsidRPr="00A22A1B">
        <w:rPr>
          <w:lang w:val="en-ID"/>
        </w:rPr>
        <w:t xml:space="preserve"> dan </w:t>
      </w:r>
      <w:proofErr w:type="spellStart"/>
      <w:r w:rsidRPr="00A22A1B">
        <w:rPr>
          <w:lang w:val="en-ID"/>
        </w:rPr>
        <w:t>menginterpretasikan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ketentuan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hukum</w:t>
      </w:r>
      <w:proofErr w:type="spellEnd"/>
      <w:r w:rsidRPr="00A22A1B">
        <w:rPr>
          <w:lang w:val="en-ID"/>
        </w:rPr>
        <w:t xml:space="preserve"> Islam dan </w:t>
      </w:r>
      <w:proofErr w:type="spellStart"/>
      <w:r w:rsidRPr="00A22A1B">
        <w:rPr>
          <w:lang w:val="en-ID"/>
        </w:rPr>
        <w:t>hukum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positif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untuk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memperoleh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kesimpulan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mengenai</w:t>
      </w:r>
      <w:proofErr w:type="spellEnd"/>
      <w:r w:rsidRPr="00A22A1B">
        <w:rPr>
          <w:lang w:val="en-ID"/>
        </w:rPr>
        <w:t xml:space="preserve"> status </w:t>
      </w:r>
      <w:proofErr w:type="spellStart"/>
      <w:r w:rsidRPr="00A22A1B">
        <w:rPr>
          <w:lang w:val="en-ID"/>
        </w:rPr>
        <w:t>hukum</w:t>
      </w:r>
      <w:proofErr w:type="spellEnd"/>
      <w:r w:rsidRPr="00A22A1B">
        <w:rPr>
          <w:lang w:val="en-ID"/>
        </w:rPr>
        <w:t xml:space="preserve">, </w:t>
      </w:r>
      <w:proofErr w:type="spellStart"/>
      <w:r w:rsidRPr="00A22A1B">
        <w:rPr>
          <w:lang w:val="en-ID"/>
        </w:rPr>
        <w:t>mekanisme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penyelesaian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sengketa</w:t>
      </w:r>
      <w:proofErr w:type="spellEnd"/>
      <w:r w:rsidRPr="00A22A1B">
        <w:rPr>
          <w:lang w:val="en-ID"/>
        </w:rPr>
        <w:t xml:space="preserve">, </w:t>
      </w:r>
      <w:proofErr w:type="spellStart"/>
      <w:r w:rsidRPr="00A22A1B">
        <w:rPr>
          <w:lang w:val="en-ID"/>
        </w:rPr>
        <w:t>serta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penguatan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perlindungan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hukum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terhadap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tanah</w:t>
      </w:r>
      <w:proofErr w:type="spellEnd"/>
      <w:r w:rsidRPr="00A22A1B">
        <w:rPr>
          <w:lang w:val="en-ID"/>
        </w:rPr>
        <w:t xml:space="preserve"> </w:t>
      </w:r>
      <w:proofErr w:type="spellStart"/>
      <w:r w:rsidRPr="00A22A1B">
        <w:rPr>
          <w:lang w:val="en-ID"/>
        </w:rPr>
        <w:t>wakaf</w:t>
      </w:r>
      <w:proofErr w:type="spellEnd"/>
      <w:r w:rsidRPr="00A22A1B">
        <w:rPr>
          <w:lang w:val="en-ID"/>
        </w:rPr>
        <w:t>.</w:t>
      </w:r>
    </w:p>
    <w:p w14:paraId="3E0A61B1" w14:textId="77777777" w:rsidR="00021266" w:rsidRPr="003F1B29" w:rsidRDefault="00000000">
      <w:pPr>
        <w:spacing w:before="160" w:after="100"/>
        <w:rPr>
          <w:lang w:val="nb-NO"/>
        </w:rPr>
      </w:pPr>
      <w:r w:rsidRPr="003F1B29">
        <w:rPr>
          <w:b/>
          <w:sz w:val="24"/>
          <w:lang w:val="nb-NO"/>
        </w:rPr>
        <w:t>H. TARGET LUARAN DAN ARAH PEMANFAATAN</w:t>
      </w:r>
    </w:p>
    <w:p w14:paraId="2F529BDE" w14:textId="77777777" w:rsidR="00021266" w:rsidRPr="003F1B29" w:rsidRDefault="00000000">
      <w:pPr>
        <w:rPr>
          <w:lang w:val="nb-NO"/>
        </w:rPr>
      </w:pPr>
      <w:r w:rsidRPr="003F1B29">
        <w:rPr>
          <w:i/>
          <w:sz w:val="19"/>
          <w:lang w:val="nb-NO"/>
        </w:rPr>
        <w:t>Pilih hanya luaran yang realistis. Tidak semua penelitian wajib menghasilkan paten atau prototipe.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22"/>
        <w:gridCol w:w="731"/>
        <w:gridCol w:w="1967"/>
        <w:gridCol w:w="3582"/>
      </w:tblGrid>
      <w:tr w:rsidR="00021266" w14:paraId="7BEB6DEC" w14:textId="77777777" w:rsidTr="006D58AE">
        <w:trPr>
          <w:jc w:val="center"/>
        </w:trPr>
        <w:tc>
          <w:tcPr>
            <w:tcW w:w="302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3261F4" w14:textId="77777777" w:rsidR="00021266" w:rsidRDefault="00000000" w:rsidP="006D58AE">
            <w:pPr>
              <w:spacing w:after="0"/>
              <w:jc w:val="center"/>
            </w:pPr>
            <w:r>
              <w:rPr>
                <w:b/>
                <w:sz w:val="18"/>
              </w:rPr>
              <w:t>Jenis Luaran</w:t>
            </w:r>
          </w:p>
        </w:tc>
        <w:tc>
          <w:tcPr>
            <w:tcW w:w="73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E47A00" w14:textId="77777777" w:rsidR="00021266" w:rsidRDefault="00000000" w:rsidP="006D58AE">
            <w:pPr>
              <w:spacing w:after="0"/>
              <w:jc w:val="center"/>
            </w:pPr>
            <w:r>
              <w:rPr>
                <w:b/>
                <w:sz w:val="18"/>
              </w:rPr>
              <w:t>Target</w:t>
            </w:r>
          </w:p>
        </w:tc>
        <w:tc>
          <w:tcPr>
            <w:tcW w:w="342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2919DB" w14:textId="77777777" w:rsidR="00021266" w:rsidRDefault="00000000" w:rsidP="006D58AE">
            <w:pPr>
              <w:spacing w:after="0"/>
              <w:jc w:val="center"/>
            </w:pPr>
            <w:r>
              <w:rPr>
                <w:b/>
                <w:sz w:val="18"/>
              </w:rPr>
              <w:t>Status yang Ditargetkan</w:t>
            </w:r>
          </w:p>
        </w:tc>
        <w:tc>
          <w:tcPr>
            <w:tcW w:w="2125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D1C7D1" w14:textId="77777777" w:rsidR="00021266" w:rsidRDefault="00000000" w:rsidP="006D58AE">
            <w:pPr>
              <w:spacing w:after="0"/>
              <w:jc w:val="center"/>
            </w:pPr>
            <w:r>
              <w:rPr>
                <w:b/>
                <w:sz w:val="18"/>
              </w:rPr>
              <w:t>Keterangan</w:t>
            </w:r>
          </w:p>
        </w:tc>
      </w:tr>
      <w:tr w:rsidR="006D58AE" w14:paraId="1FA60180" w14:textId="77777777" w:rsidTr="006D58AE">
        <w:trPr>
          <w:jc w:val="center"/>
        </w:trPr>
        <w:tc>
          <w:tcPr>
            <w:tcW w:w="30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E4DE23" w14:textId="77777777" w:rsidR="006D58AE" w:rsidRDefault="006D58AE" w:rsidP="006D58AE">
            <w:pPr>
              <w:spacing w:after="0"/>
            </w:pPr>
            <w:proofErr w:type="spellStart"/>
            <w:r>
              <w:rPr>
                <w:sz w:val="18"/>
              </w:rPr>
              <w:t>Publikasi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ilmiah</w:t>
            </w:r>
            <w:proofErr w:type="spellEnd"/>
          </w:p>
        </w:tc>
        <w:tc>
          <w:tcPr>
            <w:tcW w:w="73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2AB1AB" w14:textId="651A95EE" w:rsidR="006D58AE" w:rsidRDefault="00000000" w:rsidP="006D58AE">
            <w:pPr>
              <w:spacing w:after="0"/>
              <w:jc w:val="center"/>
            </w:pPr>
            <w:sdt>
              <w:sdtPr>
                <w:rPr>
                  <w:sz w:val="18"/>
                </w:rPr>
                <w:id w:val="1495135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 w:rsidRPr="00A6267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34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ABDA3C" w14:textId="00DA1881" w:rsidR="006D58AE" w:rsidRDefault="00000000" w:rsidP="006D58AE">
            <w:pPr>
              <w:spacing w:after="0"/>
              <w:rPr>
                <w:sz w:val="18"/>
              </w:rPr>
            </w:pPr>
            <w:sdt>
              <w:sdtPr>
                <w:rPr>
                  <w:sz w:val="18"/>
                </w:rPr>
                <w:id w:val="-349026723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 w:rsidR="002C5308">
                  <w:rPr>
                    <w:sz w:val="18"/>
                  </w:rPr>
                  <w:sym w:font="Wingdings 2" w:char="F052"/>
                </w:r>
              </w:sdtContent>
            </w:sdt>
            <w:r w:rsidR="006D58AE">
              <w:rPr>
                <w:sz w:val="18"/>
              </w:rPr>
              <w:t xml:space="preserve"> Draft </w:t>
            </w:r>
            <w:sdt>
              <w:sdtPr>
                <w:rPr>
                  <w:sz w:val="18"/>
                </w:rPr>
                <w:id w:val="-433230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 w:rsidR="002C5308">
                  <w:rPr>
                    <w:sz w:val="18"/>
                  </w:rPr>
                  <w:sym w:font="Wingdings 2" w:char="F052"/>
                </w:r>
              </w:sdtContent>
            </w:sdt>
            <w:r w:rsidR="006D58AE">
              <w:rPr>
                <w:sz w:val="18"/>
              </w:rPr>
              <w:t xml:space="preserve"> Submitted </w:t>
            </w:r>
          </w:p>
          <w:p w14:paraId="44EEB580" w14:textId="5000E2D6" w:rsidR="006D58AE" w:rsidRDefault="00000000" w:rsidP="006D58AE">
            <w:pPr>
              <w:spacing w:after="0"/>
            </w:pPr>
            <w:sdt>
              <w:sdtPr>
                <w:rPr>
                  <w:sz w:val="18"/>
                </w:rPr>
                <w:id w:val="227118845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 w:rsidR="002C5308">
                  <w:rPr>
                    <w:sz w:val="18"/>
                  </w:rPr>
                  <w:sym w:font="Wingdings 2" w:char="F052"/>
                </w:r>
              </w:sdtContent>
            </w:sdt>
            <w:r w:rsidR="006D58AE">
              <w:rPr>
                <w:sz w:val="18"/>
              </w:rPr>
              <w:t xml:space="preserve"> Accepted/Published</w:t>
            </w:r>
          </w:p>
        </w:tc>
        <w:tc>
          <w:tcPr>
            <w:tcW w:w="21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B5DB2D" w14:textId="73103C14" w:rsidR="006D58AE" w:rsidRDefault="002C5308" w:rsidP="006D58AE">
            <w:pPr>
              <w:spacing w:after="0"/>
            </w:pPr>
            <w:r w:rsidRPr="002C5308">
              <w:rPr>
                <w:sz w:val="15"/>
                <w:szCs w:val="16"/>
              </w:rPr>
              <w:t>https://ejournal.mandalanursa.org/index.php/JIHAD</w:t>
            </w:r>
          </w:p>
        </w:tc>
      </w:tr>
      <w:tr w:rsidR="006D58AE" w14:paraId="40A80681" w14:textId="77777777" w:rsidTr="006D58AE">
        <w:trPr>
          <w:jc w:val="center"/>
        </w:trPr>
        <w:tc>
          <w:tcPr>
            <w:tcW w:w="30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944F29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HKI/Hak Cipta</w:t>
            </w:r>
          </w:p>
        </w:tc>
        <w:tc>
          <w:tcPr>
            <w:tcW w:w="73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AADB28E" w14:textId="27A7D2D8" w:rsidR="006D58AE" w:rsidRDefault="00000000" w:rsidP="006D58AE">
            <w:pPr>
              <w:spacing w:after="0"/>
              <w:jc w:val="center"/>
            </w:pPr>
            <w:sdt>
              <w:sdtPr>
                <w:rPr>
                  <w:sz w:val="18"/>
                </w:rPr>
                <w:id w:val="-107396545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 w:rsidRPr="00A6267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34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D3B79B" w14:textId="77777777" w:rsidR="006D58AE" w:rsidRDefault="00000000" w:rsidP="006D58AE">
            <w:pPr>
              <w:spacing w:after="0"/>
              <w:rPr>
                <w:sz w:val="18"/>
              </w:rPr>
            </w:pPr>
            <w:sdt>
              <w:sdtPr>
                <w:rPr>
                  <w:sz w:val="18"/>
                </w:rPr>
                <w:id w:val="-7540512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58AE">
              <w:rPr>
                <w:sz w:val="18"/>
              </w:rPr>
              <w:t xml:space="preserve"> Draft </w:t>
            </w:r>
            <w:sdt>
              <w:sdtPr>
                <w:rPr>
                  <w:sz w:val="18"/>
                </w:rPr>
                <w:id w:val="-7915925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58AE">
              <w:rPr>
                <w:sz w:val="18"/>
              </w:rPr>
              <w:t xml:space="preserve"> Diajukan </w:t>
            </w:r>
          </w:p>
          <w:p w14:paraId="54A7E98C" w14:textId="2A7E501A" w:rsidR="006D58AE" w:rsidRDefault="00000000" w:rsidP="006D58AE">
            <w:pPr>
              <w:spacing w:after="0"/>
            </w:pPr>
            <w:sdt>
              <w:sdtPr>
                <w:rPr>
                  <w:sz w:val="18"/>
                </w:rPr>
                <w:id w:val="-14073735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58AE">
              <w:rPr>
                <w:sz w:val="18"/>
              </w:rPr>
              <w:t xml:space="preserve"> Terdaftar/Granted</w:t>
            </w:r>
          </w:p>
        </w:tc>
        <w:tc>
          <w:tcPr>
            <w:tcW w:w="21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B77248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................................</w:t>
            </w:r>
          </w:p>
        </w:tc>
      </w:tr>
      <w:tr w:rsidR="006D58AE" w14:paraId="1D980B70" w14:textId="77777777" w:rsidTr="006D58AE">
        <w:trPr>
          <w:jc w:val="center"/>
        </w:trPr>
        <w:tc>
          <w:tcPr>
            <w:tcW w:w="30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0E4E3F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Paten/Paten Sederhana</w:t>
            </w:r>
          </w:p>
        </w:tc>
        <w:tc>
          <w:tcPr>
            <w:tcW w:w="73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4DC7007" w14:textId="3F735C86" w:rsidR="006D58AE" w:rsidRDefault="00000000" w:rsidP="006D58AE">
            <w:pPr>
              <w:spacing w:after="0"/>
              <w:jc w:val="center"/>
            </w:pPr>
            <w:sdt>
              <w:sdtPr>
                <w:rPr>
                  <w:sz w:val="18"/>
                </w:rPr>
                <w:id w:val="-9112357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 w:rsidRPr="00A6267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34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C2654F" w14:textId="7164CDB4" w:rsidR="006D58AE" w:rsidRDefault="00000000" w:rsidP="006D58AE">
            <w:pPr>
              <w:spacing w:after="0"/>
            </w:pPr>
            <w:sdt>
              <w:sdtPr>
                <w:rPr>
                  <w:sz w:val="18"/>
                </w:rPr>
                <w:id w:val="-6805948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58AE">
              <w:rPr>
                <w:sz w:val="18"/>
              </w:rPr>
              <w:t xml:space="preserve"> </w:t>
            </w:r>
            <w:proofErr w:type="spellStart"/>
            <w:r w:rsidR="006D58AE">
              <w:rPr>
                <w:sz w:val="18"/>
              </w:rPr>
              <w:t>Potensi</w:t>
            </w:r>
            <w:proofErr w:type="spellEnd"/>
            <w:r w:rsidR="006D58AE">
              <w:rPr>
                <w:sz w:val="18"/>
              </w:rPr>
              <w:t xml:space="preserve"> </w:t>
            </w:r>
            <w:sdt>
              <w:sdtPr>
                <w:rPr>
                  <w:sz w:val="18"/>
                </w:rPr>
                <w:id w:val="-31194513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58AE">
              <w:rPr>
                <w:sz w:val="18"/>
              </w:rPr>
              <w:t xml:space="preserve"> </w:t>
            </w:r>
            <w:proofErr w:type="spellStart"/>
            <w:r w:rsidR="006D58AE">
              <w:rPr>
                <w:sz w:val="18"/>
              </w:rPr>
              <w:t>Diajukan</w:t>
            </w:r>
            <w:proofErr w:type="spellEnd"/>
            <w:r w:rsidR="006D58AE">
              <w:rPr>
                <w:sz w:val="18"/>
              </w:rPr>
              <w:t xml:space="preserve"> </w:t>
            </w:r>
            <w:sdt>
              <w:sdtPr>
                <w:rPr>
                  <w:sz w:val="18"/>
                </w:rPr>
                <w:id w:val="2878672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58AE">
              <w:rPr>
                <w:sz w:val="18"/>
              </w:rPr>
              <w:t xml:space="preserve"> Granted</w:t>
            </w:r>
          </w:p>
        </w:tc>
        <w:tc>
          <w:tcPr>
            <w:tcW w:w="21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B533FC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................................</w:t>
            </w:r>
          </w:p>
        </w:tc>
      </w:tr>
      <w:tr w:rsidR="006D58AE" w14:paraId="2F3350D0" w14:textId="77777777" w:rsidTr="006D58AE">
        <w:trPr>
          <w:jc w:val="center"/>
        </w:trPr>
        <w:tc>
          <w:tcPr>
            <w:tcW w:w="30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FB86B3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Model/Metode/Formula/Desain</w:t>
            </w:r>
          </w:p>
        </w:tc>
        <w:tc>
          <w:tcPr>
            <w:tcW w:w="73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6B7804" w14:textId="29685004" w:rsidR="006D58AE" w:rsidRDefault="00000000" w:rsidP="006D58AE">
            <w:pPr>
              <w:spacing w:after="0"/>
              <w:jc w:val="center"/>
            </w:pPr>
            <w:sdt>
              <w:sdtPr>
                <w:rPr>
                  <w:sz w:val="18"/>
                </w:rPr>
                <w:id w:val="-1304002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 w:rsidRPr="00A6267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34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E7F604" w14:textId="426607E1" w:rsidR="006D58AE" w:rsidRDefault="00000000" w:rsidP="006D58AE">
            <w:pPr>
              <w:spacing w:after="0"/>
            </w:pPr>
            <w:sdt>
              <w:sdtPr>
                <w:rPr>
                  <w:sz w:val="18"/>
                </w:rPr>
                <w:id w:val="-16577577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58AE">
              <w:rPr>
                <w:sz w:val="18"/>
              </w:rPr>
              <w:t xml:space="preserve"> Awal </w:t>
            </w:r>
            <w:sdt>
              <w:sdtPr>
                <w:rPr>
                  <w:sz w:val="18"/>
                </w:rPr>
                <w:id w:val="-17846439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58AE">
              <w:rPr>
                <w:sz w:val="18"/>
              </w:rPr>
              <w:t xml:space="preserve"> Tervalidasi</w:t>
            </w:r>
          </w:p>
        </w:tc>
        <w:tc>
          <w:tcPr>
            <w:tcW w:w="21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D5B2A5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................................</w:t>
            </w:r>
          </w:p>
        </w:tc>
      </w:tr>
      <w:tr w:rsidR="006D58AE" w14:paraId="4C916965" w14:textId="77777777" w:rsidTr="006D58AE">
        <w:trPr>
          <w:jc w:val="center"/>
        </w:trPr>
        <w:tc>
          <w:tcPr>
            <w:tcW w:w="30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B0127A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Prototipe/Aplikasi/Produk/Teknologi</w:t>
            </w:r>
          </w:p>
        </w:tc>
        <w:tc>
          <w:tcPr>
            <w:tcW w:w="73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C1C723" w14:textId="048CE19E" w:rsidR="006D58AE" w:rsidRDefault="00000000" w:rsidP="006D58AE">
            <w:pPr>
              <w:spacing w:after="0"/>
              <w:jc w:val="center"/>
            </w:pPr>
            <w:sdt>
              <w:sdtPr>
                <w:rPr>
                  <w:sz w:val="18"/>
                </w:rPr>
                <w:id w:val="11740815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 w:rsidRPr="00A6267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34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014402" w14:textId="031FABB9" w:rsidR="006D58AE" w:rsidRDefault="00000000" w:rsidP="006D58AE">
            <w:pPr>
              <w:spacing w:after="0"/>
            </w:pPr>
            <w:sdt>
              <w:sdtPr>
                <w:rPr>
                  <w:sz w:val="18"/>
                </w:rPr>
                <w:id w:val="-4103932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58AE">
              <w:rPr>
                <w:sz w:val="18"/>
              </w:rPr>
              <w:t xml:space="preserve"> Awal </w:t>
            </w:r>
            <w:sdt>
              <w:sdtPr>
                <w:rPr>
                  <w:sz w:val="18"/>
                </w:rPr>
                <w:id w:val="2068500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58AE">
              <w:rPr>
                <w:sz w:val="18"/>
              </w:rPr>
              <w:t xml:space="preserve"> Uji/</w:t>
            </w:r>
            <w:proofErr w:type="spellStart"/>
            <w:r w:rsidR="006D58AE">
              <w:rPr>
                <w:sz w:val="18"/>
              </w:rPr>
              <w:t>Validasi</w:t>
            </w:r>
            <w:proofErr w:type="spellEnd"/>
            <w:r w:rsidR="006D58AE">
              <w:rPr>
                <w:sz w:val="18"/>
              </w:rPr>
              <w:t xml:space="preserve"> </w:t>
            </w:r>
            <w:sdt>
              <w:sdtPr>
                <w:rPr>
                  <w:sz w:val="18"/>
                </w:rPr>
                <w:id w:val="5350059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58AE">
              <w:rPr>
                <w:sz w:val="18"/>
              </w:rPr>
              <w:t xml:space="preserve"> </w:t>
            </w:r>
            <w:proofErr w:type="spellStart"/>
            <w:r w:rsidR="006D58AE">
              <w:rPr>
                <w:sz w:val="18"/>
              </w:rPr>
              <w:t>Siap</w:t>
            </w:r>
            <w:proofErr w:type="spellEnd"/>
            <w:r w:rsidR="006D58AE">
              <w:rPr>
                <w:sz w:val="18"/>
              </w:rPr>
              <w:t xml:space="preserve"> </w:t>
            </w:r>
            <w:proofErr w:type="spellStart"/>
            <w:r w:rsidR="006D58AE">
              <w:rPr>
                <w:sz w:val="18"/>
              </w:rPr>
              <w:t>dimanfaatkan</w:t>
            </w:r>
            <w:proofErr w:type="spellEnd"/>
          </w:p>
        </w:tc>
        <w:tc>
          <w:tcPr>
            <w:tcW w:w="21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9AE6B4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................................</w:t>
            </w:r>
          </w:p>
        </w:tc>
      </w:tr>
      <w:tr w:rsidR="006D58AE" w14:paraId="69BC5561" w14:textId="77777777" w:rsidTr="006D58AE">
        <w:trPr>
          <w:jc w:val="center"/>
        </w:trPr>
        <w:tc>
          <w:tcPr>
            <w:tcW w:w="30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853803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Dataset/Peta/Baseline</w:t>
            </w:r>
          </w:p>
        </w:tc>
        <w:tc>
          <w:tcPr>
            <w:tcW w:w="73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EC28947" w14:textId="10A69F8F" w:rsidR="006D58AE" w:rsidRDefault="00000000" w:rsidP="006D58AE">
            <w:pPr>
              <w:spacing w:after="0"/>
              <w:jc w:val="center"/>
            </w:pPr>
            <w:sdt>
              <w:sdtPr>
                <w:rPr>
                  <w:sz w:val="18"/>
                </w:rPr>
                <w:id w:val="-15673274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 w:rsidRPr="00A6267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34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195FDB" w14:textId="24CA07F2" w:rsidR="006D58AE" w:rsidRDefault="00000000" w:rsidP="006D58AE">
            <w:pPr>
              <w:spacing w:after="0"/>
            </w:pPr>
            <w:sdt>
              <w:sdtPr>
                <w:rPr>
                  <w:sz w:val="18"/>
                </w:rPr>
                <w:id w:val="-9783760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58AE">
              <w:rPr>
                <w:sz w:val="18"/>
              </w:rPr>
              <w:t xml:space="preserve"> </w:t>
            </w:r>
            <w:proofErr w:type="spellStart"/>
            <w:r w:rsidR="006D58AE">
              <w:rPr>
                <w:sz w:val="18"/>
              </w:rPr>
              <w:t>Tersusun</w:t>
            </w:r>
            <w:proofErr w:type="spellEnd"/>
            <w:r w:rsidR="006D58AE">
              <w:rPr>
                <w:sz w:val="18"/>
              </w:rPr>
              <w:t xml:space="preserve"> </w:t>
            </w:r>
            <w:sdt>
              <w:sdtPr>
                <w:rPr>
                  <w:sz w:val="18"/>
                </w:rPr>
                <w:id w:val="-44986270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proofErr w:type="spellStart"/>
            <w:r w:rsidR="006D58AE">
              <w:rPr>
                <w:sz w:val="18"/>
              </w:rPr>
              <w:t>Tervalidasi</w:t>
            </w:r>
            <w:proofErr w:type="spellEnd"/>
          </w:p>
        </w:tc>
        <w:tc>
          <w:tcPr>
            <w:tcW w:w="21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7F2BB3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................................</w:t>
            </w:r>
          </w:p>
        </w:tc>
      </w:tr>
      <w:tr w:rsidR="006D58AE" w14:paraId="62046AA5" w14:textId="77777777" w:rsidTr="006D58AE">
        <w:trPr>
          <w:jc w:val="center"/>
        </w:trPr>
        <w:tc>
          <w:tcPr>
            <w:tcW w:w="30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2464E5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Rekomendasi/Policy Brief</w:t>
            </w:r>
          </w:p>
        </w:tc>
        <w:tc>
          <w:tcPr>
            <w:tcW w:w="73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43F8C4C" w14:textId="03D50653" w:rsidR="006D58AE" w:rsidRDefault="00000000" w:rsidP="006D58AE">
            <w:pPr>
              <w:spacing w:after="0"/>
              <w:jc w:val="center"/>
            </w:pPr>
            <w:sdt>
              <w:sdtPr>
                <w:rPr>
                  <w:sz w:val="18"/>
                </w:rPr>
                <w:id w:val="-21406428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 w:rsidRPr="00A6267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34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F5F0B1" w14:textId="7140DA36" w:rsidR="006D58AE" w:rsidRDefault="00000000" w:rsidP="006D58AE">
            <w:pPr>
              <w:spacing w:after="0"/>
            </w:pPr>
            <w:sdt>
              <w:sdtPr>
                <w:rPr>
                  <w:sz w:val="18"/>
                </w:rPr>
                <w:id w:val="1776299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58AE">
              <w:rPr>
                <w:sz w:val="18"/>
              </w:rPr>
              <w:t xml:space="preserve"> Draft </w:t>
            </w:r>
            <w:sdt>
              <w:sdtPr>
                <w:rPr>
                  <w:sz w:val="18"/>
                </w:rPr>
                <w:id w:val="-126977436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58AE">
              <w:rPr>
                <w:sz w:val="18"/>
              </w:rPr>
              <w:t xml:space="preserve"> Disampaikan ke pengguna</w:t>
            </w:r>
          </w:p>
        </w:tc>
        <w:tc>
          <w:tcPr>
            <w:tcW w:w="21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1F68CE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................................</w:t>
            </w:r>
          </w:p>
        </w:tc>
      </w:tr>
      <w:tr w:rsidR="006D58AE" w14:paraId="272B4AAC" w14:textId="77777777" w:rsidTr="006D58AE">
        <w:trPr>
          <w:jc w:val="center"/>
        </w:trPr>
        <w:tc>
          <w:tcPr>
            <w:tcW w:w="30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7C248A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Luaran lainnya</w:t>
            </w:r>
          </w:p>
        </w:tc>
        <w:tc>
          <w:tcPr>
            <w:tcW w:w="731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92B1D9" w14:textId="7521CBA7" w:rsidR="006D58AE" w:rsidRDefault="00000000" w:rsidP="006D58AE">
            <w:pPr>
              <w:spacing w:after="0"/>
              <w:jc w:val="center"/>
            </w:pPr>
            <w:sdt>
              <w:sdtPr>
                <w:rPr>
                  <w:sz w:val="18"/>
                </w:rPr>
                <w:id w:val="-59154733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D58AE" w:rsidRPr="00A6267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34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BDCB5E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................................</w:t>
            </w:r>
          </w:p>
        </w:tc>
        <w:tc>
          <w:tcPr>
            <w:tcW w:w="21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2FA073" w14:textId="77777777" w:rsidR="006D58AE" w:rsidRDefault="006D58AE" w:rsidP="006D58AE">
            <w:pPr>
              <w:spacing w:after="0"/>
            </w:pPr>
            <w:r>
              <w:rPr>
                <w:sz w:val="18"/>
              </w:rPr>
              <w:t>................................</w:t>
            </w:r>
          </w:p>
        </w:tc>
      </w:tr>
    </w:tbl>
    <w:p w14:paraId="42DC7BBB" w14:textId="77777777" w:rsidR="00021266" w:rsidRPr="003F1B29" w:rsidRDefault="00000000">
      <w:pPr>
        <w:rPr>
          <w:lang w:val="nb-NO"/>
        </w:rPr>
      </w:pPr>
      <w:r w:rsidRPr="003F1B29">
        <w:rPr>
          <w:b/>
          <w:lang w:val="nb-NO"/>
        </w:rPr>
        <w:t xml:space="preserve">Calon pengguna/penerima manfaat hasil penelitian (jika ada): </w:t>
      </w:r>
      <w:r w:rsidRPr="003F1B29">
        <w:rPr>
          <w:lang w:val="nb-NO"/>
        </w:rPr>
        <w:t>................................................................................................................</w:t>
      </w:r>
    </w:p>
    <w:p w14:paraId="18A6C721" w14:textId="2FFD58E3" w:rsidR="00A22A1B" w:rsidRPr="002C5308" w:rsidRDefault="00000000" w:rsidP="002C5308">
      <w:pPr>
        <w:jc w:val="both"/>
        <w:rPr>
          <w:lang w:val="nb-NO"/>
        </w:rPr>
      </w:pPr>
      <w:r w:rsidRPr="003F1B29">
        <w:rPr>
          <w:b/>
          <w:lang w:val="nb-NO"/>
        </w:rPr>
        <w:t xml:space="preserve">Potensi tindak lanjut hasil: </w:t>
      </w:r>
      <w:sdt>
        <w:sdtPr>
          <w:rPr>
            <w:sz w:val="18"/>
            <w:lang w:val="nb-NO"/>
          </w:rPr>
          <w:id w:val="77726351"/>
          <w14:checkbox>
            <w14:checked w14:val="1"/>
            <w14:checkedState w14:val="0052" w14:font="Wingdings 2"/>
            <w14:uncheckedState w14:val="2610" w14:font="MS Gothic"/>
          </w14:checkbox>
        </w:sdtPr>
        <w:sdtContent>
          <w:r w:rsidR="002C5308">
            <w:rPr>
              <w:sz w:val="18"/>
              <w:lang w:val="nb-NO"/>
            </w:rPr>
            <w:sym w:font="Wingdings 2" w:char="F052"/>
          </w:r>
        </w:sdtContent>
      </w:sdt>
      <w:r w:rsidR="006D58AE">
        <w:rPr>
          <w:sz w:val="18"/>
          <w:lang w:val="nb-NO"/>
        </w:rPr>
        <w:t xml:space="preserve"> </w:t>
      </w:r>
      <w:r w:rsidRPr="003F1B29">
        <w:rPr>
          <w:lang w:val="nb-NO"/>
        </w:rPr>
        <w:t xml:space="preserve">Penelitian lanjutan  </w:t>
      </w:r>
      <w:sdt>
        <w:sdtPr>
          <w:rPr>
            <w:sz w:val="18"/>
            <w:lang w:val="nb-NO"/>
          </w:rPr>
          <w:id w:val="-88487180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D58AE" w:rsidRPr="006D58AE">
            <w:rPr>
              <w:rFonts w:ascii="MS Gothic" w:eastAsia="MS Gothic" w:hAnsi="MS Gothic" w:hint="eastAsia"/>
              <w:sz w:val="18"/>
              <w:lang w:val="nb-NO"/>
            </w:rPr>
            <w:t>☐</w:t>
          </w:r>
        </w:sdtContent>
      </w:sdt>
      <w:r w:rsidRPr="003F1B29">
        <w:rPr>
          <w:lang w:val="nb-NO"/>
        </w:rPr>
        <w:t xml:space="preserve"> PkM/KKP  </w:t>
      </w:r>
      <w:sdt>
        <w:sdtPr>
          <w:rPr>
            <w:sz w:val="18"/>
            <w:lang w:val="nb-NO"/>
          </w:rPr>
          <w:id w:val="-130215617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D58AE" w:rsidRPr="006D58AE">
            <w:rPr>
              <w:rFonts w:ascii="MS Gothic" w:eastAsia="MS Gothic" w:hAnsi="MS Gothic" w:hint="eastAsia"/>
              <w:sz w:val="18"/>
              <w:lang w:val="nb-NO"/>
            </w:rPr>
            <w:t>☐</w:t>
          </w:r>
        </w:sdtContent>
      </w:sdt>
      <w:r w:rsidRPr="003F1B29">
        <w:rPr>
          <w:lang w:val="nb-NO"/>
        </w:rPr>
        <w:t xml:space="preserve"> Mitra pengguna  </w:t>
      </w:r>
      <w:sdt>
        <w:sdtPr>
          <w:rPr>
            <w:sz w:val="18"/>
            <w:lang w:val="nb-NO"/>
          </w:rPr>
          <w:id w:val="211586367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D58AE" w:rsidRPr="006D58AE">
            <w:rPr>
              <w:rFonts w:ascii="MS Gothic" w:eastAsia="MS Gothic" w:hAnsi="MS Gothic" w:hint="eastAsia"/>
              <w:sz w:val="18"/>
              <w:lang w:val="nb-NO"/>
            </w:rPr>
            <w:t>☐</w:t>
          </w:r>
        </w:sdtContent>
      </w:sdt>
      <w:r w:rsidRPr="003F1B29">
        <w:rPr>
          <w:lang w:val="nb-NO"/>
        </w:rPr>
        <w:t xml:space="preserve"> Hilirisasi  </w:t>
      </w:r>
      <w:sdt>
        <w:sdtPr>
          <w:rPr>
            <w:sz w:val="18"/>
            <w:lang w:val="nb-NO"/>
          </w:rPr>
          <w:id w:val="-10481369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D58AE" w:rsidRPr="006D58AE">
            <w:rPr>
              <w:rFonts w:ascii="MS Gothic" w:eastAsia="MS Gothic" w:hAnsi="MS Gothic" w:hint="eastAsia"/>
              <w:sz w:val="18"/>
              <w:lang w:val="nb-NO"/>
            </w:rPr>
            <w:t>☐</w:t>
          </w:r>
        </w:sdtContent>
      </w:sdt>
      <w:r w:rsidRPr="003F1B29">
        <w:rPr>
          <w:lang w:val="nb-NO"/>
        </w:rPr>
        <w:t xml:space="preserve"> Pembelajaran  </w:t>
      </w:r>
      <w:sdt>
        <w:sdtPr>
          <w:rPr>
            <w:sz w:val="18"/>
            <w:lang w:val="nb-NO"/>
          </w:rPr>
          <w:id w:val="-164572690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D58AE" w:rsidRPr="006D58AE">
            <w:rPr>
              <w:rFonts w:ascii="MS Gothic" w:eastAsia="MS Gothic" w:hAnsi="MS Gothic" w:hint="eastAsia"/>
              <w:sz w:val="18"/>
              <w:lang w:val="nb-NO"/>
            </w:rPr>
            <w:t>☐</w:t>
          </w:r>
        </w:sdtContent>
      </w:sdt>
      <w:r w:rsidRPr="003F1B29">
        <w:rPr>
          <w:lang w:val="nb-NO"/>
        </w:rPr>
        <w:t xml:space="preserve"> Lainnya: ............</w:t>
      </w:r>
    </w:p>
    <w:p w14:paraId="13E6C0AB" w14:textId="4FAC1B79" w:rsidR="00021266" w:rsidRDefault="00000000">
      <w:pPr>
        <w:spacing w:before="160" w:after="100"/>
      </w:pPr>
      <w:r>
        <w:rPr>
          <w:b/>
          <w:sz w:val="24"/>
        </w:rPr>
        <w:t>I. KOLABORASI DAN KETERLIBATAN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11"/>
        <w:gridCol w:w="4561"/>
      </w:tblGrid>
      <w:tr w:rsidR="00021266" w14:paraId="77789013" w14:textId="77777777" w:rsidTr="00A22A1B">
        <w:trPr>
          <w:jc w:val="center"/>
        </w:trPr>
        <w:tc>
          <w:tcPr>
            <w:tcW w:w="411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7A0D61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 xml:space="preserve">Lintas program </w:t>
            </w:r>
            <w:proofErr w:type="spellStart"/>
            <w:r>
              <w:rPr>
                <w:b/>
                <w:sz w:val="18"/>
              </w:rPr>
              <w:t>studi</w:t>
            </w:r>
            <w:proofErr w:type="spell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disiplin</w:t>
            </w:r>
            <w:proofErr w:type="spellEnd"/>
            <w:r>
              <w:rPr>
                <w:b/>
                <w:sz w:val="18"/>
              </w:rPr>
              <w:t xml:space="preserve"> (</w:t>
            </w:r>
            <w:proofErr w:type="spellStart"/>
            <w:r>
              <w:rPr>
                <w:b/>
                <w:sz w:val="18"/>
              </w:rPr>
              <w:t>jika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ada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6010FC" w14:textId="33302358" w:rsidR="00021266" w:rsidRPr="00A22A1B" w:rsidRDefault="00A22A1B" w:rsidP="00A22A1B">
            <w:pPr>
              <w:spacing w:after="0"/>
              <w:jc w:val="both"/>
            </w:pPr>
            <w:proofErr w:type="spellStart"/>
            <w:r w:rsidRPr="00A22A1B">
              <w:rPr>
                <w:sz w:val="18"/>
              </w:rPr>
              <w:t>Penelitian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mengintegrasikan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perspektif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hukum</w:t>
            </w:r>
            <w:proofErr w:type="spellEnd"/>
            <w:r w:rsidRPr="00A22A1B">
              <w:rPr>
                <w:sz w:val="18"/>
              </w:rPr>
              <w:t xml:space="preserve"> Islam dan </w:t>
            </w:r>
            <w:proofErr w:type="spellStart"/>
            <w:r w:rsidRPr="00A22A1B">
              <w:rPr>
                <w:sz w:val="18"/>
              </w:rPr>
              <w:t>hukum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positif</w:t>
            </w:r>
            <w:proofErr w:type="spellEnd"/>
            <w:r w:rsidRPr="00A22A1B">
              <w:rPr>
                <w:sz w:val="18"/>
              </w:rPr>
              <w:t xml:space="preserve">, </w:t>
            </w:r>
            <w:proofErr w:type="spellStart"/>
            <w:r w:rsidRPr="00A22A1B">
              <w:rPr>
                <w:sz w:val="18"/>
              </w:rPr>
              <w:t>khususnya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hukum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perwakafan</w:t>
            </w:r>
            <w:proofErr w:type="spellEnd"/>
            <w:r w:rsidRPr="00A22A1B">
              <w:rPr>
                <w:sz w:val="18"/>
              </w:rPr>
              <w:t xml:space="preserve"> dan </w:t>
            </w:r>
            <w:proofErr w:type="spellStart"/>
            <w:r w:rsidRPr="00A22A1B">
              <w:rPr>
                <w:sz w:val="18"/>
              </w:rPr>
              <w:t>hukum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agraria</w:t>
            </w:r>
            <w:proofErr w:type="spellEnd"/>
            <w:r w:rsidRPr="00A22A1B">
              <w:rPr>
                <w:sz w:val="18"/>
              </w:rPr>
              <w:t xml:space="preserve">, </w:t>
            </w:r>
            <w:proofErr w:type="spellStart"/>
            <w:r w:rsidRPr="00A22A1B">
              <w:rPr>
                <w:sz w:val="18"/>
              </w:rPr>
              <w:t>dalam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menganalisis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keabsahan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serta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penyelesaian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sengketa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tanah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wakaf</w:t>
            </w:r>
            <w:proofErr w:type="spellEnd"/>
            <w:r w:rsidRPr="00A22A1B">
              <w:rPr>
                <w:sz w:val="18"/>
              </w:rPr>
              <w:t>.</w:t>
            </w:r>
          </w:p>
        </w:tc>
      </w:tr>
      <w:tr w:rsidR="00021266" w14:paraId="049DA44A" w14:textId="77777777" w:rsidTr="00A22A1B">
        <w:trPr>
          <w:jc w:val="center"/>
        </w:trPr>
        <w:tc>
          <w:tcPr>
            <w:tcW w:w="411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3C24C2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b/>
                <w:sz w:val="18"/>
                <w:lang w:val="nb-NO"/>
              </w:rPr>
              <w:t>Mitra penelitian/pengguna (jika ada)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5B0A0F" w14:textId="49C52123" w:rsidR="00021266" w:rsidRPr="00A22A1B" w:rsidRDefault="00A22A1B" w:rsidP="00A22A1B">
            <w:pPr>
              <w:spacing w:after="0"/>
              <w:jc w:val="both"/>
            </w:pPr>
            <w:r w:rsidRPr="00A22A1B">
              <w:rPr>
                <w:sz w:val="18"/>
              </w:rPr>
              <w:t xml:space="preserve">Hasil </w:t>
            </w:r>
            <w:proofErr w:type="spellStart"/>
            <w:r w:rsidRPr="00A22A1B">
              <w:rPr>
                <w:sz w:val="18"/>
              </w:rPr>
              <w:t>penelitian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berpotensi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dimanfaatkan</w:t>
            </w:r>
            <w:proofErr w:type="spellEnd"/>
            <w:r w:rsidRPr="00A22A1B">
              <w:rPr>
                <w:sz w:val="18"/>
              </w:rPr>
              <w:t xml:space="preserve"> oleh </w:t>
            </w:r>
            <w:proofErr w:type="spellStart"/>
            <w:r w:rsidRPr="00A22A1B">
              <w:rPr>
                <w:sz w:val="18"/>
              </w:rPr>
              <w:t>nazhir</w:t>
            </w:r>
            <w:proofErr w:type="spellEnd"/>
            <w:r w:rsidRPr="00A22A1B">
              <w:rPr>
                <w:sz w:val="18"/>
              </w:rPr>
              <w:t xml:space="preserve">, </w:t>
            </w:r>
            <w:proofErr w:type="spellStart"/>
            <w:r w:rsidRPr="00A22A1B">
              <w:rPr>
                <w:sz w:val="18"/>
              </w:rPr>
              <w:t>pemerintah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daerah</w:t>
            </w:r>
            <w:proofErr w:type="spellEnd"/>
            <w:r w:rsidRPr="00A22A1B">
              <w:rPr>
                <w:sz w:val="18"/>
              </w:rPr>
              <w:t xml:space="preserve">, Kementerian Agama, Kantor </w:t>
            </w:r>
            <w:proofErr w:type="spellStart"/>
            <w:r w:rsidRPr="00A22A1B">
              <w:rPr>
                <w:sz w:val="18"/>
              </w:rPr>
              <w:t>Urusan</w:t>
            </w:r>
            <w:proofErr w:type="spellEnd"/>
            <w:r w:rsidRPr="00A22A1B">
              <w:rPr>
                <w:sz w:val="18"/>
              </w:rPr>
              <w:t xml:space="preserve"> Agama, dan </w:t>
            </w:r>
            <w:proofErr w:type="spellStart"/>
            <w:r w:rsidRPr="00A22A1B">
              <w:rPr>
                <w:sz w:val="18"/>
              </w:rPr>
              <w:t>pihak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terkait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sebagai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bahan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penguatan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administrasi</w:t>
            </w:r>
            <w:proofErr w:type="spellEnd"/>
            <w:r w:rsidRPr="00A22A1B">
              <w:rPr>
                <w:sz w:val="18"/>
              </w:rPr>
              <w:t xml:space="preserve">, </w:t>
            </w:r>
            <w:proofErr w:type="spellStart"/>
            <w:r w:rsidRPr="00A22A1B">
              <w:rPr>
                <w:sz w:val="18"/>
              </w:rPr>
              <w:t>pendaftaran</w:t>
            </w:r>
            <w:proofErr w:type="spellEnd"/>
            <w:r w:rsidRPr="00A22A1B">
              <w:rPr>
                <w:sz w:val="18"/>
              </w:rPr>
              <w:t xml:space="preserve">, </w:t>
            </w:r>
            <w:proofErr w:type="spellStart"/>
            <w:r w:rsidRPr="00A22A1B">
              <w:rPr>
                <w:sz w:val="18"/>
              </w:rPr>
              <w:t>perlindungan</w:t>
            </w:r>
            <w:proofErr w:type="spellEnd"/>
            <w:r w:rsidRPr="00A22A1B">
              <w:rPr>
                <w:sz w:val="18"/>
              </w:rPr>
              <w:t xml:space="preserve">, dan </w:t>
            </w:r>
            <w:proofErr w:type="spellStart"/>
            <w:r w:rsidRPr="00A22A1B">
              <w:rPr>
                <w:sz w:val="18"/>
              </w:rPr>
              <w:t>penyelesaian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sengketa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tanah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wakaf</w:t>
            </w:r>
            <w:proofErr w:type="spellEnd"/>
            <w:r w:rsidRPr="00A22A1B">
              <w:rPr>
                <w:sz w:val="18"/>
              </w:rPr>
              <w:t>.</w:t>
            </w:r>
          </w:p>
        </w:tc>
      </w:tr>
      <w:tr w:rsidR="00021266" w14:paraId="090D85CD" w14:textId="77777777" w:rsidTr="00A22A1B">
        <w:trPr>
          <w:jc w:val="center"/>
        </w:trPr>
        <w:tc>
          <w:tcPr>
            <w:tcW w:w="411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B45F42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lastRenderedPageBreak/>
              <w:t>Peran mahasiswa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B73F8A" w14:textId="01E1279E" w:rsidR="00021266" w:rsidRPr="00A22A1B" w:rsidRDefault="00A22A1B" w:rsidP="00A22A1B">
            <w:pPr>
              <w:spacing w:after="0"/>
              <w:jc w:val="both"/>
            </w:pPr>
            <w:proofErr w:type="spellStart"/>
            <w:r w:rsidRPr="00A22A1B">
              <w:rPr>
                <w:sz w:val="18"/>
              </w:rPr>
              <w:t>Mahasiswa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dapat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dilibatkan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dalam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studi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kepustakaan</w:t>
            </w:r>
            <w:proofErr w:type="spellEnd"/>
            <w:r w:rsidRPr="00A22A1B">
              <w:rPr>
                <w:sz w:val="18"/>
              </w:rPr>
              <w:t xml:space="preserve">, </w:t>
            </w:r>
            <w:proofErr w:type="spellStart"/>
            <w:r w:rsidRPr="00A22A1B">
              <w:rPr>
                <w:sz w:val="18"/>
              </w:rPr>
              <w:t>penelusuran</w:t>
            </w:r>
            <w:proofErr w:type="spellEnd"/>
            <w:r w:rsidRPr="00A22A1B">
              <w:rPr>
                <w:sz w:val="18"/>
              </w:rPr>
              <w:t xml:space="preserve"> dan </w:t>
            </w:r>
            <w:proofErr w:type="spellStart"/>
            <w:r w:rsidRPr="00A22A1B">
              <w:rPr>
                <w:sz w:val="18"/>
              </w:rPr>
              <w:t>inventarisasi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bahan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hukum</w:t>
            </w:r>
            <w:proofErr w:type="spellEnd"/>
            <w:r w:rsidRPr="00A22A1B">
              <w:rPr>
                <w:sz w:val="18"/>
              </w:rPr>
              <w:t xml:space="preserve">, </w:t>
            </w:r>
            <w:proofErr w:type="spellStart"/>
            <w:r w:rsidRPr="00A22A1B">
              <w:rPr>
                <w:sz w:val="18"/>
              </w:rPr>
              <w:t>dokumentasi</w:t>
            </w:r>
            <w:proofErr w:type="spellEnd"/>
            <w:r w:rsidRPr="00A22A1B">
              <w:rPr>
                <w:sz w:val="18"/>
              </w:rPr>
              <w:t xml:space="preserve">, </w:t>
            </w:r>
            <w:proofErr w:type="spellStart"/>
            <w:r w:rsidRPr="00A22A1B">
              <w:rPr>
                <w:sz w:val="18"/>
              </w:rPr>
              <w:t>pengelompokan</w:t>
            </w:r>
            <w:proofErr w:type="spellEnd"/>
            <w:r w:rsidRPr="00A22A1B">
              <w:rPr>
                <w:sz w:val="18"/>
              </w:rPr>
              <w:t xml:space="preserve"> data </w:t>
            </w:r>
            <w:proofErr w:type="spellStart"/>
            <w:r w:rsidRPr="00A22A1B">
              <w:rPr>
                <w:sz w:val="18"/>
              </w:rPr>
              <w:t>hukum</w:t>
            </w:r>
            <w:proofErr w:type="spellEnd"/>
            <w:r w:rsidRPr="00A22A1B">
              <w:rPr>
                <w:sz w:val="18"/>
              </w:rPr>
              <w:t xml:space="preserve">, </w:t>
            </w:r>
            <w:proofErr w:type="spellStart"/>
            <w:r w:rsidRPr="00A22A1B">
              <w:rPr>
                <w:sz w:val="18"/>
              </w:rPr>
              <w:t>serta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membantu</w:t>
            </w:r>
            <w:proofErr w:type="spellEnd"/>
            <w:r w:rsidRPr="00A22A1B">
              <w:rPr>
                <w:sz w:val="18"/>
              </w:rPr>
              <w:t xml:space="preserve"> proses </w:t>
            </w:r>
            <w:proofErr w:type="spellStart"/>
            <w:r w:rsidRPr="00A22A1B">
              <w:rPr>
                <w:sz w:val="18"/>
              </w:rPr>
              <w:t>analisis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literatur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sesuai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arahan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tim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peneliti</w:t>
            </w:r>
            <w:proofErr w:type="spellEnd"/>
            <w:r w:rsidRPr="00A22A1B">
              <w:rPr>
                <w:sz w:val="18"/>
              </w:rPr>
              <w:t>.</w:t>
            </w:r>
          </w:p>
        </w:tc>
      </w:tr>
      <w:tr w:rsidR="00021266" w14:paraId="72F6030D" w14:textId="77777777" w:rsidTr="00A22A1B">
        <w:trPr>
          <w:jc w:val="center"/>
        </w:trPr>
        <w:tc>
          <w:tcPr>
            <w:tcW w:w="411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D2B5D4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Potensi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integrasi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ke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pembelajaran</w:t>
            </w:r>
            <w:proofErr w:type="spellEnd"/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96743C" w14:textId="06A89E78" w:rsidR="00021266" w:rsidRPr="00A22A1B" w:rsidRDefault="00A22A1B" w:rsidP="00A22A1B">
            <w:pPr>
              <w:spacing w:after="0"/>
              <w:jc w:val="both"/>
            </w:pPr>
            <w:r w:rsidRPr="00A22A1B">
              <w:rPr>
                <w:sz w:val="18"/>
              </w:rPr>
              <w:t xml:space="preserve">Hasil </w:t>
            </w:r>
            <w:proofErr w:type="spellStart"/>
            <w:r w:rsidRPr="00A22A1B">
              <w:rPr>
                <w:sz w:val="18"/>
              </w:rPr>
              <w:t>penelitian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dapat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diintegrasikan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ke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dalam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pembelajaran</w:t>
            </w:r>
            <w:proofErr w:type="spellEnd"/>
            <w:r w:rsidRPr="00A22A1B">
              <w:rPr>
                <w:sz w:val="18"/>
              </w:rPr>
              <w:t xml:space="preserve"> pada </w:t>
            </w:r>
            <w:proofErr w:type="spellStart"/>
            <w:r w:rsidRPr="00A22A1B">
              <w:rPr>
                <w:sz w:val="18"/>
              </w:rPr>
              <w:t>bidang</w:t>
            </w:r>
            <w:proofErr w:type="spellEnd"/>
            <w:r w:rsidRPr="00A22A1B">
              <w:rPr>
                <w:sz w:val="18"/>
              </w:rPr>
              <w:t xml:space="preserve"> Hukum Islam, Hukum </w:t>
            </w:r>
            <w:proofErr w:type="spellStart"/>
            <w:r w:rsidRPr="00A22A1B">
              <w:rPr>
                <w:sz w:val="18"/>
              </w:rPr>
              <w:t>Perdata</w:t>
            </w:r>
            <w:proofErr w:type="spellEnd"/>
            <w:r w:rsidRPr="00A22A1B">
              <w:rPr>
                <w:sz w:val="18"/>
              </w:rPr>
              <w:t xml:space="preserve">, Hukum </w:t>
            </w:r>
            <w:proofErr w:type="spellStart"/>
            <w:r w:rsidRPr="00A22A1B">
              <w:rPr>
                <w:sz w:val="18"/>
              </w:rPr>
              <w:t>Agraria</w:t>
            </w:r>
            <w:proofErr w:type="spellEnd"/>
            <w:r w:rsidRPr="00A22A1B">
              <w:rPr>
                <w:sz w:val="18"/>
              </w:rPr>
              <w:t xml:space="preserve">, dan Hukum Acara, </w:t>
            </w:r>
            <w:proofErr w:type="spellStart"/>
            <w:r w:rsidRPr="00A22A1B">
              <w:rPr>
                <w:sz w:val="18"/>
              </w:rPr>
              <w:t>khususnya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melalui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studi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kasus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sengketa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tanah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wakaf</w:t>
            </w:r>
            <w:proofErr w:type="spellEnd"/>
            <w:r w:rsidRPr="00A22A1B">
              <w:rPr>
                <w:sz w:val="18"/>
              </w:rPr>
              <w:t xml:space="preserve"> dan </w:t>
            </w:r>
            <w:proofErr w:type="spellStart"/>
            <w:r w:rsidRPr="00A22A1B">
              <w:rPr>
                <w:sz w:val="18"/>
              </w:rPr>
              <w:t>analisis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perbandingan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hukum</w:t>
            </w:r>
            <w:proofErr w:type="spellEnd"/>
            <w:r w:rsidRPr="00A22A1B">
              <w:rPr>
                <w:sz w:val="18"/>
              </w:rPr>
              <w:t xml:space="preserve"> Islam </w:t>
            </w:r>
            <w:proofErr w:type="spellStart"/>
            <w:r w:rsidRPr="00A22A1B">
              <w:rPr>
                <w:sz w:val="18"/>
              </w:rPr>
              <w:t>dengan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hukum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positif</w:t>
            </w:r>
            <w:proofErr w:type="spellEnd"/>
            <w:r w:rsidRPr="00A22A1B">
              <w:rPr>
                <w:sz w:val="18"/>
              </w:rPr>
              <w:t>.</w:t>
            </w:r>
          </w:p>
        </w:tc>
      </w:tr>
      <w:tr w:rsidR="00021266" w14:paraId="137161BB" w14:textId="77777777" w:rsidTr="00A22A1B">
        <w:trPr>
          <w:jc w:val="center"/>
        </w:trPr>
        <w:tc>
          <w:tcPr>
            <w:tcW w:w="4111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E00115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b/>
                <w:sz w:val="18"/>
                <w:lang w:val="nb-NO"/>
              </w:rPr>
              <w:t>Potensi penerapan melalui PkM/KKP</w:t>
            </w:r>
          </w:p>
        </w:tc>
        <w:tc>
          <w:tcPr>
            <w:tcW w:w="45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966A1B" w14:textId="2ABC1C3E" w:rsidR="00021266" w:rsidRPr="00A22A1B" w:rsidRDefault="00A22A1B">
            <w:pPr>
              <w:spacing w:after="0"/>
            </w:pPr>
            <w:r w:rsidRPr="00A22A1B">
              <w:rPr>
                <w:sz w:val="18"/>
              </w:rPr>
              <w:t xml:space="preserve">Hasil </w:t>
            </w:r>
            <w:proofErr w:type="spellStart"/>
            <w:r w:rsidRPr="00A22A1B">
              <w:rPr>
                <w:sz w:val="18"/>
              </w:rPr>
              <w:t>penelitian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dapat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dikembangkan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dalam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kegiatan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PkM</w:t>
            </w:r>
            <w:proofErr w:type="spellEnd"/>
            <w:r w:rsidRPr="00A22A1B">
              <w:rPr>
                <w:sz w:val="18"/>
              </w:rPr>
              <w:t xml:space="preserve">/KKP </w:t>
            </w:r>
            <w:proofErr w:type="spellStart"/>
            <w:r w:rsidRPr="00A22A1B">
              <w:rPr>
                <w:sz w:val="18"/>
              </w:rPr>
              <w:t>berupa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edukasi</w:t>
            </w:r>
            <w:proofErr w:type="spellEnd"/>
            <w:r w:rsidRPr="00A22A1B">
              <w:rPr>
                <w:sz w:val="18"/>
              </w:rPr>
              <w:t xml:space="preserve"> dan </w:t>
            </w:r>
            <w:proofErr w:type="spellStart"/>
            <w:r w:rsidRPr="00A22A1B">
              <w:rPr>
                <w:sz w:val="18"/>
              </w:rPr>
              <w:t>pendampingan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hukum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mengenai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pentingnya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administrasi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wakaf</w:t>
            </w:r>
            <w:proofErr w:type="spellEnd"/>
            <w:r w:rsidRPr="00A22A1B">
              <w:rPr>
                <w:sz w:val="18"/>
              </w:rPr>
              <w:t xml:space="preserve">, </w:t>
            </w:r>
            <w:proofErr w:type="spellStart"/>
            <w:r w:rsidRPr="00A22A1B">
              <w:rPr>
                <w:sz w:val="18"/>
              </w:rPr>
              <w:t>pembuatan</w:t>
            </w:r>
            <w:proofErr w:type="spellEnd"/>
            <w:r w:rsidRPr="00A22A1B">
              <w:rPr>
                <w:sz w:val="18"/>
              </w:rPr>
              <w:t xml:space="preserve"> AIW, </w:t>
            </w:r>
            <w:proofErr w:type="spellStart"/>
            <w:r w:rsidRPr="00A22A1B">
              <w:rPr>
                <w:sz w:val="18"/>
              </w:rPr>
              <w:t>pendaftaran</w:t>
            </w:r>
            <w:proofErr w:type="spellEnd"/>
            <w:r w:rsidRPr="00A22A1B">
              <w:rPr>
                <w:sz w:val="18"/>
              </w:rPr>
              <w:t>/</w:t>
            </w:r>
            <w:proofErr w:type="spellStart"/>
            <w:r w:rsidRPr="00A22A1B">
              <w:rPr>
                <w:sz w:val="18"/>
              </w:rPr>
              <w:t>sertifikasi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tanah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wakaf</w:t>
            </w:r>
            <w:proofErr w:type="spellEnd"/>
            <w:r w:rsidRPr="00A22A1B">
              <w:rPr>
                <w:sz w:val="18"/>
              </w:rPr>
              <w:t xml:space="preserve">, </w:t>
            </w:r>
            <w:proofErr w:type="spellStart"/>
            <w:r w:rsidRPr="00A22A1B">
              <w:rPr>
                <w:sz w:val="18"/>
              </w:rPr>
              <w:t>serta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pencegahan</w:t>
            </w:r>
            <w:proofErr w:type="spellEnd"/>
            <w:r w:rsidRPr="00A22A1B">
              <w:rPr>
                <w:sz w:val="18"/>
              </w:rPr>
              <w:t xml:space="preserve"> dan </w:t>
            </w:r>
            <w:proofErr w:type="spellStart"/>
            <w:r w:rsidRPr="00A22A1B">
              <w:rPr>
                <w:sz w:val="18"/>
              </w:rPr>
              <w:t>penyelesaian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sengketa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tanah</w:t>
            </w:r>
            <w:proofErr w:type="spellEnd"/>
            <w:r w:rsidRPr="00A22A1B">
              <w:rPr>
                <w:sz w:val="18"/>
              </w:rPr>
              <w:t xml:space="preserve"> </w:t>
            </w:r>
            <w:proofErr w:type="spellStart"/>
            <w:r w:rsidRPr="00A22A1B">
              <w:rPr>
                <w:sz w:val="18"/>
              </w:rPr>
              <w:t>wakaf</w:t>
            </w:r>
            <w:proofErr w:type="spellEnd"/>
            <w:r w:rsidRPr="00A22A1B">
              <w:rPr>
                <w:sz w:val="18"/>
              </w:rPr>
              <w:t>.</w:t>
            </w:r>
          </w:p>
        </w:tc>
      </w:tr>
    </w:tbl>
    <w:p w14:paraId="7FBF0731" w14:textId="77777777" w:rsidR="00021266" w:rsidRDefault="00000000">
      <w:pPr>
        <w:spacing w:before="160" w:after="100"/>
      </w:pPr>
      <w:r>
        <w:rPr>
          <w:b/>
          <w:sz w:val="24"/>
        </w:rPr>
        <w:t>J. JADWAL PELAKSANAAN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14"/>
        <w:gridCol w:w="2854"/>
        <w:gridCol w:w="988"/>
        <w:gridCol w:w="988"/>
        <w:gridCol w:w="990"/>
        <w:gridCol w:w="990"/>
        <w:gridCol w:w="990"/>
        <w:gridCol w:w="988"/>
      </w:tblGrid>
      <w:tr w:rsidR="00021266" w14:paraId="30C2A87B" w14:textId="77777777" w:rsidTr="00317B9F">
        <w:trPr>
          <w:jc w:val="center"/>
        </w:trPr>
        <w:tc>
          <w:tcPr>
            <w:tcW w:w="276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83CED9" w14:textId="77777777" w:rsidR="00021266" w:rsidRDefault="00000000" w:rsidP="006D58AE">
            <w:pPr>
              <w:spacing w:after="0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534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A331FA" w14:textId="77777777" w:rsidR="00021266" w:rsidRDefault="00000000" w:rsidP="006D58AE">
            <w:pPr>
              <w:spacing w:after="0"/>
              <w:jc w:val="center"/>
            </w:pPr>
            <w:r>
              <w:rPr>
                <w:b/>
                <w:sz w:val="18"/>
              </w:rPr>
              <w:t>Kegiatan</w:t>
            </w:r>
          </w:p>
        </w:tc>
        <w:tc>
          <w:tcPr>
            <w:tcW w:w="531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C100CF" w14:textId="77777777" w:rsidR="00021266" w:rsidRDefault="00000000" w:rsidP="006D58AE">
            <w:pPr>
              <w:spacing w:after="0"/>
              <w:jc w:val="center"/>
            </w:pPr>
            <w:r>
              <w:rPr>
                <w:b/>
                <w:sz w:val="18"/>
              </w:rPr>
              <w:t>Bln 1</w:t>
            </w:r>
          </w:p>
        </w:tc>
        <w:tc>
          <w:tcPr>
            <w:tcW w:w="531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48FFDC" w14:textId="77777777" w:rsidR="00021266" w:rsidRDefault="00000000" w:rsidP="006D58AE">
            <w:pPr>
              <w:spacing w:after="0"/>
              <w:jc w:val="center"/>
            </w:pPr>
            <w:r>
              <w:rPr>
                <w:b/>
                <w:sz w:val="18"/>
              </w:rPr>
              <w:t>Bln 2</w:t>
            </w:r>
          </w:p>
        </w:tc>
        <w:tc>
          <w:tcPr>
            <w:tcW w:w="532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8C6746" w14:textId="77777777" w:rsidR="00021266" w:rsidRDefault="00000000" w:rsidP="006D58AE">
            <w:pPr>
              <w:spacing w:after="0"/>
              <w:jc w:val="center"/>
            </w:pPr>
            <w:r>
              <w:rPr>
                <w:b/>
                <w:sz w:val="18"/>
              </w:rPr>
              <w:t>Bln 3</w:t>
            </w:r>
          </w:p>
        </w:tc>
        <w:tc>
          <w:tcPr>
            <w:tcW w:w="532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62C5CA" w14:textId="77777777" w:rsidR="00021266" w:rsidRDefault="00000000" w:rsidP="006D58AE">
            <w:pPr>
              <w:spacing w:after="0"/>
              <w:jc w:val="center"/>
            </w:pPr>
            <w:r>
              <w:rPr>
                <w:b/>
                <w:sz w:val="18"/>
              </w:rPr>
              <w:t>Bln 4</w:t>
            </w:r>
          </w:p>
        </w:tc>
        <w:tc>
          <w:tcPr>
            <w:tcW w:w="532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4ABCA9" w14:textId="77777777" w:rsidR="00021266" w:rsidRDefault="00000000" w:rsidP="006D58AE">
            <w:pPr>
              <w:spacing w:after="0"/>
              <w:jc w:val="center"/>
            </w:pPr>
            <w:r>
              <w:rPr>
                <w:b/>
                <w:sz w:val="18"/>
              </w:rPr>
              <w:t>Bln 5</w:t>
            </w:r>
          </w:p>
        </w:tc>
        <w:tc>
          <w:tcPr>
            <w:tcW w:w="531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3476EA" w14:textId="77777777" w:rsidR="00021266" w:rsidRDefault="00000000" w:rsidP="006D58AE">
            <w:pPr>
              <w:spacing w:after="0"/>
              <w:jc w:val="center"/>
            </w:pPr>
            <w:r>
              <w:rPr>
                <w:b/>
                <w:sz w:val="18"/>
              </w:rPr>
              <w:t>Bln 6</w:t>
            </w:r>
          </w:p>
        </w:tc>
      </w:tr>
      <w:tr w:rsidR="00317B9F" w14:paraId="2B843BB4" w14:textId="77777777" w:rsidTr="00317B9F">
        <w:trPr>
          <w:jc w:val="center"/>
        </w:trPr>
        <w:tc>
          <w:tcPr>
            <w:tcW w:w="276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C63660" w14:textId="77777777" w:rsidR="00317B9F" w:rsidRDefault="00317B9F" w:rsidP="00317B9F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534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20C37C" w14:textId="77777777" w:rsidR="00317B9F" w:rsidRDefault="00317B9F" w:rsidP="00317B9F">
            <w:pPr>
              <w:spacing w:after="0"/>
            </w:pPr>
            <w:r>
              <w:rPr>
                <w:sz w:val="18"/>
              </w:rPr>
              <w:t>Persiapan</w:t>
            </w: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F8583F" w14:textId="59DA0376" w:rsidR="00317B9F" w:rsidRDefault="00317B9F" w:rsidP="00317B9F">
            <w:pPr>
              <w:spacing w:after="0"/>
            </w:pPr>
            <w:r w:rsidRPr="004F5383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E5E2773" w14:textId="1BC3AA93" w:rsidR="00317B9F" w:rsidRDefault="00317B9F" w:rsidP="00317B9F">
            <w:pPr>
              <w:spacing w:after="0"/>
            </w:pPr>
            <w:r w:rsidRPr="004F5383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D1C5A50" w14:textId="77777777" w:rsidR="00317B9F" w:rsidRDefault="00317B9F" w:rsidP="00317B9F">
            <w:pPr>
              <w:spacing w:after="0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C1B2DD" w14:textId="77777777" w:rsidR="00317B9F" w:rsidRDefault="00317B9F" w:rsidP="00317B9F">
            <w:pPr>
              <w:spacing w:after="0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8F78F3D" w14:textId="77777777" w:rsidR="00317B9F" w:rsidRDefault="00317B9F" w:rsidP="00317B9F">
            <w:pPr>
              <w:spacing w:after="0"/>
            </w:pP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C3F17E3" w14:textId="77777777" w:rsidR="00317B9F" w:rsidRDefault="00317B9F" w:rsidP="00317B9F">
            <w:pPr>
              <w:spacing w:after="0"/>
            </w:pPr>
          </w:p>
        </w:tc>
      </w:tr>
      <w:tr w:rsidR="00317B9F" w14:paraId="3A082EFA" w14:textId="77777777" w:rsidTr="00317B9F">
        <w:trPr>
          <w:jc w:val="center"/>
        </w:trPr>
        <w:tc>
          <w:tcPr>
            <w:tcW w:w="276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F332DF" w14:textId="77777777" w:rsidR="00317B9F" w:rsidRDefault="00317B9F" w:rsidP="00317B9F"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534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F35D9E" w14:textId="77777777" w:rsidR="00317B9F" w:rsidRDefault="00317B9F" w:rsidP="00317B9F">
            <w:pPr>
              <w:spacing w:after="0"/>
            </w:pPr>
            <w:r>
              <w:rPr>
                <w:sz w:val="18"/>
              </w:rPr>
              <w:t>Pengumpulan/Pelaksanaan</w:t>
            </w: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95B509D" w14:textId="77777777" w:rsidR="00317B9F" w:rsidRDefault="00317B9F" w:rsidP="00317B9F">
            <w:pPr>
              <w:spacing w:after="0"/>
            </w:pP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F30652F" w14:textId="3C7381AD" w:rsidR="00317B9F" w:rsidRDefault="00317B9F" w:rsidP="00317B9F">
            <w:pPr>
              <w:spacing w:after="0"/>
            </w:pPr>
            <w:r w:rsidRPr="004F5383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EA6A73A" w14:textId="36428D22" w:rsidR="00317B9F" w:rsidRDefault="00317B9F" w:rsidP="00317B9F">
            <w:pPr>
              <w:spacing w:after="0"/>
            </w:pPr>
            <w:r w:rsidRPr="004F5383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A6A05CF" w14:textId="77777777" w:rsidR="00317B9F" w:rsidRDefault="00317B9F" w:rsidP="00317B9F">
            <w:pPr>
              <w:spacing w:after="0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6D9058" w14:textId="77777777" w:rsidR="00317B9F" w:rsidRDefault="00317B9F" w:rsidP="00317B9F">
            <w:pPr>
              <w:spacing w:after="0"/>
            </w:pP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6475802" w14:textId="77777777" w:rsidR="00317B9F" w:rsidRDefault="00317B9F" w:rsidP="00317B9F">
            <w:pPr>
              <w:spacing w:after="0"/>
            </w:pPr>
          </w:p>
        </w:tc>
      </w:tr>
      <w:tr w:rsidR="00317B9F" w14:paraId="093E4598" w14:textId="77777777" w:rsidTr="00317B9F">
        <w:trPr>
          <w:jc w:val="center"/>
        </w:trPr>
        <w:tc>
          <w:tcPr>
            <w:tcW w:w="276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FEF606" w14:textId="77777777" w:rsidR="00317B9F" w:rsidRDefault="00317B9F" w:rsidP="00317B9F"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534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312FC6" w14:textId="77777777" w:rsidR="00317B9F" w:rsidRDefault="00317B9F" w:rsidP="00317B9F">
            <w:pPr>
              <w:spacing w:after="0"/>
            </w:pPr>
            <w:r>
              <w:rPr>
                <w:sz w:val="18"/>
              </w:rPr>
              <w:t>Analisis/Validasi</w:t>
            </w: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002B8D7" w14:textId="77777777" w:rsidR="00317B9F" w:rsidRDefault="00317B9F" w:rsidP="00317B9F">
            <w:pPr>
              <w:spacing w:after="0"/>
            </w:pP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79D7E4" w14:textId="77777777" w:rsidR="00317B9F" w:rsidRDefault="00317B9F" w:rsidP="00317B9F">
            <w:pPr>
              <w:spacing w:after="0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5BF9C2" w14:textId="322D2F8A" w:rsidR="00317B9F" w:rsidRDefault="00317B9F" w:rsidP="00317B9F">
            <w:pPr>
              <w:spacing w:after="0"/>
            </w:pPr>
            <w:r w:rsidRPr="004F5383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789363C" w14:textId="0A8580FA" w:rsidR="00317B9F" w:rsidRDefault="00317B9F" w:rsidP="00317B9F">
            <w:pPr>
              <w:spacing w:after="0"/>
            </w:pPr>
            <w:r w:rsidRPr="004F5383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F25C75" w14:textId="77777777" w:rsidR="00317B9F" w:rsidRDefault="00317B9F" w:rsidP="00317B9F">
            <w:pPr>
              <w:spacing w:after="0"/>
            </w:pP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D1EB57" w14:textId="77777777" w:rsidR="00317B9F" w:rsidRDefault="00317B9F" w:rsidP="00317B9F">
            <w:pPr>
              <w:spacing w:after="0"/>
            </w:pPr>
          </w:p>
        </w:tc>
      </w:tr>
      <w:tr w:rsidR="00317B9F" w14:paraId="2E3A881F" w14:textId="77777777" w:rsidTr="00317B9F">
        <w:trPr>
          <w:jc w:val="center"/>
        </w:trPr>
        <w:tc>
          <w:tcPr>
            <w:tcW w:w="276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009BA8" w14:textId="77777777" w:rsidR="00317B9F" w:rsidRDefault="00317B9F" w:rsidP="00317B9F"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534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6041C9" w14:textId="77777777" w:rsidR="00317B9F" w:rsidRDefault="00317B9F" w:rsidP="00317B9F">
            <w:pPr>
              <w:spacing w:after="0"/>
            </w:pPr>
            <w:r>
              <w:rPr>
                <w:sz w:val="18"/>
              </w:rPr>
              <w:t>Penyusunan Luaran</w:t>
            </w: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EC8C058" w14:textId="77777777" w:rsidR="00317B9F" w:rsidRDefault="00317B9F" w:rsidP="00317B9F">
            <w:pPr>
              <w:spacing w:after="0"/>
            </w:pP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687C16B" w14:textId="77777777" w:rsidR="00317B9F" w:rsidRDefault="00317B9F" w:rsidP="00317B9F">
            <w:pPr>
              <w:spacing w:after="0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113EA5C" w14:textId="77777777" w:rsidR="00317B9F" w:rsidRDefault="00317B9F" w:rsidP="00317B9F">
            <w:pPr>
              <w:spacing w:after="0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127FA6" w14:textId="3EB1A101" w:rsidR="00317B9F" w:rsidRDefault="00317B9F" w:rsidP="00317B9F">
            <w:pPr>
              <w:spacing w:after="0"/>
            </w:pPr>
            <w:r w:rsidRPr="004F5383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B7CDEF" w14:textId="3F7A8751" w:rsidR="00317B9F" w:rsidRDefault="00317B9F" w:rsidP="00317B9F">
            <w:pPr>
              <w:spacing w:after="0"/>
            </w:pPr>
            <w:r w:rsidRPr="004F5383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A64205E" w14:textId="77777777" w:rsidR="00317B9F" w:rsidRDefault="00317B9F" w:rsidP="00317B9F">
            <w:pPr>
              <w:spacing w:after="0"/>
            </w:pPr>
          </w:p>
        </w:tc>
      </w:tr>
      <w:tr w:rsidR="00317B9F" w14:paraId="468F4393" w14:textId="77777777" w:rsidTr="00317B9F">
        <w:trPr>
          <w:jc w:val="center"/>
        </w:trPr>
        <w:tc>
          <w:tcPr>
            <w:tcW w:w="276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84DC2A" w14:textId="77777777" w:rsidR="00317B9F" w:rsidRDefault="00317B9F" w:rsidP="00317B9F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534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FEF501" w14:textId="77777777" w:rsidR="00317B9F" w:rsidRDefault="00317B9F" w:rsidP="00317B9F">
            <w:pPr>
              <w:spacing w:after="0"/>
            </w:pPr>
            <w:r>
              <w:rPr>
                <w:sz w:val="18"/>
              </w:rPr>
              <w:t>Pelaporan</w:t>
            </w: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D09CE41" w14:textId="77777777" w:rsidR="00317B9F" w:rsidRDefault="00317B9F" w:rsidP="00317B9F">
            <w:pPr>
              <w:spacing w:after="0"/>
            </w:pP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3A5181" w14:textId="77777777" w:rsidR="00317B9F" w:rsidRDefault="00317B9F" w:rsidP="00317B9F">
            <w:pPr>
              <w:spacing w:after="0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55B40F" w14:textId="77777777" w:rsidR="00317B9F" w:rsidRDefault="00317B9F" w:rsidP="00317B9F">
            <w:pPr>
              <w:spacing w:after="0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E95008" w14:textId="77777777" w:rsidR="00317B9F" w:rsidRDefault="00317B9F" w:rsidP="00317B9F">
            <w:pPr>
              <w:spacing w:after="0"/>
            </w:pPr>
          </w:p>
        </w:tc>
        <w:tc>
          <w:tcPr>
            <w:tcW w:w="532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FB01FAB" w14:textId="5AA6141A" w:rsidR="00317B9F" w:rsidRDefault="00317B9F" w:rsidP="00317B9F">
            <w:pPr>
              <w:spacing w:after="0"/>
            </w:pPr>
            <w:r w:rsidRPr="004F5383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531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BBB805" w14:textId="305E15F1" w:rsidR="00317B9F" w:rsidRDefault="00317B9F" w:rsidP="00317B9F">
            <w:pPr>
              <w:spacing w:after="0"/>
            </w:pPr>
            <w:r w:rsidRPr="004F5383">
              <w:rPr>
                <w:rFonts w:ascii="Segoe UI Symbol" w:hAnsi="Segoe UI Symbol" w:cs="Segoe UI Symbol"/>
              </w:rPr>
              <w:t>✓</w:t>
            </w:r>
          </w:p>
        </w:tc>
      </w:tr>
    </w:tbl>
    <w:p w14:paraId="01203B3E" w14:textId="77777777" w:rsidR="00021266" w:rsidRDefault="00000000">
      <w:proofErr w:type="spellStart"/>
      <w:r>
        <w:rPr>
          <w:i/>
          <w:sz w:val="19"/>
        </w:rPr>
        <w:t>Jumlah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bulan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dapat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disesuaikan</w:t>
      </w:r>
      <w:proofErr w:type="spellEnd"/>
      <w:r>
        <w:rPr>
          <w:i/>
          <w:sz w:val="19"/>
        </w:rPr>
        <w:t xml:space="preserve"> dengan periode hibah.</w:t>
      </w:r>
    </w:p>
    <w:p w14:paraId="4C8D6F06" w14:textId="77777777" w:rsidR="00021266" w:rsidRDefault="00000000">
      <w:pPr>
        <w:spacing w:before="160" w:after="100"/>
      </w:pPr>
      <w:r>
        <w:rPr>
          <w:b/>
          <w:sz w:val="24"/>
        </w:rPr>
        <w:t>K. RENCANA ANGGARAN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16"/>
        <w:gridCol w:w="5685"/>
        <w:gridCol w:w="3101"/>
      </w:tblGrid>
      <w:tr w:rsidR="00021266" w14:paraId="41B14BEF" w14:textId="77777777" w:rsidTr="006D58AE">
        <w:trPr>
          <w:jc w:val="center"/>
        </w:trPr>
        <w:tc>
          <w:tcPr>
            <w:tcW w:w="277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E9072E" w14:textId="77777777" w:rsidR="00021266" w:rsidRDefault="00000000" w:rsidP="006D58AE">
            <w:pPr>
              <w:spacing w:after="0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3056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C55863" w14:textId="77777777" w:rsidR="00021266" w:rsidRDefault="00000000" w:rsidP="006D58AE">
            <w:pPr>
              <w:spacing w:after="0"/>
              <w:jc w:val="center"/>
            </w:pPr>
            <w:r>
              <w:rPr>
                <w:b/>
                <w:sz w:val="18"/>
              </w:rPr>
              <w:t>Komponen</w:t>
            </w:r>
          </w:p>
        </w:tc>
        <w:tc>
          <w:tcPr>
            <w:tcW w:w="1667" w:type="pct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DC9E4B" w14:textId="77777777" w:rsidR="00021266" w:rsidRDefault="00000000" w:rsidP="006D58AE">
            <w:pPr>
              <w:spacing w:after="0"/>
              <w:jc w:val="center"/>
            </w:pPr>
            <w:r>
              <w:rPr>
                <w:b/>
                <w:sz w:val="18"/>
              </w:rPr>
              <w:t>Jumlah (Rp)</w:t>
            </w:r>
          </w:p>
        </w:tc>
      </w:tr>
      <w:tr w:rsidR="00021266" w14:paraId="6D276598" w14:textId="77777777" w:rsidTr="006D58AE">
        <w:trPr>
          <w:jc w:val="center"/>
        </w:trPr>
        <w:tc>
          <w:tcPr>
            <w:tcW w:w="27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BADB80" w14:textId="77777777" w:rsidR="00021266" w:rsidRDefault="00000000" w:rsidP="006D58AE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056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83A8E0" w14:textId="77777777" w:rsidR="00021266" w:rsidRDefault="00000000">
            <w:pPr>
              <w:spacing w:after="0"/>
            </w:pPr>
            <w:r>
              <w:rPr>
                <w:sz w:val="18"/>
              </w:rPr>
              <w:t>Bahan/keperluan penelitian</w:t>
            </w:r>
          </w:p>
        </w:tc>
        <w:tc>
          <w:tcPr>
            <w:tcW w:w="166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F25803" w14:textId="0A5EDB0F" w:rsidR="00021266" w:rsidRDefault="002C5308">
            <w:pPr>
              <w:spacing w:after="0"/>
            </w:pPr>
            <w:r>
              <w:t>Rp. 500.000</w:t>
            </w:r>
          </w:p>
        </w:tc>
      </w:tr>
      <w:tr w:rsidR="00021266" w14:paraId="2A60DE21" w14:textId="77777777" w:rsidTr="006D58AE">
        <w:trPr>
          <w:jc w:val="center"/>
        </w:trPr>
        <w:tc>
          <w:tcPr>
            <w:tcW w:w="27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7177D3" w14:textId="77777777" w:rsidR="00021266" w:rsidRDefault="00000000" w:rsidP="006D58AE"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3056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0E9A03" w14:textId="77777777" w:rsidR="00021266" w:rsidRDefault="00000000">
            <w:pPr>
              <w:spacing w:after="0"/>
            </w:pPr>
            <w:r>
              <w:rPr>
                <w:sz w:val="18"/>
              </w:rPr>
              <w:t>Pengumpulan data/pelaksanaan penelitian</w:t>
            </w:r>
          </w:p>
        </w:tc>
        <w:tc>
          <w:tcPr>
            <w:tcW w:w="166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37666B" w14:textId="7F81E4F2" w:rsidR="00021266" w:rsidRDefault="002C5308">
            <w:pPr>
              <w:spacing w:after="0"/>
            </w:pPr>
            <w:r>
              <w:t>Rp. 250.000</w:t>
            </w:r>
          </w:p>
        </w:tc>
      </w:tr>
      <w:tr w:rsidR="00021266" w14:paraId="504169C6" w14:textId="77777777" w:rsidTr="006D58AE">
        <w:trPr>
          <w:jc w:val="center"/>
        </w:trPr>
        <w:tc>
          <w:tcPr>
            <w:tcW w:w="27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3667DC" w14:textId="77777777" w:rsidR="00021266" w:rsidRDefault="00000000" w:rsidP="006D58AE"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3056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3B54E2" w14:textId="77777777" w:rsidR="00021266" w:rsidRDefault="00000000">
            <w:pPr>
              <w:spacing w:after="0"/>
            </w:pPr>
            <w:r>
              <w:rPr>
                <w:sz w:val="18"/>
              </w:rPr>
              <w:t>Transportasi/perjalanan</w:t>
            </w:r>
          </w:p>
        </w:tc>
        <w:tc>
          <w:tcPr>
            <w:tcW w:w="166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346CDF" w14:textId="30B27AE1" w:rsidR="00021266" w:rsidRDefault="002C5308">
            <w:pPr>
              <w:spacing w:after="0"/>
            </w:pPr>
            <w:r>
              <w:t>Rp. 250.000</w:t>
            </w:r>
          </w:p>
        </w:tc>
      </w:tr>
      <w:tr w:rsidR="00021266" w14:paraId="7F65F8F7" w14:textId="77777777" w:rsidTr="006D58AE">
        <w:trPr>
          <w:jc w:val="center"/>
        </w:trPr>
        <w:tc>
          <w:tcPr>
            <w:tcW w:w="27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83A4B2" w14:textId="77777777" w:rsidR="00021266" w:rsidRDefault="00000000" w:rsidP="006D58AE"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3056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5243B6" w14:textId="77777777" w:rsidR="00021266" w:rsidRDefault="00000000">
            <w:pPr>
              <w:spacing w:after="0"/>
            </w:pPr>
            <w:r>
              <w:rPr>
                <w:sz w:val="18"/>
              </w:rPr>
              <w:t>Pengolahan/analisis data dan penunjang</w:t>
            </w:r>
          </w:p>
        </w:tc>
        <w:tc>
          <w:tcPr>
            <w:tcW w:w="166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FC917C" w14:textId="465D82DE" w:rsidR="00021266" w:rsidRDefault="002C5308">
            <w:pPr>
              <w:spacing w:after="0"/>
            </w:pPr>
            <w:r>
              <w:t>Rp. 500.000</w:t>
            </w:r>
          </w:p>
        </w:tc>
      </w:tr>
      <w:tr w:rsidR="00021266" w14:paraId="5D015E12" w14:textId="77777777" w:rsidTr="006D58AE">
        <w:trPr>
          <w:jc w:val="center"/>
        </w:trPr>
        <w:tc>
          <w:tcPr>
            <w:tcW w:w="27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0D2168" w14:textId="77777777" w:rsidR="00021266" w:rsidRDefault="00000000" w:rsidP="006D58AE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056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C7480E" w14:textId="77777777" w:rsidR="00021266" w:rsidRDefault="00000000">
            <w:pPr>
              <w:spacing w:after="0"/>
            </w:pPr>
            <w:r>
              <w:rPr>
                <w:sz w:val="18"/>
              </w:rPr>
              <w:t>Luaran/publikasi/HKI</w:t>
            </w:r>
          </w:p>
        </w:tc>
        <w:tc>
          <w:tcPr>
            <w:tcW w:w="166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24208C" w14:textId="0C726BD3" w:rsidR="00021266" w:rsidRDefault="002C5308">
            <w:pPr>
              <w:spacing w:after="0"/>
            </w:pPr>
            <w:r>
              <w:t>Rp. 500.000</w:t>
            </w:r>
          </w:p>
        </w:tc>
      </w:tr>
      <w:tr w:rsidR="00021266" w14:paraId="0A9A8867" w14:textId="77777777" w:rsidTr="006D58AE">
        <w:trPr>
          <w:jc w:val="center"/>
        </w:trPr>
        <w:tc>
          <w:tcPr>
            <w:tcW w:w="27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82AFC2" w14:textId="77777777" w:rsidR="00021266" w:rsidRDefault="00021266">
            <w:pPr>
              <w:spacing w:after="0"/>
            </w:pPr>
          </w:p>
        </w:tc>
        <w:tc>
          <w:tcPr>
            <w:tcW w:w="3056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9D696F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>TOTAL</w:t>
            </w:r>
          </w:p>
        </w:tc>
        <w:tc>
          <w:tcPr>
            <w:tcW w:w="1667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E2BDDC" w14:textId="3EEB0337" w:rsidR="00021266" w:rsidRDefault="00000000">
            <w:pPr>
              <w:spacing w:after="0"/>
            </w:pPr>
            <w:r>
              <w:rPr>
                <w:b/>
                <w:sz w:val="18"/>
              </w:rPr>
              <w:t xml:space="preserve">Rp </w:t>
            </w:r>
            <w:r w:rsidR="002C5308">
              <w:rPr>
                <w:b/>
                <w:sz w:val="18"/>
              </w:rPr>
              <w:t>2.000.000</w:t>
            </w:r>
          </w:p>
        </w:tc>
      </w:tr>
    </w:tbl>
    <w:p w14:paraId="656F850C" w14:textId="77777777" w:rsidR="00021266" w:rsidRDefault="00000000">
      <w:pPr>
        <w:spacing w:before="160" w:after="100"/>
      </w:pPr>
      <w:r>
        <w:rPr>
          <w:b/>
          <w:sz w:val="24"/>
        </w:rPr>
        <w:t>L. DAFTAR PUSTAKA</w:t>
      </w:r>
    </w:p>
    <w:p w14:paraId="49A2DDD2" w14:textId="604EA61B" w:rsidR="00C9093D" w:rsidRPr="00C9093D" w:rsidRDefault="00C9093D" w:rsidP="00C9093D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cs="Arial"/>
          <w:noProof/>
          <w:sz w:val="20"/>
        </w:rPr>
      </w:pPr>
      <w:r>
        <w:rPr>
          <w:lang w:val="nb-NO"/>
        </w:rPr>
        <w:fldChar w:fldCharType="begin" w:fldLock="1"/>
      </w:r>
      <w:r>
        <w:rPr>
          <w:lang w:val="nb-NO"/>
        </w:rPr>
        <w:instrText xml:space="preserve">ADDIN Mendeley Bibliography CSL_BIBLIOGRAPHY </w:instrText>
      </w:r>
      <w:r>
        <w:rPr>
          <w:lang w:val="nb-NO"/>
        </w:rPr>
        <w:fldChar w:fldCharType="separate"/>
      </w:r>
      <w:r w:rsidRPr="00C9093D">
        <w:rPr>
          <w:rFonts w:cs="Arial"/>
          <w:noProof/>
          <w:sz w:val="20"/>
        </w:rPr>
        <w:t xml:space="preserve">Apipudin, A., Asruni, A., Winarsih, T., &amp; Rohman, M. Z. (2026). Analysis of Waqf Land Withdrawal: Sharia Economic Law and Indonesian Positive Law. </w:t>
      </w:r>
      <w:r w:rsidRPr="00C9093D">
        <w:rPr>
          <w:rFonts w:cs="Arial"/>
          <w:i/>
          <w:iCs/>
          <w:noProof/>
          <w:sz w:val="20"/>
        </w:rPr>
        <w:t>Smart: Journal of Islamic Religion and Sharia Studies</w:t>
      </w:r>
      <w:r w:rsidRPr="00C9093D">
        <w:rPr>
          <w:rFonts w:cs="Arial"/>
          <w:noProof/>
          <w:sz w:val="20"/>
        </w:rPr>
        <w:t xml:space="preserve">, </w:t>
      </w:r>
      <w:r w:rsidRPr="00C9093D">
        <w:rPr>
          <w:rFonts w:cs="Arial"/>
          <w:i/>
          <w:iCs/>
          <w:noProof/>
          <w:sz w:val="20"/>
        </w:rPr>
        <w:t>1</w:t>
      </w:r>
      <w:r w:rsidRPr="00C9093D">
        <w:rPr>
          <w:rFonts w:cs="Arial"/>
          <w:noProof/>
          <w:sz w:val="20"/>
        </w:rPr>
        <w:t>(3), 35–53.</w:t>
      </w:r>
    </w:p>
    <w:p w14:paraId="08249D3B" w14:textId="77777777" w:rsidR="00C9093D" w:rsidRPr="00C9093D" w:rsidRDefault="00C9093D" w:rsidP="00C9093D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cs="Arial"/>
          <w:noProof/>
          <w:sz w:val="20"/>
        </w:rPr>
      </w:pPr>
      <w:r w:rsidRPr="00C9093D">
        <w:rPr>
          <w:rFonts w:cs="Arial"/>
          <w:noProof/>
          <w:sz w:val="20"/>
        </w:rPr>
        <w:t xml:space="preserve">DWI, S. (2022). </w:t>
      </w:r>
      <w:r w:rsidRPr="00C9093D">
        <w:rPr>
          <w:rFonts w:cs="Arial"/>
          <w:i/>
          <w:iCs/>
          <w:noProof/>
          <w:sz w:val="20"/>
        </w:rPr>
        <w:t xml:space="preserve">Jual Beli Rumah Berstatus Tanah Wakaf Perspektif Hukum Islam Dan Perspektif Hukum Positif (studi Kasus Dusun Gunung Batu Pekon Gunung Sari Kecamatan Ulubelu </w:t>
      </w:r>
      <w:r w:rsidRPr="00C9093D">
        <w:rPr>
          <w:rFonts w:cs="Arial"/>
          <w:i/>
          <w:iCs/>
          <w:noProof/>
          <w:sz w:val="20"/>
        </w:rPr>
        <w:lastRenderedPageBreak/>
        <w:t>Kabupaten Tanggamus)</w:t>
      </w:r>
      <w:r w:rsidRPr="00C9093D">
        <w:rPr>
          <w:rFonts w:cs="Arial"/>
          <w:noProof/>
          <w:sz w:val="20"/>
        </w:rPr>
        <w:t>. UIN RADEN INTAN LAMPUNG.</w:t>
      </w:r>
    </w:p>
    <w:p w14:paraId="7FB08F09" w14:textId="77777777" w:rsidR="00C9093D" w:rsidRPr="00C9093D" w:rsidRDefault="00C9093D" w:rsidP="00C9093D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cs="Arial"/>
          <w:noProof/>
          <w:sz w:val="20"/>
        </w:rPr>
      </w:pPr>
      <w:r w:rsidRPr="00C9093D">
        <w:rPr>
          <w:rFonts w:cs="Arial"/>
          <w:noProof/>
          <w:sz w:val="20"/>
        </w:rPr>
        <w:t xml:space="preserve">Farhaniatussafana, S. S., Kuan, S. S., Utami, T., &amp; Hartati, S. Y. (2026). Perlindungan Hukum Wakaf Produktif di Indonesia: Analisis Putusan Pengadilan Agama Pandeglang Nomor 405/Pdt. G/2023/PA. Pdlg. </w:t>
      </w:r>
      <w:r w:rsidRPr="00C9093D">
        <w:rPr>
          <w:rFonts w:cs="Arial"/>
          <w:i/>
          <w:iCs/>
          <w:noProof/>
          <w:sz w:val="20"/>
        </w:rPr>
        <w:t>Journal of Legal, Political, and Humanistic Inquiry</w:t>
      </w:r>
      <w:r w:rsidRPr="00C9093D">
        <w:rPr>
          <w:rFonts w:cs="Arial"/>
          <w:noProof/>
          <w:sz w:val="20"/>
        </w:rPr>
        <w:t xml:space="preserve">, </w:t>
      </w:r>
      <w:r w:rsidRPr="00C9093D">
        <w:rPr>
          <w:rFonts w:cs="Arial"/>
          <w:i/>
          <w:iCs/>
          <w:noProof/>
          <w:sz w:val="20"/>
        </w:rPr>
        <w:t>1</w:t>
      </w:r>
      <w:r w:rsidRPr="00C9093D">
        <w:rPr>
          <w:rFonts w:cs="Arial"/>
          <w:noProof/>
          <w:sz w:val="20"/>
        </w:rPr>
        <w:t>(3), 20–30.</w:t>
      </w:r>
    </w:p>
    <w:p w14:paraId="336C4BB9" w14:textId="77777777" w:rsidR="00C9093D" w:rsidRPr="00C9093D" w:rsidRDefault="00C9093D" w:rsidP="00C9093D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cs="Arial"/>
          <w:noProof/>
          <w:sz w:val="20"/>
        </w:rPr>
      </w:pPr>
      <w:r w:rsidRPr="00C9093D">
        <w:rPr>
          <w:rFonts w:cs="Arial"/>
          <w:noProof/>
          <w:sz w:val="20"/>
        </w:rPr>
        <w:t xml:space="preserve">Febryza, E. L. (2016). Analisis Yuridis Pemindahan Tanah Wakaf Ditinjau Dari Hukum Islam Dan Undang-Undang Nomor 41 Tahun 2004 Tentang Wakaf (Studi Putusan PTUN No: 98/G/2011/PTUN. JKT). </w:t>
      </w:r>
      <w:r w:rsidRPr="00C9093D">
        <w:rPr>
          <w:rFonts w:cs="Arial"/>
          <w:i/>
          <w:iCs/>
          <w:noProof/>
          <w:sz w:val="20"/>
        </w:rPr>
        <w:t>Premise Law Journal</w:t>
      </w:r>
      <w:r w:rsidRPr="00C9093D">
        <w:rPr>
          <w:rFonts w:cs="Arial"/>
          <w:noProof/>
          <w:sz w:val="20"/>
        </w:rPr>
        <w:t xml:space="preserve">, </w:t>
      </w:r>
      <w:r w:rsidRPr="00C9093D">
        <w:rPr>
          <w:rFonts w:cs="Arial"/>
          <w:i/>
          <w:iCs/>
          <w:noProof/>
          <w:sz w:val="20"/>
        </w:rPr>
        <w:t>9</w:t>
      </w:r>
      <w:r w:rsidRPr="00C9093D">
        <w:rPr>
          <w:rFonts w:cs="Arial"/>
          <w:noProof/>
          <w:sz w:val="20"/>
        </w:rPr>
        <w:t>, 161836.</w:t>
      </w:r>
    </w:p>
    <w:p w14:paraId="5CA1D0FF" w14:textId="77777777" w:rsidR="00C9093D" w:rsidRPr="00C9093D" w:rsidRDefault="00C9093D" w:rsidP="00C9093D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cs="Arial"/>
          <w:noProof/>
          <w:sz w:val="20"/>
        </w:rPr>
      </w:pPr>
      <w:r w:rsidRPr="00C9093D">
        <w:rPr>
          <w:rFonts w:cs="Arial"/>
          <w:noProof/>
          <w:sz w:val="20"/>
        </w:rPr>
        <w:t xml:space="preserve">Hidayah, K. N. (2025). </w:t>
      </w:r>
      <w:r w:rsidRPr="00C9093D">
        <w:rPr>
          <w:rFonts w:cs="Arial"/>
          <w:i/>
          <w:iCs/>
          <w:noProof/>
          <w:sz w:val="20"/>
        </w:rPr>
        <w:t>Analisis Yuridis Terhadap Pembatalan Dan Pengembalian Sebagian Benda Wakaf Dari Objek Wakaf Pada Perkara Putusan Pengadilan Tinggi Agama Jakarta Nomor 122/Pdt. G/2024/PTA. JK</w:t>
      </w:r>
      <w:r w:rsidRPr="00C9093D">
        <w:rPr>
          <w:rFonts w:cs="Arial"/>
          <w:noProof/>
          <w:sz w:val="20"/>
        </w:rPr>
        <w:t>.</w:t>
      </w:r>
    </w:p>
    <w:p w14:paraId="46DBA9D7" w14:textId="77777777" w:rsidR="00C9093D" w:rsidRPr="00C9093D" w:rsidRDefault="00C9093D" w:rsidP="00C9093D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cs="Arial"/>
          <w:noProof/>
          <w:sz w:val="20"/>
        </w:rPr>
      </w:pPr>
      <w:r w:rsidRPr="00C9093D">
        <w:rPr>
          <w:rFonts w:cs="Arial"/>
          <w:noProof/>
          <w:sz w:val="20"/>
        </w:rPr>
        <w:t xml:space="preserve">Lupitasari, B. (2023). </w:t>
      </w:r>
      <w:r w:rsidRPr="00C9093D">
        <w:rPr>
          <w:rFonts w:cs="Arial"/>
          <w:i/>
          <w:iCs/>
          <w:noProof/>
          <w:sz w:val="20"/>
        </w:rPr>
        <w:t>Penyelesaian Sengketa Tanah Wakaf Dalam Sudut Pandang Hukum Ekonomi Syariah (Studi Kasus di Desa Rantau Jaya Udik Kecamatan Sukadana Kabupaten Lampung Timur)</w:t>
      </w:r>
      <w:r w:rsidRPr="00C9093D">
        <w:rPr>
          <w:rFonts w:cs="Arial"/>
          <w:noProof/>
          <w:sz w:val="20"/>
        </w:rPr>
        <w:t>. IAIN Metro.</w:t>
      </w:r>
    </w:p>
    <w:p w14:paraId="740F89D3" w14:textId="77777777" w:rsidR="00C9093D" w:rsidRPr="00C9093D" w:rsidRDefault="00C9093D" w:rsidP="00C9093D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cs="Arial"/>
          <w:noProof/>
          <w:sz w:val="20"/>
        </w:rPr>
      </w:pPr>
      <w:r w:rsidRPr="00C9093D">
        <w:rPr>
          <w:rFonts w:cs="Arial"/>
          <w:noProof/>
          <w:sz w:val="20"/>
        </w:rPr>
        <w:t xml:space="preserve">Mannuhung, S., &amp; Djidar, H. (2024). PENDIDIKAN HUKUM PENYELESAIAN SENGKETA TANAH PERSPEKTIF PRINSIP HUKUM ISLAM DAN HUKUM POSITIF. </w:t>
      </w:r>
      <w:r w:rsidRPr="00C9093D">
        <w:rPr>
          <w:rFonts w:cs="Arial"/>
          <w:i/>
          <w:iCs/>
          <w:noProof/>
          <w:sz w:val="20"/>
        </w:rPr>
        <w:t>Jurnal Andi Djemma/Jurnal Pendidikan</w:t>
      </w:r>
      <w:r w:rsidRPr="00C9093D">
        <w:rPr>
          <w:rFonts w:cs="Arial"/>
          <w:noProof/>
          <w:sz w:val="20"/>
        </w:rPr>
        <w:t xml:space="preserve">, </w:t>
      </w:r>
      <w:r w:rsidRPr="00C9093D">
        <w:rPr>
          <w:rFonts w:cs="Arial"/>
          <w:i/>
          <w:iCs/>
          <w:noProof/>
          <w:sz w:val="20"/>
        </w:rPr>
        <w:t>7</w:t>
      </w:r>
      <w:r w:rsidRPr="00C9093D">
        <w:rPr>
          <w:rFonts w:cs="Arial"/>
          <w:noProof/>
          <w:sz w:val="20"/>
        </w:rPr>
        <w:t>(2), 228–251.</w:t>
      </w:r>
    </w:p>
    <w:p w14:paraId="13275300" w14:textId="77777777" w:rsidR="00C9093D" w:rsidRPr="00C9093D" w:rsidRDefault="00C9093D" w:rsidP="00C9093D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cs="Arial"/>
          <w:noProof/>
          <w:sz w:val="20"/>
        </w:rPr>
      </w:pPr>
      <w:r w:rsidRPr="00C9093D">
        <w:rPr>
          <w:rFonts w:cs="Arial"/>
          <w:noProof/>
          <w:sz w:val="20"/>
        </w:rPr>
        <w:t xml:space="preserve">Moleong, L. J. (2021). </w:t>
      </w:r>
      <w:r w:rsidRPr="00C9093D">
        <w:rPr>
          <w:rFonts w:cs="Arial"/>
          <w:i/>
          <w:iCs/>
          <w:noProof/>
          <w:sz w:val="20"/>
        </w:rPr>
        <w:t>Metodologi penelitian kualitatif</w:t>
      </w:r>
      <w:r w:rsidRPr="00C9093D">
        <w:rPr>
          <w:rFonts w:cs="Arial"/>
          <w:noProof/>
          <w:sz w:val="20"/>
        </w:rPr>
        <w:t>. PT Remaja Rosdakarya.</w:t>
      </w:r>
    </w:p>
    <w:p w14:paraId="66A7D77A" w14:textId="77777777" w:rsidR="00C9093D" w:rsidRPr="00C9093D" w:rsidRDefault="00C9093D" w:rsidP="00C9093D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cs="Arial"/>
          <w:noProof/>
          <w:sz w:val="20"/>
        </w:rPr>
      </w:pPr>
      <w:r w:rsidRPr="00C9093D">
        <w:rPr>
          <w:rFonts w:cs="Arial"/>
          <w:noProof/>
          <w:sz w:val="20"/>
        </w:rPr>
        <w:t xml:space="preserve">Muchtar, A. D., Dunia, J. P., &amp; Al Azizah, N. (2025). Kedudukan Akta Ikrar Wakaf Perspektif Hukum Islam dan Hukum Positif di Indonesia: The Position of Waqf Pledge Deeds From The Perspective of Islamic Law and Positive Law in Indonesia. </w:t>
      </w:r>
      <w:r w:rsidRPr="00C9093D">
        <w:rPr>
          <w:rFonts w:cs="Arial"/>
          <w:i/>
          <w:iCs/>
          <w:noProof/>
          <w:sz w:val="20"/>
        </w:rPr>
        <w:t>BUSTANUL FUQAHA: Jurnal Bidang Hukum Islam</w:t>
      </w:r>
      <w:r w:rsidRPr="00C9093D">
        <w:rPr>
          <w:rFonts w:cs="Arial"/>
          <w:noProof/>
          <w:sz w:val="20"/>
        </w:rPr>
        <w:t xml:space="preserve">, </w:t>
      </w:r>
      <w:r w:rsidRPr="00C9093D">
        <w:rPr>
          <w:rFonts w:cs="Arial"/>
          <w:i/>
          <w:iCs/>
          <w:noProof/>
          <w:sz w:val="20"/>
        </w:rPr>
        <w:t>6</w:t>
      </w:r>
      <w:r w:rsidRPr="00C9093D">
        <w:rPr>
          <w:rFonts w:cs="Arial"/>
          <w:noProof/>
          <w:sz w:val="20"/>
        </w:rPr>
        <w:t>(2), 396–419.</w:t>
      </w:r>
    </w:p>
    <w:p w14:paraId="5002512A" w14:textId="77777777" w:rsidR="00C9093D" w:rsidRPr="00C9093D" w:rsidRDefault="00C9093D" w:rsidP="00C9093D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cs="Arial"/>
          <w:noProof/>
          <w:sz w:val="20"/>
        </w:rPr>
      </w:pPr>
      <w:r w:rsidRPr="00C9093D">
        <w:rPr>
          <w:rFonts w:cs="Arial"/>
          <w:noProof/>
          <w:sz w:val="20"/>
        </w:rPr>
        <w:t xml:space="preserve">MUHAMAD, N. (2023). </w:t>
      </w:r>
      <w:r w:rsidRPr="00C9093D">
        <w:rPr>
          <w:rFonts w:cs="Arial"/>
          <w:i/>
          <w:iCs/>
          <w:noProof/>
          <w:sz w:val="20"/>
        </w:rPr>
        <w:t>ANALISIS MASLAHAH MURSALAH TERHADAP PUTUSAN SENGKETA TANAH WAKAF (Studi Putusan Nomor. 0115/Pdt. G/2019/PA. Prw. Pengadilan Agama Kabupaten Pringsewu)</w:t>
      </w:r>
      <w:r w:rsidRPr="00C9093D">
        <w:rPr>
          <w:rFonts w:cs="Arial"/>
          <w:noProof/>
          <w:sz w:val="20"/>
        </w:rPr>
        <w:t>. UIN RADEN INTAN LAMPUNG.</w:t>
      </w:r>
    </w:p>
    <w:p w14:paraId="03F09D0A" w14:textId="77777777" w:rsidR="00C9093D" w:rsidRPr="00C9093D" w:rsidRDefault="00C9093D" w:rsidP="00C9093D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cs="Arial"/>
          <w:noProof/>
          <w:sz w:val="20"/>
        </w:rPr>
      </w:pPr>
      <w:r w:rsidRPr="00C9093D">
        <w:rPr>
          <w:rFonts w:cs="Arial"/>
          <w:noProof/>
          <w:sz w:val="20"/>
        </w:rPr>
        <w:t xml:space="preserve">Mutaqin, Z. (2026). </w:t>
      </w:r>
      <w:r w:rsidRPr="00C9093D">
        <w:rPr>
          <w:rFonts w:cs="Arial"/>
          <w:i/>
          <w:iCs/>
          <w:noProof/>
          <w:sz w:val="20"/>
        </w:rPr>
        <w:t>KEWENANGAN NAZHIR DE FACTO TERHADAP TANAH WAKAF YANG NAZHIRNYA MENINGGAL DUNIA (STUDI KASUS PENGELOLA TANAH WAKAF MASJID JAMI AL-IKHWAN DESA KEBOCORAN)</w:t>
      </w:r>
      <w:r w:rsidRPr="00C9093D">
        <w:rPr>
          <w:rFonts w:cs="Arial"/>
          <w:noProof/>
          <w:sz w:val="20"/>
        </w:rPr>
        <w:t>. UNIVERSITAS NAHDLATUL ULAMA PURWOKERTO.</w:t>
      </w:r>
    </w:p>
    <w:p w14:paraId="40C547DF" w14:textId="77777777" w:rsidR="00C9093D" w:rsidRPr="00C9093D" w:rsidRDefault="00C9093D" w:rsidP="00C9093D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cs="Arial"/>
          <w:noProof/>
          <w:sz w:val="20"/>
        </w:rPr>
      </w:pPr>
      <w:r w:rsidRPr="00C9093D">
        <w:rPr>
          <w:rFonts w:cs="Arial"/>
          <w:noProof/>
          <w:sz w:val="20"/>
        </w:rPr>
        <w:t xml:space="preserve">Rahmawati, L. W., Dewi, N., &amp; Nurwanti, Y. D. (2026). Analisis Yuridis terhadap Pengaturan Sertipikat Elektronik (E-Sertipikat) atas Tanah Wakaf dalam Sistem Hukum Positif di Indonesia. </w:t>
      </w:r>
      <w:r w:rsidRPr="00C9093D">
        <w:rPr>
          <w:rFonts w:cs="Arial"/>
          <w:i/>
          <w:iCs/>
          <w:noProof/>
          <w:sz w:val="20"/>
        </w:rPr>
        <w:t>Jurnal Hukum Lex Generalis</w:t>
      </w:r>
      <w:r w:rsidRPr="00C9093D">
        <w:rPr>
          <w:rFonts w:cs="Arial"/>
          <w:noProof/>
          <w:sz w:val="20"/>
        </w:rPr>
        <w:t xml:space="preserve">, </w:t>
      </w:r>
      <w:r w:rsidRPr="00C9093D">
        <w:rPr>
          <w:rFonts w:cs="Arial"/>
          <w:i/>
          <w:iCs/>
          <w:noProof/>
          <w:sz w:val="20"/>
        </w:rPr>
        <w:t>7</w:t>
      </w:r>
      <w:r w:rsidRPr="00C9093D">
        <w:rPr>
          <w:rFonts w:cs="Arial"/>
          <w:noProof/>
          <w:sz w:val="20"/>
        </w:rPr>
        <w:t>(9).</w:t>
      </w:r>
    </w:p>
    <w:p w14:paraId="6B631B8A" w14:textId="77777777" w:rsidR="00C9093D" w:rsidRPr="00C9093D" w:rsidRDefault="00C9093D" w:rsidP="00C9093D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cs="Arial"/>
          <w:noProof/>
          <w:sz w:val="20"/>
        </w:rPr>
      </w:pPr>
      <w:r w:rsidRPr="00C9093D">
        <w:rPr>
          <w:rFonts w:cs="Arial"/>
          <w:noProof/>
          <w:sz w:val="20"/>
        </w:rPr>
        <w:t xml:space="preserve">Rudi Margono, S. H. (2026). </w:t>
      </w:r>
      <w:r w:rsidRPr="00C9093D">
        <w:rPr>
          <w:rFonts w:cs="Arial"/>
          <w:i/>
          <w:iCs/>
          <w:noProof/>
          <w:sz w:val="20"/>
        </w:rPr>
        <w:t>Perlindungan Lahan Wakaf: Strategi Penegakan Hukum terhadap Penyerobotan Tanah Rumah Ibadah</w:t>
      </w:r>
      <w:r w:rsidRPr="00C9093D">
        <w:rPr>
          <w:rFonts w:cs="Arial"/>
          <w:noProof/>
          <w:sz w:val="20"/>
        </w:rPr>
        <w:t>. PROFESOR RUDI MARGONO.</w:t>
      </w:r>
    </w:p>
    <w:p w14:paraId="54245BB1" w14:textId="77777777" w:rsidR="00C9093D" w:rsidRPr="00C9093D" w:rsidRDefault="00C9093D" w:rsidP="00C9093D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cs="Arial"/>
          <w:noProof/>
          <w:sz w:val="20"/>
        </w:rPr>
      </w:pPr>
      <w:r w:rsidRPr="00C9093D">
        <w:rPr>
          <w:rFonts w:cs="Arial"/>
          <w:noProof/>
          <w:sz w:val="20"/>
        </w:rPr>
        <w:t xml:space="preserve">Salsabila, H., Zuhdi, S., HI, S., &amp; HI, M. (2024). </w:t>
      </w:r>
      <w:r w:rsidRPr="00C9093D">
        <w:rPr>
          <w:rFonts w:cs="Arial"/>
          <w:i/>
          <w:iCs/>
          <w:noProof/>
          <w:sz w:val="20"/>
        </w:rPr>
        <w:t>Analisis Yuridis Terhadap Tanah Wakaf Yang Belum Bersertifikat Dalam Perspektif Hukum Positif Indonesia (Studi Kasus di Kabupaten Bogor)</w:t>
      </w:r>
      <w:r w:rsidRPr="00C9093D">
        <w:rPr>
          <w:rFonts w:cs="Arial"/>
          <w:noProof/>
          <w:sz w:val="20"/>
        </w:rPr>
        <w:t>. Universitas Muhammadiyah Surakarta.</w:t>
      </w:r>
    </w:p>
    <w:p w14:paraId="11DE7822" w14:textId="77777777" w:rsidR="00C9093D" w:rsidRPr="00C9093D" w:rsidRDefault="00C9093D" w:rsidP="00C9093D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cs="Arial"/>
          <w:noProof/>
          <w:sz w:val="20"/>
        </w:rPr>
      </w:pPr>
      <w:r w:rsidRPr="00C9093D">
        <w:rPr>
          <w:rFonts w:cs="Arial"/>
          <w:noProof/>
          <w:sz w:val="20"/>
        </w:rPr>
        <w:t xml:space="preserve">Susilo, W. (2020). Tinjauan Hukum Terhadap Pengalihan Tanah Wakaf Yang Tidak Sesuai Peruntukkan Semula Menurut Hukum Positif. </w:t>
      </w:r>
      <w:r w:rsidRPr="00C9093D">
        <w:rPr>
          <w:rFonts w:cs="Arial"/>
          <w:i/>
          <w:iCs/>
          <w:noProof/>
          <w:sz w:val="20"/>
        </w:rPr>
        <w:t>Jurnal IUS Vol. VIII No</w:t>
      </w:r>
      <w:r w:rsidRPr="00C9093D">
        <w:rPr>
          <w:rFonts w:cs="Arial"/>
          <w:noProof/>
          <w:sz w:val="20"/>
        </w:rPr>
        <w:t>.</w:t>
      </w:r>
    </w:p>
    <w:p w14:paraId="1EB37A3C" w14:textId="77777777" w:rsidR="00C9093D" w:rsidRPr="00C9093D" w:rsidRDefault="00C9093D" w:rsidP="00C9093D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cs="Arial"/>
          <w:noProof/>
          <w:sz w:val="20"/>
        </w:rPr>
      </w:pPr>
      <w:r w:rsidRPr="00C9093D">
        <w:rPr>
          <w:rFonts w:cs="Arial"/>
          <w:noProof/>
          <w:sz w:val="20"/>
        </w:rPr>
        <w:t xml:space="preserve">ZULFAN, N. (2011). </w:t>
      </w:r>
      <w:r w:rsidRPr="00C9093D">
        <w:rPr>
          <w:rFonts w:cs="Arial"/>
          <w:i/>
          <w:iCs/>
          <w:noProof/>
          <w:sz w:val="20"/>
        </w:rPr>
        <w:t>PENYELESAIAN SENGKETA ANTAR NADZIR TANAH WAKAF DI KECAMATAN LARANGAN KOTA TANGERANG BANTEN (STUDI KASUS TANAH WAKAF MASJID AL-FURQON TANGERANG)</w:t>
      </w:r>
      <w:r w:rsidRPr="00C9093D">
        <w:rPr>
          <w:rFonts w:cs="Arial"/>
          <w:noProof/>
          <w:sz w:val="20"/>
        </w:rPr>
        <w:t>. Diponegoro University.</w:t>
      </w:r>
    </w:p>
    <w:p w14:paraId="17A918FF" w14:textId="4447354C" w:rsidR="00021266" w:rsidRDefault="00C9093D" w:rsidP="00C9093D">
      <w:pPr>
        <w:jc w:val="both"/>
        <w:rPr>
          <w:lang w:val="nb-NO"/>
        </w:rPr>
      </w:pPr>
      <w:r>
        <w:rPr>
          <w:lang w:val="nb-NO"/>
        </w:rPr>
        <w:fldChar w:fldCharType="end"/>
      </w:r>
    </w:p>
    <w:p w14:paraId="43C4C1CE" w14:textId="77777777" w:rsidR="00C9093D" w:rsidRDefault="00C9093D" w:rsidP="00C9093D">
      <w:pPr>
        <w:jc w:val="both"/>
        <w:rPr>
          <w:lang w:val="nb-NO"/>
        </w:rPr>
      </w:pPr>
    </w:p>
    <w:p w14:paraId="6DD2A535" w14:textId="77777777" w:rsidR="00C9093D" w:rsidRDefault="00C9093D" w:rsidP="00C9093D">
      <w:pPr>
        <w:jc w:val="both"/>
        <w:rPr>
          <w:lang w:val="nb-NO"/>
        </w:rPr>
      </w:pPr>
    </w:p>
    <w:p w14:paraId="651686DF" w14:textId="77777777" w:rsidR="00C9093D" w:rsidRDefault="00C9093D" w:rsidP="00C9093D">
      <w:pPr>
        <w:jc w:val="both"/>
        <w:rPr>
          <w:lang w:val="nb-NO"/>
        </w:rPr>
      </w:pPr>
    </w:p>
    <w:p w14:paraId="565D5C94" w14:textId="77777777" w:rsidR="00C9093D" w:rsidRDefault="00C9093D" w:rsidP="00C9093D">
      <w:pPr>
        <w:jc w:val="both"/>
        <w:rPr>
          <w:lang w:val="nb-NO"/>
        </w:rPr>
      </w:pPr>
    </w:p>
    <w:p w14:paraId="0954BC2B" w14:textId="77777777" w:rsidR="00C9093D" w:rsidRDefault="00C9093D" w:rsidP="00C9093D">
      <w:pPr>
        <w:jc w:val="both"/>
        <w:rPr>
          <w:lang w:val="nb-NO"/>
        </w:rPr>
      </w:pPr>
    </w:p>
    <w:p w14:paraId="6CA0573B" w14:textId="77777777" w:rsidR="00C9093D" w:rsidRPr="003F1B29" w:rsidRDefault="00C9093D" w:rsidP="00C9093D">
      <w:pPr>
        <w:jc w:val="both"/>
        <w:rPr>
          <w:lang w:val="nb-NO"/>
        </w:rPr>
      </w:pPr>
    </w:p>
    <w:p w14:paraId="4D30BB70" w14:textId="77777777" w:rsidR="00021266" w:rsidRPr="003F1B29" w:rsidRDefault="00000000">
      <w:pPr>
        <w:spacing w:before="160" w:after="100"/>
        <w:rPr>
          <w:lang w:val="nb-NO"/>
        </w:rPr>
      </w:pPr>
      <w:r w:rsidRPr="003F1B29">
        <w:rPr>
          <w:b/>
          <w:sz w:val="24"/>
          <w:lang w:val="nb-NO"/>
        </w:rPr>
        <w:lastRenderedPageBreak/>
        <w:t>M. PERNYATAAN KETUA TIM</w:t>
      </w:r>
    </w:p>
    <w:p w14:paraId="6193987E" w14:textId="03672949" w:rsidR="00021266" w:rsidRPr="003F1B29" w:rsidRDefault="00000000" w:rsidP="006D58AE">
      <w:pPr>
        <w:jc w:val="both"/>
        <w:rPr>
          <w:lang w:val="nb-NO"/>
        </w:rPr>
      </w:pPr>
      <w:r w:rsidRPr="003F1B29">
        <w:rPr>
          <w:lang w:val="nb-NO"/>
        </w:rPr>
        <w:t>Saya menyatakan bahwa proposal ini disusun sesuai dengan ketentuan Hibah Penelitian Internal dan bersedia melaksanakan penelitian serta memenuhi target luaran yang ditetapkan.</w:t>
      </w:r>
    </w:p>
    <w:p w14:paraId="764E0DAF" w14:textId="5822F362" w:rsidR="00021266" w:rsidRPr="003F1B29" w:rsidRDefault="004E3696">
      <w:pPr>
        <w:jc w:val="right"/>
        <w:rPr>
          <w:lang w:val="nb-NO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22914C0B" wp14:editId="5BE42756">
            <wp:simplePos x="0" y="0"/>
            <wp:positionH relativeFrom="margin">
              <wp:posOffset>4364182</wp:posOffset>
            </wp:positionH>
            <wp:positionV relativeFrom="paragraph">
              <wp:posOffset>177116</wp:posOffset>
            </wp:positionV>
            <wp:extent cx="1692563" cy="1376697"/>
            <wp:effectExtent l="0" t="0" r="0" b="0"/>
            <wp:wrapNone/>
            <wp:docPr id="1427604181" name="Picture 2" descr="Tanda tangan tanpa latar belak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nda tangan tanpa latar belaka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34" b="10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563" cy="1376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2FD5">
        <w:rPr>
          <w:lang w:val="nb-NO"/>
        </w:rPr>
        <w:t>Limboto</w:t>
      </w:r>
      <w:r w:rsidR="00942FD5" w:rsidRPr="003F1B29">
        <w:rPr>
          <w:lang w:val="nb-NO"/>
        </w:rPr>
        <w:t xml:space="preserve">, </w:t>
      </w:r>
      <w:r w:rsidR="00942FD5">
        <w:rPr>
          <w:lang w:val="nb-NO"/>
        </w:rPr>
        <w:t xml:space="preserve">16 September </w:t>
      </w:r>
      <w:r w:rsidR="00942FD5" w:rsidRPr="003F1B29">
        <w:rPr>
          <w:lang w:val="nb-NO"/>
        </w:rPr>
        <w:t>20</w:t>
      </w:r>
      <w:r w:rsidR="00942FD5">
        <w:rPr>
          <w:lang w:val="nb-NO"/>
        </w:rPr>
        <w:t>26</w:t>
      </w:r>
    </w:p>
    <w:p w14:paraId="2B6FF2B4" w14:textId="451C901D" w:rsidR="00021266" w:rsidRPr="003F1B29" w:rsidRDefault="004E3696">
      <w:pPr>
        <w:jc w:val="right"/>
        <w:rPr>
          <w:lang w:val="nb-NO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46C5170" wp14:editId="227B9118">
            <wp:simplePos x="0" y="0"/>
            <wp:positionH relativeFrom="column">
              <wp:posOffset>3437907</wp:posOffset>
            </wp:positionH>
            <wp:positionV relativeFrom="paragraph">
              <wp:posOffset>2985</wp:posOffset>
            </wp:positionV>
            <wp:extent cx="981075" cy="981075"/>
            <wp:effectExtent l="0" t="0" r="9525" b="9525"/>
            <wp:wrapNone/>
            <wp:docPr id="2069557499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55749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3F1B29">
        <w:rPr>
          <w:lang w:val="nb-NO"/>
        </w:rPr>
        <w:t>Ketua Tim,</w:t>
      </w:r>
    </w:p>
    <w:p w14:paraId="00BEAE40" w14:textId="2A1D8348" w:rsidR="00021266" w:rsidRPr="003F1B29" w:rsidRDefault="00021266">
      <w:pPr>
        <w:rPr>
          <w:lang w:val="nb-NO"/>
        </w:rPr>
      </w:pPr>
    </w:p>
    <w:p w14:paraId="2E2F6BF9" w14:textId="77777777" w:rsidR="00021266" w:rsidRPr="003F1B29" w:rsidRDefault="00021266">
      <w:pPr>
        <w:rPr>
          <w:lang w:val="nb-NO"/>
        </w:rPr>
      </w:pPr>
    </w:p>
    <w:p w14:paraId="6C4DF510" w14:textId="174FD28A" w:rsidR="00021266" w:rsidRPr="003F1B29" w:rsidRDefault="00021266">
      <w:pPr>
        <w:rPr>
          <w:lang w:val="nb-NO"/>
        </w:rPr>
      </w:pPr>
    </w:p>
    <w:p w14:paraId="05BF68B4" w14:textId="2E7B269D" w:rsidR="00021266" w:rsidRPr="003F1B29" w:rsidRDefault="00000000">
      <w:pPr>
        <w:jc w:val="right"/>
        <w:rPr>
          <w:lang w:val="nb-NO"/>
        </w:rPr>
      </w:pPr>
      <w:r w:rsidRPr="003F1B29">
        <w:rPr>
          <w:lang w:val="nb-NO"/>
        </w:rPr>
        <w:t>(</w:t>
      </w:r>
      <w:r w:rsidR="00942FD5">
        <w:rPr>
          <w:lang w:val="nb-NO"/>
        </w:rPr>
        <w:t>Nurmin K Martam</w:t>
      </w:r>
      <w:r w:rsidRPr="003F1B29">
        <w:rPr>
          <w:lang w:val="nb-NO"/>
        </w:rPr>
        <w:t>)</w:t>
      </w:r>
    </w:p>
    <w:p w14:paraId="1B208341" w14:textId="315795A6" w:rsidR="00021266" w:rsidRPr="003F1B29" w:rsidRDefault="00000000">
      <w:pPr>
        <w:jc w:val="right"/>
        <w:rPr>
          <w:lang w:val="nb-NO"/>
        </w:rPr>
      </w:pPr>
      <w:r w:rsidRPr="003F1B29">
        <w:rPr>
          <w:lang w:val="nb-NO"/>
        </w:rPr>
        <w:t>NIDN/NIDK</w:t>
      </w:r>
      <w:r w:rsidR="006D58AE">
        <w:rPr>
          <w:lang w:val="nb-NO"/>
        </w:rPr>
        <w:t>/NUPTK</w:t>
      </w:r>
      <w:r w:rsidRPr="003F1B29">
        <w:rPr>
          <w:lang w:val="nb-NO"/>
        </w:rPr>
        <w:t xml:space="preserve"> </w:t>
      </w:r>
      <w:r w:rsidR="00942FD5">
        <w:rPr>
          <w:lang w:val="nb-NO"/>
        </w:rPr>
        <w:t xml:space="preserve">: </w:t>
      </w:r>
      <w:r w:rsidR="00942FD5" w:rsidRPr="00942FD5">
        <w:rPr>
          <w:lang w:val="nb-NO"/>
        </w:rPr>
        <w:t>0904117801</w:t>
      </w:r>
      <w:r w:rsidRPr="003F1B29">
        <w:rPr>
          <w:lang w:val="nb-NO"/>
        </w:rPr>
        <w:t>.</w:t>
      </w:r>
    </w:p>
    <w:p w14:paraId="4958217D" w14:textId="234C671D" w:rsidR="00021266" w:rsidRPr="003F1B29" w:rsidRDefault="00000000">
      <w:pPr>
        <w:rPr>
          <w:lang w:val="nb-NO"/>
        </w:rPr>
      </w:pPr>
      <w:r w:rsidRPr="003F1B29">
        <w:rPr>
          <w:lang w:val="nb-NO"/>
        </w:rPr>
        <w:br w:type="page"/>
      </w:r>
    </w:p>
    <w:p w14:paraId="5509A02F" w14:textId="77777777" w:rsidR="00021266" w:rsidRPr="003F1B29" w:rsidRDefault="00000000">
      <w:pPr>
        <w:spacing w:before="160" w:after="100"/>
        <w:rPr>
          <w:lang w:val="nb-NO"/>
        </w:rPr>
      </w:pPr>
      <w:r w:rsidRPr="003F1B29">
        <w:rPr>
          <w:b/>
          <w:sz w:val="24"/>
          <w:lang w:val="nb-NO"/>
        </w:rPr>
        <w:lastRenderedPageBreak/>
        <w:t>LAMPIRAN INTERNAL LP3M – PETA CEPAT PENILAIAN KESESUAIAN RENSTRA</w:t>
      </w:r>
    </w:p>
    <w:p w14:paraId="6D531ADD" w14:textId="77777777" w:rsidR="00021266" w:rsidRPr="003F1B29" w:rsidRDefault="00000000">
      <w:pPr>
        <w:rPr>
          <w:lang w:val="nb-NO"/>
        </w:rPr>
      </w:pPr>
      <w:r w:rsidRPr="003F1B29">
        <w:rPr>
          <w:i/>
          <w:sz w:val="19"/>
          <w:lang w:val="nb-NO"/>
        </w:rPr>
        <w:t>Bagian ini dapat digunakan reviewer/LP3M. Dosen tidak perlu membuat dokumen tambahan.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66"/>
        <w:gridCol w:w="4913"/>
        <w:gridCol w:w="1186"/>
        <w:gridCol w:w="1437"/>
      </w:tblGrid>
      <w:tr w:rsidR="00021266" w14:paraId="2C363D6E" w14:textId="77777777">
        <w:trPr>
          <w:jc w:val="center"/>
        </w:trPr>
        <w:tc>
          <w:tcPr>
            <w:tcW w:w="228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3A90CA" w14:textId="77777777" w:rsidR="00021266" w:rsidRDefault="00000000">
            <w:pPr>
              <w:spacing w:after="0"/>
            </w:pPr>
            <w:proofErr w:type="spellStart"/>
            <w:r>
              <w:rPr>
                <w:b/>
                <w:sz w:val="18"/>
              </w:rPr>
              <w:t>Aspek</w:t>
            </w:r>
            <w:proofErr w:type="spellEnd"/>
          </w:p>
        </w:tc>
        <w:tc>
          <w:tcPr>
            <w:tcW w:w="228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D15CA3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>Yang Dicek</w:t>
            </w:r>
          </w:p>
        </w:tc>
        <w:tc>
          <w:tcPr>
            <w:tcW w:w="228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DBCF74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>Skor</w:t>
            </w:r>
          </w:p>
        </w:tc>
        <w:tc>
          <w:tcPr>
            <w:tcW w:w="228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B260BE" w14:textId="77777777" w:rsidR="00021266" w:rsidRDefault="00000000">
            <w:pPr>
              <w:spacing w:after="0"/>
            </w:pPr>
            <w:r>
              <w:rPr>
                <w:b/>
                <w:sz w:val="18"/>
              </w:rPr>
              <w:t>Catatan Reviewer</w:t>
            </w:r>
          </w:p>
        </w:tc>
      </w:tr>
      <w:tr w:rsidR="00021266" w14:paraId="286C316A" w14:textId="77777777">
        <w:trPr>
          <w:jc w:val="center"/>
        </w:trPr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DF67B9" w14:textId="77777777" w:rsidR="00021266" w:rsidRDefault="00000000">
            <w:pPr>
              <w:spacing w:after="0"/>
            </w:pPr>
            <w:r>
              <w:rPr>
                <w:sz w:val="18"/>
              </w:rPr>
              <w:t>Kesesuaian bidang/tema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9AF7FB" w14:textId="77777777" w:rsidR="00021266" w:rsidRDefault="00000000">
            <w:pPr>
              <w:spacing w:after="0"/>
            </w:pPr>
            <w:r>
              <w:rPr>
                <w:sz w:val="18"/>
              </w:rPr>
              <w:t>Proposal dapat dipetakan ke bidang, tema/subtema atau pengembangan disiplin yang relevan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280E82" w14:textId="77777777" w:rsidR="00021266" w:rsidRDefault="00000000">
            <w:pPr>
              <w:spacing w:after="0"/>
            </w:pPr>
            <w:r>
              <w:rPr>
                <w:sz w:val="18"/>
              </w:rPr>
              <w:t>0–20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C15F27" w14:textId="77777777" w:rsidR="00021266" w:rsidRDefault="00021266">
            <w:pPr>
              <w:spacing w:after="0"/>
            </w:pPr>
          </w:p>
        </w:tc>
      </w:tr>
      <w:tr w:rsidR="00021266" w14:paraId="36A5F459" w14:textId="77777777">
        <w:trPr>
          <w:jc w:val="center"/>
        </w:trPr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B0659B" w14:textId="77777777" w:rsidR="00021266" w:rsidRDefault="00000000">
            <w:pPr>
              <w:spacing w:after="0"/>
            </w:pPr>
            <w:r>
              <w:rPr>
                <w:sz w:val="18"/>
              </w:rPr>
              <w:t>Kesinambungan roadmap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36CAB1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sz w:val="18"/>
                <w:lang w:val="nb-NO"/>
              </w:rPr>
              <w:t>Posisi penelitian dan arah lanjutannya jelas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0ACAE8" w14:textId="77777777" w:rsidR="00021266" w:rsidRDefault="00000000">
            <w:pPr>
              <w:spacing w:after="0"/>
            </w:pPr>
            <w:r>
              <w:rPr>
                <w:sz w:val="18"/>
              </w:rPr>
              <w:t>0–20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17019F" w14:textId="77777777" w:rsidR="00021266" w:rsidRDefault="00021266">
            <w:pPr>
              <w:spacing w:after="0"/>
            </w:pPr>
          </w:p>
        </w:tc>
      </w:tr>
      <w:tr w:rsidR="00021266" w14:paraId="34E53E5D" w14:textId="77777777">
        <w:trPr>
          <w:jc w:val="center"/>
        </w:trPr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9BCE08" w14:textId="77777777" w:rsidR="00021266" w:rsidRDefault="00000000">
            <w:pPr>
              <w:spacing w:after="0"/>
            </w:pPr>
            <w:r>
              <w:rPr>
                <w:sz w:val="18"/>
              </w:rPr>
              <w:t>Relevansi masalah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3BB843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sz w:val="18"/>
                <w:lang w:val="nb-NO"/>
              </w:rPr>
              <w:t>Relevan dengan kepakaran, potensi/kebutuhan daerah, pembangunan atau SDGs sesuai karakter penelitian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18B463" w14:textId="77777777" w:rsidR="00021266" w:rsidRDefault="00000000">
            <w:pPr>
              <w:spacing w:after="0"/>
            </w:pPr>
            <w:r>
              <w:rPr>
                <w:sz w:val="18"/>
              </w:rPr>
              <w:t>0–15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CD0FD5" w14:textId="77777777" w:rsidR="00021266" w:rsidRDefault="00021266">
            <w:pPr>
              <w:spacing w:after="0"/>
            </w:pPr>
          </w:p>
        </w:tc>
      </w:tr>
      <w:tr w:rsidR="00021266" w14:paraId="504F466A" w14:textId="77777777">
        <w:trPr>
          <w:jc w:val="center"/>
        </w:trPr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96437C" w14:textId="77777777" w:rsidR="00021266" w:rsidRDefault="00000000">
            <w:pPr>
              <w:spacing w:after="0"/>
            </w:pPr>
            <w:r>
              <w:rPr>
                <w:sz w:val="18"/>
              </w:rPr>
              <w:t>Metode &amp; kelayakan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A7D3BF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sz w:val="18"/>
                <w:lang w:val="nb-NO"/>
              </w:rPr>
              <w:t>Metode, waktu dan anggaran layak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732F36" w14:textId="77777777" w:rsidR="00021266" w:rsidRDefault="00000000">
            <w:pPr>
              <w:spacing w:after="0"/>
            </w:pPr>
            <w:r>
              <w:rPr>
                <w:sz w:val="18"/>
              </w:rPr>
              <w:t>0–20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E708F5" w14:textId="77777777" w:rsidR="00021266" w:rsidRDefault="00021266">
            <w:pPr>
              <w:spacing w:after="0"/>
            </w:pPr>
          </w:p>
        </w:tc>
      </w:tr>
      <w:tr w:rsidR="00021266" w14:paraId="39A790F1" w14:textId="77777777">
        <w:trPr>
          <w:jc w:val="center"/>
        </w:trPr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4D3F2E" w14:textId="77777777" w:rsidR="00021266" w:rsidRDefault="00000000">
            <w:pPr>
              <w:spacing w:after="0"/>
            </w:pPr>
            <w:r>
              <w:rPr>
                <w:sz w:val="18"/>
              </w:rPr>
              <w:t>Luaran bertahap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7D860E" w14:textId="77777777" w:rsidR="00021266" w:rsidRPr="003F1B29" w:rsidRDefault="00000000">
            <w:pPr>
              <w:spacing w:after="0"/>
              <w:rPr>
                <w:lang w:val="nb-NO"/>
              </w:rPr>
            </w:pPr>
            <w:r w:rsidRPr="003F1B29">
              <w:rPr>
                <w:sz w:val="18"/>
                <w:lang w:val="nb-NO"/>
              </w:rPr>
              <w:t>Luaran sesuai tahap roadmap: publikasi/dataset/model/HKI/prototipe/validasi/pemanfaatan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8C7F5C" w14:textId="77777777" w:rsidR="00021266" w:rsidRDefault="00000000">
            <w:pPr>
              <w:spacing w:after="0"/>
            </w:pPr>
            <w:r>
              <w:rPr>
                <w:sz w:val="18"/>
              </w:rPr>
              <w:t>0–15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FEAFB6" w14:textId="77777777" w:rsidR="00021266" w:rsidRDefault="00021266">
            <w:pPr>
              <w:spacing w:after="0"/>
            </w:pPr>
          </w:p>
        </w:tc>
      </w:tr>
      <w:tr w:rsidR="00021266" w14:paraId="457A5030" w14:textId="77777777">
        <w:trPr>
          <w:jc w:val="center"/>
        </w:trPr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702D63" w14:textId="77777777" w:rsidR="00021266" w:rsidRDefault="00000000">
            <w:pPr>
              <w:spacing w:after="0"/>
            </w:pPr>
            <w:r>
              <w:rPr>
                <w:sz w:val="18"/>
              </w:rPr>
              <w:t>Kolaborasi &amp; pemanfaatan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8A25E1" w14:textId="77777777" w:rsidR="00021266" w:rsidRDefault="00000000">
            <w:pPr>
              <w:spacing w:after="0"/>
            </w:pPr>
            <w:r>
              <w:rPr>
                <w:sz w:val="18"/>
              </w:rPr>
              <w:t>Ada peluang kolaborasi, mahasiswa, mitra, pembelajaran, PkM/KKP atau pemanfaatan hasil bila relevan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DBE668" w14:textId="77777777" w:rsidR="00021266" w:rsidRDefault="00000000">
            <w:pPr>
              <w:spacing w:after="0"/>
            </w:pPr>
            <w:r>
              <w:rPr>
                <w:sz w:val="18"/>
              </w:rPr>
              <w:t>0–10</w:t>
            </w:r>
          </w:p>
        </w:tc>
        <w:tc>
          <w:tcPr>
            <w:tcW w:w="22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22EA11" w14:textId="77777777" w:rsidR="00021266" w:rsidRDefault="00021266">
            <w:pPr>
              <w:spacing w:after="0"/>
            </w:pPr>
          </w:p>
        </w:tc>
      </w:tr>
    </w:tbl>
    <w:p w14:paraId="00631C41" w14:textId="77777777" w:rsidR="00021266" w:rsidRDefault="00000000">
      <w:r>
        <w:rPr>
          <w:b/>
        </w:rPr>
        <w:t xml:space="preserve">TOTAL: </w:t>
      </w:r>
      <w:r>
        <w:t>........ / 100</w:t>
      </w:r>
    </w:p>
    <w:p w14:paraId="753FA2C8" w14:textId="77777777" w:rsidR="00021266" w:rsidRDefault="00000000">
      <w:r>
        <w:rPr>
          <w:b/>
        </w:rPr>
        <w:t xml:space="preserve">Rekomendasi: </w:t>
      </w:r>
      <w:r>
        <w:t>☐ Layak didanai  ☐ Layak dengan perbaikan  ☐ Belum layak</w:t>
      </w:r>
    </w:p>
    <w:p w14:paraId="2554C334" w14:textId="77777777" w:rsidR="00021266" w:rsidRPr="003F1B29" w:rsidRDefault="00000000">
      <w:pPr>
        <w:rPr>
          <w:lang w:val="nb-NO"/>
        </w:rPr>
      </w:pPr>
      <w:r w:rsidRPr="003F1B29">
        <w:rPr>
          <w:i/>
          <w:sz w:val="19"/>
          <w:lang w:val="nb-NO"/>
        </w:rPr>
        <w:t>Catatan: Penelitian tidak harus menghasilkan seluruh jenis luaran. Penilaian mempertimbangkan kesesuaian luaran dengan tahap roadmap dan karakter penelitian.</w:t>
      </w:r>
    </w:p>
    <w:sectPr w:rsidR="00021266" w:rsidRPr="003F1B29" w:rsidSect="00034616">
      <w:headerReference w:type="default" r:id="rId11"/>
      <w:footerReference w:type="default" r:id="rId12"/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9691D" w14:textId="77777777" w:rsidR="00285B55" w:rsidRDefault="00285B55">
      <w:pPr>
        <w:spacing w:after="0" w:line="240" w:lineRule="auto"/>
      </w:pPr>
      <w:r>
        <w:separator/>
      </w:r>
    </w:p>
  </w:endnote>
  <w:endnote w:type="continuationSeparator" w:id="0">
    <w:p w14:paraId="590E99A2" w14:textId="77777777" w:rsidR="00285B55" w:rsidRDefault="00285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F9B26" w14:textId="77777777" w:rsidR="00021266" w:rsidRDefault="00000000">
    <w:pPr>
      <w:pStyle w:val="Footer"/>
      <w:jc w:val="center"/>
    </w:pPr>
    <w:r>
      <w:rPr>
        <w:sz w:val="16"/>
      </w:rPr>
      <w:t>Template Proposal Penelitian Internal Berbasis Renstra Penelitian dan PkM 2026–2030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9481A" w14:textId="77777777" w:rsidR="00285B55" w:rsidRDefault="00285B55">
      <w:pPr>
        <w:spacing w:after="0" w:line="240" w:lineRule="auto"/>
      </w:pPr>
      <w:r>
        <w:separator/>
      </w:r>
    </w:p>
  </w:footnote>
  <w:footnote w:type="continuationSeparator" w:id="0">
    <w:p w14:paraId="1C0453EF" w14:textId="77777777" w:rsidR="00285B55" w:rsidRDefault="00285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ED1E2" w14:textId="111351E8" w:rsidR="00021266" w:rsidRDefault="00000000">
    <w:pPr>
      <w:pStyle w:val="Header"/>
      <w:jc w:val="right"/>
    </w:pPr>
    <w:r>
      <w:rPr>
        <w:sz w:val="16"/>
      </w:rPr>
      <w:t xml:space="preserve">LP3M UNIVERSITAS GORONTALO | </w:t>
    </w:r>
    <w:r w:rsidR="009F7E46">
      <w:rPr>
        <w:sz w:val="16"/>
      </w:rPr>
      <w:t xml:space="preserve">Proposal </w:t>
    </w:r>
    <w:r>
      <w:rPr>
        <w:sz w:val="16"/>
      </w:rPr>
      <w:t xml:space="preserve">Hibah </w:t>
    </w:r>
    <w:proofErr w:type="spellStart"/>
    <w:r>
      <w:rPr>
        <w:sz w:val="16"/>
      </w:rPr>
      <w:t>Penelitian</w:t>
    </w:r>
    <w:proofErr w:type="spellEnd"/>
    <w:r>
      <w:rPr>
        <w:sz w:val="16"/>
      </w:rPr>
      <w:t xml:space="preserve"> Internal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3815BD"/>
    <w:multiLevelType w:val="hybridMultilevel"/>
    <w:tmpl w:val="2C50548E"/>
    <w:lvl w:ilvl="0" w:tplc="5F2EBFA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481335">
    <w:abstractNumId w:val="8"/>
  </w:num>
  <w:num w:numId="2" w16cid:durableId="289288975">
    <w:abstractNumId w:val="6"/>
  </w:num>
  <w:num w:numId="3" w16cid:durableId="1944603483">
    <w:abstractNumId w:val="5"/>
  </w:num>
  <w:num w:numId="4" w16cid:durableId="2008054152">
    <w:abstractNumId w:val="4"/>
  </w:num>
  <w:num w:numId="5" w16cid:durableId="770709520">
    <w:abstractNumId w:val="7"/>
  </w:num>
  <w:num w:numId="6" w16cid:durableId="860582366">
    <w:abstractNumId w:val="3"/>
  </w:num>
  <w:num w:numId="7" w16cid:durableId="351683835">
    <w:abstractNumId w:val="2"/>
  </w:num>
  <w:num w:numId="8" w16cid:durableId="1841919786">
    <w:abstractNumId w:val="1"/>
  </w:num>
  <w:num w:numId="9" w16cid:durableId="1028332024">
    <w:abstractNumId w:val="0"/>
  </w:num>
  <w:num w:numId="10" w16cid:durableId="3674876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28E"/>
    <w:rsid w:val="00021266"/>
    <w:rsid w:val="00034616"/>
    <w:rsid w:val="0006063C"/>
    <w:rsid w:val="00130FFA"/>
    <w:rsid w:val="0015074B"/>
    <w:rsid w:val="0015409E"/>
    <w:rsid w:val="00174D99"/>
    <w:rsid w:val="00265E84"/>
    <w:rsid w:val="00285B55"/>
    <w:rsid w:val="0029639D"/>
    <w:rsid w:val="002C5308"/>
    <w:rsid w:val="00317B9F"/>
    <w:rsid w:val="00326F90"/>
    <w:rsid w:val="00375760"/>
    <w:rsid w:val="003A3F46"/>
    <w:rsid w:val="003F1B29"/>
    <w:rsid w:val="00405422"/>
    <w:rsid w:val="00494190"/>
    <w:rsid w:val="004B4FA5"/>
    <w:rsid w:val="004C202F"/>
    <w:rsid w:val="004E3696"/>
    <w:rsid w:val="00662358"/>
    <w:rsid w:val="006D58AE"/>
    <w:rsid w:val="00773630"/>
    <w:rsid w:val="008A5E58"/>
    <w:rsid w:val="0091722A"/>
    <w:rsid w:val="00930D22"/>
    <w:rsid w:val="00942FD5"/>
    <w:rsid w:val="009F7E46"/>
    <w:rsid w:val="00A22A1B"/>
    <w:rsid w:val="00AA1D8D"/>
    <w:rsid w:val="00B24DF1"/>
    <w:rsid w:val="00B47730"/>
    <w:rsid w:val="00C9093D"/>
    <w:rsid w:val="00CB0664"/>
    <w:rsid w:val="00CC0E05"/>
    <w:rsid w:val="00D07E0C"/>
    <w:rsid w:val="00D3658C"/>
    <w:rsid w:val="00E0610B"/>
    <w:rsid w:val="00E92576"/>
    <w:rsid w:val="00EC28DF"/>
    <w:rsid w:val="00EF168F"/>
    <w:rsid w:val="00FB4B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0FCB75D"/>
  <w14:defaultImageDpi w14:val="330"/>
  <w15:docId w15:val="{65DC4B7D-BC25-41BE-8592-B8484962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5476</Words>
  <Characters>31214</Characters>
  <Application>Microsoft Office Word</Application>
  <DocSecurity>0</DocSecurity>
  <Lines>260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Sarfan Tabo</cp:lastModifiedBy>
  <cp:revision>21</cp:revision>
  <dcterms:created xsi:type="dcterms:W3CDTF">2013-12-23T23:15:00Z</dcterms:created>
  <dcterms:modified xsi:type="dcterms:W3CDTF">2026-09-16T00:14:00Z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5b67ac97-7bf9-4ff9-99ec-052b010bbf64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AMA Manual of Style 11th edition</vt:lpwstr>
  </property>
  <property fmtid="{D5CDD505-2E9C-101B-9397-08002B2CF9AE}" pid="5" name="Mendeley Recent Style Id 1_1">
    <vt:lpwstr>http://www.zotero.org/styles/apa</vt:lpwstr>
  </property>
  <property fmtid="{D5CDD505-2E9C-101B-9397-08002B2CF9AE}" pid="6" name="Mendeley Recent Style Name 1_1">
    <vt:lpwstr>APA Style 7th edition</vt:lpwstr>
  </property>
  <property fmtid="{D5CDD505-2E9C-101B-9397-08002B2CF9AE}" pid="7" name="Mendeley Recent Style Id 2_1">
    <vt:lpwstr>http://www.zotero.org/styles/american-political-science-association</vt:lpwstr>
  </property>
  <property fmtid="{D5CDD505-2E9C-101B-9397-08002B2CF9AE}" pid="8" name="Mendeley Recent Style Name 2_1">
    <vt:lpwstr>APSA Style Manual revised 2018 edition</vt:lpwstr>
  </property>
  <property fmtid="{D5CDD505-2E9C-101B-9397-08002B2CF9AE}" pid="9" name="Mendeley Recent Style Id 3_1">
    <vt:lpwstr>http://www.zotero.org/styles/chicago-fullnote-bibliography</vt:lpwstr>
  </property>
  <property fmtid="{D5CDD505-2E9C-101B-9397-08002B2CF9AE}" pid="10" name="Mendeley Recent Style Name 3_1">
    <vt:lpwstr>Chicago Manual of Style 17th edition (full note)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18th edition (author-date)</vt:lpwstr>
  </property>
  <property fmtid="{D5CDD505-2E9C-101B-9397-08002B2CF9AE}" pid="13" name="Mendeley Recent Style Id 5_1">
    <vt:lpwstr>http://www.zotero.org/styles/harvard-cite-them-right</vt:lpwstr>
  </property>
  <property fmtid="{D5CDD505-2E9C-101B-9397-08002B2CF9AE}" pid="14" name="Mendeley Recent Style Name 5_1">
    <vt:lpwstr>Cite Them Right 12th edition (author-date/Harvard)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Name 6_1">
    <vt:lpwstr>IEEE Reference Guide version 11.29.2023</vt:lpwstr>
  </property>
  <property fmtid="{D5CDD505-2E9C-101B-9397-08002B2CF9AE}" pid="17" name="Mendeley Recent Style Id 7_1">
    <vt:lpwstr>http://www.zotero.org/styles/modern-language-association</vt:lpwstr>
  </property>
  <property fmtid="{D5CDD505-2E9C-101B-9397-08002B2CF9AE}" pid="18" name="Mendeley Recent Style Name 7_1">
    <vt:lpwstr>MLA Handbook 9th edition (in-text citations)</vt:lpwstr>
  </property>
  <property fmtid="{D5CDD505-2E9C-101B-9397-08002B2CF9AE}" pid="19" name="Mendeley Recent Style Id 8_1">
    <vt:lpwstr>http://www.zotero.org/styles/modern-humanities-research-association</vt:lpwstr>
  </property>
  <property fmtid="{D5CDD505-2E9C-101B-9397-08002B2CF9AE}" pid="20" name="Mendeley Recent Style Name 8_1">
    <vt:lpwstr>Modern Humanities Research Association 3rd edition (note with bibliography)</vt:lpwstr>
  </property>
  <property fmtid="{D5CDD505-2E9C-101B-9397-08002B2CF9AE}" pid="21" name="Mendeley Recent Style Id 9_1">
    <vt:lpwstr>http://www.zotero.org/styles/vancouver</vt:lpwstr>
  </property>
  <property fmtid="{D5CDD505-2E9C-101B-9397-08002B2CF9AE}" pid="22" name="Mendeley Recent Style Name 9_1">
    <vt:lpwstr>Vancouver</vt:lpwstr>
  </property>
  <property fmtid="{D5CDD505-2E9C-101B-9397-08002B2CF9AE}" pid="23" name="Mendeley Document_1">
    <vt:lpwstr>True</vt:lpwstr>
  </property>
  <property fmtid="{D5CDD505-2E9C-101B-9397-08002B2CF9AE}" pid="24" name="Mendeley Citation Style_1">
    <vt:lpwstr>http://www.zotero.org/styles/apa</vt:lpwstr>
  </property>
  <property fmtid="{D5CDD505-2E9C-101B-9397-08002B2CF9AE}" pid="25" name="Mendeley Unique User Id_1">
    <vt:lpwstr>79fc9e6a-0116-3870-8132-2e6aa157b67a</vt:lpwstr>
  </property>
</Properties>
</file>