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2586C" w14:textId="7EC4CA85" w:rsidR="009F7E46" w:rsidRPr="00D20EEB" w:rsidRDefault="009F7E46" w:rsidP="009F7E46">
      <w:pPr>
        <w:spacing w:before="1100"/>
        <w:jc w:val="center"/>
        <w:rPr>
          <w:lang w:val="nb-NO"/>
        </w:rPr>
      </w:pPr>
      <w:r>
        <w:rPr>
          <w:b/>
          <w:sz w:val="36"/>
          <w:lang w:val="nb-NO"/>
        </w:rPr>
        <w:t>PROPOSAL</w:t>
      </w:r>
      <w:r w:rsidRPr="00D20EEB">
        <w:rPr>
          <w:b/>
          <w:sz w:val="36"/>
          <w:lang w:val="nb-NO"/>
        </w:rPr>
        <w:br/>
        <w:t>HIBAH PENELITIAN INTERNAL</w:t>
      </w:r>
    </w:p>
    <w:p w14:paraId="4F670F29" w14:textId="77777777" w:rsidR="009F7E46" w:rsidRDefault="009F7E46" w:rsidP="009F7E46">
      <w:pPr>
        <w:jc w:val="center"/>
        <w:rPr>
          <w:b/>
          <w:sz w:val="24"/>
          <w:lang w:val="nb-NO"/>
        </w:rPr>
      </w:pPr>
      <w:r w:rsidRPr="00D20EEB">
        <w:rPr>
          <w:b/>
          <w:sz w:val="24"/>
          <w:lang w:val="nb-NO"/>
        </w:rPr>
        <w:t>BERBASIS RENSTRA PENELITIAN DAN PkM 2026–2030</w:t>
      </w:r>
    </w:p>
    <w:p w14:paraId="1307BABD" w14:textId="2A93A34D" w:rsidR="009F7E46" w:rsidRPr="00D20EEB" w:rsidRDefault="009F7E46" w:rsidP="009F7E46">
      <w:pPr>
        <w:jc w:val="center"/>
        <w:rPr>
          <w:lang w:val="nb-NO"/>
        </w:rPr>
      </w:pPr>
      <w:r>
        <w:rPr>
          <w:noProof/>
        </w:rPr>
        <w:drawing>
          <wp:inline distT="0" distB="0" distL="0" distR="0" wp14:anchorId="7CEC951D" wp14:editId="1B217911">
            <wp:extent cx="1432560" cy="1432560"/>
            <wp:effectExtent l="0" t="0" r="0" b="0"/>
            <wp:docPr id="820350475" name="Picture 1" descr="A yellow emblem with blue wings and a book with a person holding a fl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50475" name="Picture 1" descr="A yellow emblem with blue wings and a book with a person holding a fl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14:paraId="3FBD6F43" w14:textId="4EFA614A" w:rsidR="009F7E46" w:rsidRPr="00D20EEB" w:rsidRDefault="009F7E46" w:rsidP="009F7E46">
      <w:pPr>
        <w:spacing w:before="440"/>
        <w:jc w:val="center"/>
        <w:rPr>
          <w:lang w:val="nb-NO"/>
        </w:rPr>
      </w:pPr>
      <w:r w:rsidRPr="00D20EEB">
        <w:rPr>
          <w:b/>
          <w:sz w:val="24"/>
          <w:lang w:val="nb-NO"/>
        </w:rPr>
        <w:t>JUDUL PENELITIAN</w:t>
      </w:r>
      <w:r w:rsidRPr="00D20EEB">
        <w:rPr>
          <w:b/>
          <w:sz w:val="24"/>
          <w:lang w:val="nb-NO"/>
        </w:rPr>
        <w:br/>
      </w:r>
      <w:r w:rsidRPr="00D20EEB">
        <w:rPr>
          <w:b/>
          <w:sz w:val="24"/>
          <w:lang w:val="nb-NO"/>
        </w:rPr>
        <w:br/>
      </w:r>
      <w:r w:rsidR="00A65B58" w:rsidRPr="00A65B58">
        <w:rPr>
          <w:b/>
          <w:sz w:val="24"/>
          <w:lang w:val="nb-NO"/>
        </w:rPr>
        <w:t>Kajian Keamanan Pangan Ikan Cakalang (</w:t>
      </w:r>
      <w:r w:rsidR="00A65B58" w:rsidRPr="00A65B58">
        <w:rPr>
          <w:b/>
          <w:i/>
          <w:iCs/>
          <w:sz w:val="24"/>
          <w:lang w:val="nb-NO"/>
        </w:rPr>
        <w:t>Katsuwonus pelamis</w:t>
      </w:r>
      <w:r w:rsidR="00A65B58" w:rsidRPr="00A65B58">
        <w:rPr>
          <w:b/>
          <w:sz w:val="24"/>
          <w:lang w:val="nb-NO"/>
        </w:rPr>
        <w:t>) Segar dan Asap melalui Analisis Formalin dan Karakteristik Mutu sebagai Dasar Pengendalian Produk Perikanan di Gorontalo</w:t>
      </w:r>
    </w:p>
    <w:p w14:paraId="61622F3C" w14:textId="1E716828" w:rsidR="009F7E46" w:rsidRPr="00D20EEB" w:rsidRDefault="009F7E46" w:rsidP="009F7E46">
      <w:pPr>
        <w:spacing w:before="440"/>
        <w:jc w:val="center"/>
        <w:rPr>
          <w:lang w:val="nb-NO"/>
        </w:rPr>
      </w:pPr>
      <w:r w:rsidRPr="00D20EEB">
        <w:rPr>
          <w:sz w:val="22"/>
          <w:lang w:val="nb-NO"/>
        </w:rPr>
        <w:t xml:space="preserve">Ketua Tim: </w:t>
      </w:r>
      <w:r w:rsidR="00D658E6">
        <w:rPr>
          <w:sz w:val="22"/>
          <w:lang w:val="nb-NO"/>
        </w:rPr>
        <w:t>IDA ASTUTI</w:t>
      </w:r>
      <w:r w:rsidRPr="00D20EEB">
        <w:rPr>
          <w:sz w:val="22"/>
          <w:lang w:val="nb-NO"/>
        </w:rPr>
        <w:br/>
        <w:t>NIDN/NIDK</w:t>
      </w:r>
      <w:r>
        <w:rPr>
          <w:sz w:val="22"/>
          <w:lang w:val="nb-NO"/>
        </w:rPr>
        <w:t>/NUPTK</w:t>
      </w:r>
      <w:r w:rsidRPr="00D20EEB">
        <w:rPr>
          <w:sz w:val="22"/>
          <w:lang w:val="nb-NO"/>
        </w:rPr>
        <w:t xml:space="preserve">: </w:t>
      </w:r>
      <w:r w:rsidR="00D658E6">
        <w:rPr>
          <w:sz w:val="22"/>
          <w:lang w:val="nb-NO"/>
        </w:rPr>
        <w:t>0</w:t>
      </w:r>
      <w:r w:rsidR="004A17BB">
        <w:rPr>
          <w:sz w:val="22"/>
          <w:lang w:val="nb-NO"/>
        </w:rPr>
        <w:t>903028402</w:t>
      </w:r>
      <w:r w:rsidRPr="00D20EEB">
        <w:rPr>
          <w:sz w:val="22"/>
          <w:lang w:val="nb-NO"/>
        </w:rPr>
        <w:br/>
        <w:t xml:space="preserve">Program Studi/Fakultas: </w:t>
      </w:r>
      <w:r w:rsidR="004A17BB">
        <w:rPr>
          <w:sz w:val="22"/>
          <w:lang w:val="nb-NO"/>
        </w:rPr>
        <w:t>MAGISTER SAINS PERTANIAN/PAS</w:t>
      </w:r>
      <w:r w:rsidR="005F7944">
        <w:rPr>
          <w:sz w:val="22"/>
          <w:lang w:val="nb-NO"/>
        </w:rPr>
        <w:t>CAS</w:t>
      </w:r>
      <w:r w:rsidR="00C56230">
        <w:rPr>
          <w:sz w:val="22"/>
          <w:lang w:val="nb-NO"/>
        </w:rPr>
        <w:t>ARJANA</w:t>
      </w:r>
    </w:p>
    <w:p w14:paraId="7640EECF" w14:textId="7B3FE36F" w:rsidR="00021266" w:rsidRDefault="009F7E46" w:rsidP="009F7E46">
      <w:pPr>
        <w:spacing w:before="1500"/>
        <w:jc w:val="center"/>
      </w:pPr>
      <w:r w:rsidRPr="00D20EEB">
        <w:rPr>
          <w:b/>
          <w:sz w:val="22"/>
          <w:lang w:val="nb-NO"/>
        </w:rPr>
        <w:t>LEMBAGA PENELITIAN, PENGEMBANGAN, DAN PENGABDIAN KEPADA MASYARAKAT (LP3M)</w:t>
      </w:r>
      <w:r w:rsidRPr="00D20EEB">
        <w:rPr>
          <w:b/>
          <w:sz w:val="22"/>
          <w:lang w:val="nb-NO"/>
        </w:rPr>
        <w:br/>
        <w:t>UNIVERSITAS GORONTALO</w:t>
      </w:r>
      <w:r w:rsidRPr="00D20EEB">
        <w:rPr>
          <w:b/>
          <w:sz w:val="22"/>
          <w:lang w:val="nb-NO"/>
        </w:rPr>
        <w:br/>
        <w:t>20</w:t>
      </w:r>
      <w:r w:rsidR="00C56230">
        <w:rPr>
          <w:b/>
          <w:sz w:val="22"/>
          <w:lang w:val="nb-NO"/>
        </w:rPr>
        <w:t>26</w:t>
      </w:r>
    </w:p>
    <w:p w14:paraId="34166766" w14:textId="77777777" w:rsidR="00021266" w:rsidRDefault="00E04100">
      <w:r>
        <w:br w:type="page"/>
      </w:r>
    </w:p>
    <w:p w14:paraId="5A89729E" w14:textId="77777777" w:rsidR="00021266" w:rsidRDefault="00E04100">
      <w:pPr>
        <w:spacing w:before="160" w:after="100"/>
      </w:pPr>
      <w:r>
        <w:rPr>
          <w:b/>
          <w:sz w:val="24"/>
        </w:rPr>
        <w:lastRenderedPageBreak/>
        <w:t>A. IDENTITAS USULAN</w:t>
      </w:r>
    </w:p>
    <w:tbl>
      <w:tblPr>
        <w:tblStyle w:val="TableGrid"/>
        <w:tblW w:w="0" w:type="auto"/>
        <w:jc w:val="center"/>
        <w:tblLook w:val="04A0" w:firstRow="1" w:lastRow="0" w:firstColumn="1" w:lastColumn="0" w:noHBand="0" w:noVBand="1"/>
      </w:tblPr>
      <w:tblGrid>
        <w:gridCol w:w="3120"/>
        <w:gridCol w:w="6182"/>
      </w:tblGrid>
      <w:tr w:rsidR="00021266" w14:paraId="10F4DF45" w14:textId="77777777" w:rsidTr="00FD20A3">
        <w:trPr>
          <w:jc w:val="center"/>
        </w:trPr>
        <w:tc>
          <w:tcPr>
            <w:tcW w:w="3120" w:type="dxa"/>
            <w:shd w:val="clear" w:color="auto" w:fill="EAF2F8"/>
            <w:tcMar>
              <w:top w:w="90" w:type="dxa"/>
              <w:left w:w="90" w:type="dxa"/>
              <w:bottom w:w="90" w:type="dxa"/>
              <w:right w:w="90" w:type="dxa"/>
            </w:tcMar>
            <w:vAlign w:val="center"/>
          </w:tcPr>
          <w:p w14:paraId="65FF0AF0" w14:textId="77777777" w:rsidR="00021266" w:rsidRDefault="00E04100">
            <w:pPr>
              <w:spacing w:after="0"/>
            </w:pPr>
            <w:proofErr w:type="spellStart"/>
            <w:r>
              <w:rPr>
                <w:b/>
                <w:sz w:val="18"/>
              </w:rPr>
              <w:t>Judul</w:t>
            </w:r>
            <w:proofErr w:type="spellEnd"/>
            <w:r>
              <w:rPr>
                <w:b/>
                <w:sz w:val="18"/>
              </w:rPr>
              <w:t xml:space="preserve"> </w:t>
            </w:r>
            <w:proofErr w:type="spellStart"/>
            <w:r>
              <w:rPr>
                <w:b/>
                <w:sz w:val="18"/>
              </w:rPr>
              <w:t>Penelitian</w:t>
            </w:r>
            <w:proofErr w:type="spellEnd"/>
          </w:p>
        </w:tc>
        <w:tc>
          <w:tcPr>
            <w:tcW w:w="6182" w:type="dxa"/>
            <w:tcMar>
              <w:top w:w="90" w:type="dxa"/>
              <w:left w:w="90" w:type="dxa"/>
              <w:bottom w:w="90" w:type="dxa"/>
              <w:right w:w="90" w:type="dxa"/>
            </w:tcMar>
            <w:vAlign w:val="center"/>
          </w:tcPr>
          <w:p w14:paraId="0453767A" w14:textId="4D4D3DF8" w:rsidR="00021266" w:rsidRPr="00BB09AB" w:rsidRDefault="00BB09AB" w:rsidP="00BB09AB">
            <w:pPr>
              <w:spacing w:after="0"/>
              <w:jc w:val="both"/>
            </w:pPr>
            <w:r w:rsidRPr="00BB09AB">
              <w:t xml:space="preserve">Kajian Keamanan Pangan Ikan </w:t>
            </w:r>
            <w:proofErr w:type="spellStart"/>
            <w:r w:rsidRPr="00BB09AB">
              <w:t>Cakalang</w:t>
            </w:r>
            <w:proofErr w:type="spellEnd"/>
            <w:r w:rsidRPr="00BB09AB">
              <w:t xml:space="preserve"> (</w:t>
            </w:r>
            <w:r w:rsidRPr="00BB09AB">
              <w:rPr>
                <w:i/>
                <w:iCs/>
              </w:rPr>
              <w:t>Katsuwonus pelamis</w:t>
            </w:r>
            <w:r w:rsidRPr="00BB09AB">
              <w:t xml:space="preserve">) Segar dan Asap </w:t>
            </w:r>
            <w:proofErr w:type="spellStart"/>
            <w:r w:rsidRPr="00BB09AB">
              <w:t>melalui</w:t>
            </w:r>
            <w:proofErr w:type="spellEnd"/>
            <w:r w:rsidRPr="00BB09AB">
              <w:t xml:space="preserve"> </w:t>
            </w:r>
            <w:proofErr w:type="spellStart"/>
            <w:r w:rsidRPr="00BB09AB">
              <w:t>Analisis</w:t>
            </w:r>
            <w:proofErr w:type="spellEnd"/>
            <w:r w:rsidRPr="00BB09AB">
              <w:t xml:space="preserve"> Formalin dan </w:t>
            </w:r>
            <w:proofErr w:type="spellStart"/>
            <w:r w:rsidRPr="00BB09AB">
              <w:t>Karakteristik</w:t>
            </w:r>
            <w:proofErr w:type="spellEnd"/>
            <w:r w:rsidRPr="00BB09AB">
              <w:t xml:space="preserve"> Mutu </w:t>
            </w:r>
            <w:proofErr w:type="spellStart"/>
            <w:r w:rsidRPr="00BB09AB">
              <w:t>sebagai</w:t>
            </w:r>
            <w:proofErr w:type="spellEnd"/>
            <w:r w:rsidRPr="00BB09AB">
              <w:t xml:space="preserve"> Dasar </w:t>
            </w:r>
            <w:proofErr w:type="spellStart"/>
            <w:r w:rsidRPr="00BB09AB">
              <w:t>Pengendalian</w:t>
            </w:r>
            <w:proofErr w:type="spellEnd"/>
            <w:r w:rsidRPr="00BB09AB">
              <w:t xml:space="preserve"> </w:t>
            </w:r>
            <w:proofErr w:type="spellStart"/>
            <w:r w:rsidRPr="00BB09AB">
              <w:t>Produk</w:t>
            </w:r>
            <w:proofErr w:type="spellEnd"/>
            <w:r w:rsidRPr="00BB09AB">
              <w:t xml:space="preserve"> </w:t>
            </w:r>
            <w:proofErr w:type="spellStart"/>
            <w:r w:rsidRPr="00BB09AB">
              <w:t>Perikanan</w:t>
            </w:r>
            <w:proofErr w:type="spellEnd"/>
            <w:r w:rsidRPr="00BB09AB">
              <w:t xml:space="preserve"> di Gorontalo</w:t>
            </w:r>
          </w:p>
        </w:tc>
      </w:tr>
      <w:tr w:rsidR="00021266" w:rsidRPr="003F1B29" w14:paraId="7903BB62" w14:textId="77777777" w:rsidTr="00FD20A3">
        <w:trPr>
          <w:jc w:val="center"/>
        </w:trPr>
        <w:tc>
          <w:tcPr>
            <w:tcW w:w="3120" w:type="dxa"/>
            <w:shd w:val="clear" w:color="auto" w:fill="EAF2F8"/>
            <w:tcMar>
              <w:top w:w="90" w:type="dxa"/>
              <w:left w:w="90" w:type="dxa"/>
              <w:bottom w:w="90" w:type="dxa"/>
              <w:right w:w="90" w:type="dxa"/>
            </w:tcMar>
            <w:vAlign w:val="center"/>
          </w:tcPr>
          <w:p w14:paraId="1D260F58" w14:textId="77777777" w:rsidR="00021266" w:rsidRDefault="00E04100">
            <w:pPr>
              <w:spacing w:after="0"/>
            </w:pPr>
            <w:proofErr w:type="spellStart"/>
            <w:r>
              <w:rPr>
                <w:b/>
                <w:sz w:val="18"/>
              </w:rPr>
              <w:t>Ketua</w:t>
            </w:r>
            <w:proofErr w:type="spellEnd"/>
            <w:r>
              <w:rPr>
                <w:b/>
                <w:sz w:val="18"/>
              </w:rPr>
              <w:t xml:space="preserve"> Tim</w:t>
            </w:r>
          </w:p>
        </w:tc>
        <w:tc>
          <w:tcPr>
            <w:tcW w:w="6182" w:type="dxa"/>
            <w:tcMar>
              <w:top w:w="90" w:type="dxa"/>
              <w:left w:w="90" w:type="dxa"/>
              <w:bottom w:w="90" w:type="dxa"/>
              <w:right w:w="90" w:type="dxa"/>
            </w:tcMar>
            <w:vAlign w:val="center"/>
          </w:tcPr>
          <w:p w14:paraId="58275C10" w14:textId="5AA4CA10" w:rsidR="00021266" w:rsidRPr="003F1B29" w:rsidRDefault="00E04100">
            <w:pPr>
              <w:spacing w:after="0"/>
              <w:rPr>
                <w:lang w:val="nb-NO"/>
              </w:rPr>
            </w:pPr>
            <w:r w:rsidRPr="003F1B29">
              <w:rPr>
                <w:sz w:val="18"/>
                <w:lang w:val="nb-NO"/>
              </w:rPr>
              <w:t xml:space="preserve">Nama: </w:t>
            </w:r>
            <w:r w:rsidR="00571D43">
              <w:rPr>
                <w:sz w:val="18"/>
                <w:lang w:val="nb-NO"/>
              </w:rPr>
              <w:t xml:space="preserve">Dr. </w:t>
            </w:r>
            <w:r w:rsidR="00A70548">
              <w:rPr>
                <w:sz w:val="18"/>
                <w:lang w:val="nb-NO"/>
              </w:rPr>
              <w:t>IDA ASTUTI</w:t>
            </w:r>
            <w:r w:rsidR="00571D43">
              <w:rPr>
                <w:sz w:val="18"/>
                <w:lang w:val="nb-NO"/>
              </w:rPr>
              <w:t>, S.Pi., M.Si</w:t>
            </w:r>
            <w:r w:rsidRPr="003F1B29">
              <w:rPr>
                <w:sz w:val="18"/>
                <w:lang w:val="nb-NO"/>
              </w:rPr>
              <w:br/>
              <w:t>NIDN/NIDK</w:t>
            </w:r>
            <w:r w:rsidR="009F7E46">
              <w:rPr>
                <w:sz w:val="18"/>
                <w:lang w:val="nb-NO"/>
              </w:rPr>
              <w:t>/NUPTK</w:t>
            </w:r>
            <w:r w:rsidRPr="003F1B29">
              <w:rPr>
                <w:sz w:val="18"/>
                <w:lang w:val="nb-NO"/>
              </w:rPr>
              <w:t xml:space="preserve">: </w:t>
            </w:r>
            <w:r w:rsidR="00192D59">
              <w:rPr>
                <w:sz w:val="18"/>
                <w:lang w:val="nb-NO"/>
              </w:rPr>
              <w:t>0903028402</w:t>
            </w:r>
            <w:r w:rsidRPr="003F1B29">
              <w:rPr>
                <w:sz w:val="18"/>
                <w:lang w:val="nb-NO"/>
              </w:rPr>
              <w:br/>
              <w:t xml:space="preserve">Program Studi/Fakultas: </w:t>
            </w:r>
            <w:r w:rsidR="00192D59">
              <w:rPr>
                <w:sz w:val="18"/>
                <w:lang w:val="nb-NO"/>
              </w:rPr>
              <w:t>Magister Sains Pertanian</w:t>
            </w:r>
            <w:r w:rsidR="00FD20A3">
              <w:rPr>
                <w:sz w:val="18"/>
                <w:lang w:val="nb-NO"/>
              </w:rPr>
              <w:t>/Pascasarjana</w:t>
            </w:r>
          </w:p>
        </w:tc>
      </w:tr>
      <w:tr w:rsidR="00021266" w14:paraId="1498D872" w14:textId="77777777" w:rsidTr="00FD20A3">
        <w:trPr>
          <w:jc w:val="center"/>
        </w:trPr>
        <w:tc>
          <w:tcPr>
            <w:tcW w:w="3120" w:type="dxa"/>
            <w:shd w:val="clear" w:color="auto" w:fill="EAF2F8"/>
            <w:tcMar>
              <w:top w:w="90" w:type="dxa"/>
              <w:left w:w="90" w:type="dxa"/>
              <w:bottom w:w="90" w:type="dxa"/>
              <w:right w:w="90" w:type="dxa"/>
            </w:tcMar>
            <w:vAlign w:val="center"/>
          </w:tcPr>
          <w:p w14:paraId="1F389C2F" w14:textId="77777777" w:rsidR="00021266" w:rsidRDefault="00E04100">
            <w:pPr>
              <w:spacing w:after="0"/>
            </w:pPr>
            <w:proofErr w:type="spellStart"/>
            <w:r>
              <w:rPr>
                <w:b/>
                <w:sz w:val="18"/>
              </w:rPr>
              <w:t>Anggota</w:t>
            </w:r>
            <w:proofErr w:type="spellEnd"/>
            <w:r>
              <w:rPr>
                <w:b/>
                <w:sz w:val="18"/>
              </w:rPr>
              <w:t xml:space="preserve"> Tim</w:t>
            </w:r>
          </w:p>
        </w:tc>
        <w:tc>
          <w:tcPr>
            <w:tcW w:w="6182" w:type="dxa"/>
            <w:tcMar>
              <w:top w:w="90" w:type="dxa"/>
              <w:left w:w="90" w:type="dxa"/>
              <w:bottom w:w="90" w:type="dxa"/>
              <w:right w:w="90" w:type="dxa"/>
            </w:tcMar>
            <w:vAlign w:val="center"/>
          </w:tcPr>
          <w:p w14:paraId="59CC7B08" w14:textId="4E8B8C60" w:rsidR="00021266" w:rsidRDefault="00E04100">
            <w:pPr>
              <w:spacing w:after="0"/>
            </w:pPr>
            <w:r>
              <w:rPr>
                <w:sz w:val="18"/>
              </w:rPr>
              <w:t xml:space="preserve">1. </w:t>
            </w:r>
            <w:r w:rsidR="00FD20A3">
              <w:rPr>
                <w:sz w:val="18"/>
              </w:rPr>
              <w:t xml:space="preserve">Dr. Sri </w:t>
            </w:r>
            <w:proofErr w:type="spellStart"/>
            <w:r w:rsidR="00FD20A3">
              <w:rPr>
                <w:sz w:val="18"/>
              </w:rPr>
              <w:t>Yuningsih</w:t>
            </w:r>
            <w:proofErr w:type="spellEnd"/>
            <w:r w:rsidR="00FD20A3">
              <w:rPr>
                <w:sz w:val="18"/>
              </w:rPr>
              <w:t xml:space="preserve"> Noor, </w:t>
            </w:r>
            <w:proofErr w:type="spellStart"/>
            <w:r w:rsidR="00FD20A3">
              <w:rPr>
                <w:sz w:val="18"/>
              </w:rPr>
              <w:t>S.Pi</w:t>
            </w:r>
            <w:proofErr w:type="spellEnd"/>
            <w:r w:rsidR="00FD20A3">
              <w:rPr>
                <w:sz w:val="18"/>
              </w:rPr>
              <w:t xml:space="preserve">., </w:t>
            </w:r>
            <w:proofErr w:type="spellStart"/>
            <w:proofErr w:type="gramStart"/>
            <w:r w:rsidR="00FD20A3">
              <w:rPr>
                <w:sz w:val="18"/>
              </w:rPr>
              <w:t>M.Si</w:t>
            </w:r>
            <w:proofErr w:type="spellEnd"/>
            <w:proofErr w:type="gramEnd"/>
          </w:p>
        </w:tc>
      </w:tr>
      <w:tr w:rsidR="00021266" w14:paraId="316F1BFE" w14:textId="77777777" w:rsidTr="00FD20A3">
        <w:trPr>
          <w:jc w:val="center"/>
        </w:trPr>
        <w:tc>
          <w:tcPr>
            <w:tcW w:w="3120" w:type="dxa"/>
            <w:shd w:val="clear" w:color="auto" w:fill="EAF2F8"/>
            <w:tcMar>
              <w:top w:w="90" w:type="dxa"/>
              <w:left w:w="90" w:type="dxa"/>
              <w:bottom w:w="90" w:type="dxa"/>
              <w:right w:w="90" w:type="dxa"/>
            </w:tcMar>
            <w:vAlign w:val="center"/>
          </w:tcPr>
          <w:p w14:paraId="46B44E87" w14:textId="5BD9AA0D" w:rsidR="00021266" w:rsidRDefault="00E04100">
            <w:pPr>
              <w:spacing w:after="0"/>
            </w:pPr>
            <w:proofErr w:type="spellStart"/>
            <w:r>
              <w:rPr>
                <w:b/>
                <w:sz w:val="18"/>
              </w:rPr>
              <w:t>Mahasiswa</w:t>
            </w:r>
            <w:proofErr w:type="spellEnd"/>
            <w:r>
              <w:rPr>
                <w:b/>
                <w:sz w:val="18"/>
              </w:rPr>
              <w:t xml:space="preserve"> yang </w:t>
            </w:r>
            <w:proofErr w:type="spellStart"/>
            <w:r w:rsidR="009F7E46">
              <w:rPr>
                <w:b/>
                <w:sz w:val="18"/>
              </w:rPr>
              <w:t>terlibat</w:t>
            </w:r>
            <w:proofErr w:type="spellEnd"/>
            <w:r>
              <w:rPr>
                <w:b/>
                <w:sz w:val="18"/>
              </w:rPr>
              <w:t xml:space="preserve"> (</w:t>
            </w:r>
            <w:proofErr w:type="spellStart"/>
            <w:r>
              <w:rPr>
                <w:b/>
                <w:sz w:val="18"/>
              </w:rPr>
              <w:t>jika</w:t>
            </w:r>
            <w:proofErr w:type="spellEnd"/>
            <w:r>
              <w:rPr>
                <w:b/>
                <w:sz w:val="18"/>
              </w:rPr>
              <w:t xml:space="preserve"> </w:t>
            </w:r>
            <w:proofErr w:type="spellStart"/>
            <w:r>
              <w:rPr>
                <w:b/>
                <w:sz w:val="18"/>
              </w:rPr>
              <w:t>ada</w:t>
            </w:r>
            <w:proofErr w:type="spellEnd"/>
            <w:r>
              <w:rPr>
                <w:b/>
                <w:sz w:val="18"/>
              </w:rPr>
              <w:t>)</w:t>
            </w:r>
          </w:p>
        </w:tc>
        <w:tc>
          <w:tcPr>
            <w:tcW w:w="6182" w:type="dxa"/>
            <w:tcMar>
              <w:top w:w="90" w:type="dxa"/>
              <w:left w:w="90" w:type="dxa"/>
              <w:bottom w:w="90" w:type="dxa"/>
              <w:right w:w="90" w:type="dxa"/>
            </w:tcMar>
            <w:vAlign w:val="center"/>
          </w:tcPr>
          <w:p w14:paraId="0E3564F7" w14:textId="0B159325" w:rsidR="00021266" w:rsidRDefault="00E04100">
            <w:pPr>
              <w:spacing w:after="0"/>
            </w:pPr>
            <w:r>
              <w:rPr>
                <w:sz w:val="18"/>
              </w:rPr>
              <w:t xml:space="preserve">1. </w:t>
            </w:r>
            <w:r w:rsidR="0016792A">
              <w:rPr>
                <w:sz w:val="18"/>
              </w:rPr>
              <w:t>Verawati Yasin</w:t>
            </w:r>
            <w:r>
              <w:rPr>
                <w:sz w:val="18"/>
              </w:rPr>
              <w:br/>
            </w:r>
          </w:p>
        </w:tc>
      </w:tr>
      <w:tr w:rsidR="00021266" w14:paraId="298F090F" w14:textId="77777777" w:rsidTr="00FD20A3">
        <w:trPr>
          <w:jc w:val="center"/>
        </w:trPr>
        <w:tc>
          <w:tcPr>
            <w:tcW w:w="3120" w:type="dxa"/>
            <w:shd w:val="clear" w:color="auto" w:fill="EAF2F8"/>
            <w:tcMar>
              <w:top w:w="90" w:type="dxa"/>
              <w:left w:w="90" w:type="dxa"/>
              <w:bottom w:w="90" w:type="dxa"/>
              <w:right w:w="90" w:type="dxa"/>
            </w:tcMar>
            <w:vAlign w:val="center"/>
          </w:tcPr>
          <w:p w14:paraId="0E91A4F6" w14:textId="77777777" w:rsidR="00021266" w:rsidRDefault="00E04100">
            <w:pPr>
              <w:spacing w:after="0"/>
            </w:pPr>
            <w:proofErr w:type="spellStart"/>
            <w:r>
              <w:rPr>
                <w:b/>
                <w:sz w:val="18"/>
              </w:rPr>
              <w:t>Kelompok</w:t>
            </w:r>
            <w:proofErr w:type="spellEnd"/>
            <w:r>
              <w:rPr>
                <w:b/>
                <w:sz w:val="18"/>
              </w:rPr>
              <w:t xml:space="preserve"> Riset (</w:t>
            </w:r>
            <w:proofErr w:type="spellStart"/>
            <w:r>
              <w:rPr>
                <w:b/>
                <w:sz w:val="18"/>
              </w:rPr>
              <w:t>jika</w:t>
            </w:r>
            <w:proofErr w:type="spellEnd"/>
            <w:r>
              <w:rPr>
                <w:b/>
                <w:sz w:val="18"/>
              </w:rPr>
              <w:t xml:space="preserve"> </w:t>
            </w:r>
            <w:proofErr w:type="spellStart"/>
            <w:r>
              <w:rPr>
                <w:b/>
                <w:sz w:val="18"/>
              </w:rPr>
              <w:t>sudah</w:t>
            </w:r>
            <w:proofErr w:type="spellEnd"/>
            <w:r>
              <w:rPr>
                <w:b/>
                <w:sz w:val="18"/>
              </w:rPr>
              <w:t xml:space="preserve"> </w:t>
            </w:r>
            <w:proofErr w:type="spellStart"/>
            <w:r>
              <w:rPr>
                <w:b/>
                <w:sz w:val="18"/>
              </w:rPr>
              <w:t>terbentuk</w:t>
            </w:r>
            <w:proofErr w:type="spellEnd"/>
            <w:r>
              <w:rPr>
                <w:b/>
                <w:sz w:val="18"/>
              </w:rPr>
              <w:t>)</w:t>
            </w:r>
          </w:p>
        </w:tc>
        <w:tc>
          <w:tcPr>
            <w:tcW w:w="6182" w:type="dxa"/>
            <w:tcMar>
              <w:top w:w="90" w:type="dxa"/>
              <w:left w:w="90" w:type="dxa"/>
              <w:bottom w:w="90" w:type="dxa"/>
              <w:right w:w="90" w:type="dxa"/>
            </w:tcMar>
            <w:vAlign w:val="center"/>
          </w:tcPr>
          <w:p w14:paraId="04722200" w14:textId="77777777" w:rsidR="00021266" w:rsidRDefault="00E04100">
            <w:pPr>
              <w:spacing w:after="0"/>
            </w:pPr>
            <w:r>
              <w:rPr>
                <w:sz w:val="18"/>
              </w:rPr>
              <w:t>........................................................................................................................</w:t>
            </w:r>
          </w:p>
        </w:tc>
      </w:tr>
      <w:tr w:rsidR="00021266" w14:paraId="7977532B" w14:textId="77777777" w:rsidTr="00FD20A3">
        <w:trPr>
          <w:jc w:val="center"/>
        </w:trPr>
        <w:tc>
          <w:tcPr>
            <w:tcW w:w="3120" w:type="dxa"/>
            <w:shd w:val="clear" w:color="auto" w:fill="EAF2F8"/>
            <w:tcMar>
              <w:top w:w="90" w:type="dxa"/>
              <w:left w:w="90" w:type="dxa"/>
              <w:bottom w:w="90" w:type="dxa"/>
              <w:right w:w="90" w:type="dxa"/>
            </w:tcMar>
            <w:vAlign w:val="center"/>
          </w:tcPr>
          <w:p w14:paraId="6F5B3A9F" w14:textId="77777777" w:rsidR="00021266" w:rsidRDefault="00E04100">
            <w:pPr>
              <w:spacing w:after="0"/>
            </w:pPr>
            <w:r>
              <w:rPr>
                <w:b/>
                <w:sz w:val="18"/>
              </w:rPr>
              <w:t xml:space="preserve">Lama </w:t>
            </w:r>
            <w:proofErr w:type="spellStart"/>
            <w:r>
              <w:rPr>
                <w:b/>
                <w:sz w:val="18"/>
              </w:rPr>
              <w:t>Pelaksanaan</w:t>
            </w:r>
            <w:proofErr w:type="spellEnd"/>
          </w:p>
        </w:tc>
        <w:tc>
          <w:tcPr>
            <w:tcW w:w="6182" w:type="dxa"/>
            <w:tcMar>
              <w:top w:w="90" w:type="dxa"/>
              <w:left w:w="90" w:type="dxa"/>
              <w:bottom w:w="90" w:type="dxa"/>
              <w:right w:w="90" w:type="dxa"/>
            </w:tcMar>
            <w:vAlign w:val="center"/>
          </w:tcPr>
          <w:p w14:paraId="19E4CC1E" w14:textId="130EEDC3" w:rsidR="00021266" w:rsidRDefault="00E30713">
            <w:pPr>
              <w:spacing w:after="0"/>
            </w:pPr>
            <w:proofErr w:type="gramStart"/>
            <w:r>
              <w:rPr>
                <w:sz w:val="18"/>
              </w:rPr>
              <w:t xml:space="preserve">6 </w:t>
            </w:r>
            <w:r w:rsidR="00E04100">
              <w:rPr>
                <w:sz w:val="18"/>
              </w:rPr>
              <w:t xml:space="preserve"> </w:t>
            </w:r>
            <w:proofErr w:type="spellStart"/>
            <w:r w:rsidR="00E04100">
              <w:rPr>
                <w:sz w:val="18"/>
              </w:rPr>
              <w:t>bulan</w:t>
            </w:r>
            <w:proofErr w:type="spellEnd"/>
            <w:proofErr w:type="gramEnd"/>
          </w:p>
        </w:tc>
      </w:tr>
      <w:tr w:rsidR="00021266" w14:paraId="56F69044" w14:textId="77777777" w:rsidTr="00FD20A3">
        <w:trPr>
          <w:jc w:val="center"/>
        </w:trPr>
        <w:tc>
          <w:tcPr>
            <w:tcW w:w="3120" w:type="dxa"/>
            <w:shd w:val="clear" w:color="auto" w:fill="EAF2F8"/>
            <w:tcMar>
              <w:top w:w="90" w:type="dxa"/>
              <w:left w:w="90" w:type="dxa"/>
              <w:bottom w:w="90" w:type="dxa"/>
              <w:right w:w="90" w:type="dxa"/>
            </w:tcMar>
            <w:vAlign w:val="center"/>
          </w:tcPr>
          <w:p w14:paraId="71BE8244" w14:textId="77777777" w:rsidR="00021266" w:rsidRDefault="00E04100">
            <w:pPr>
              <w:spacing w:after="0"/>
            </w:pPr>
            <w:r>
              <w:rPr>
                <w:b/>
                <w:sz w:val="18"/>
              </w:rPr>
              <w:t xml:space="preserve">Dana yang </w:t>
            </w:r>
            <w:proofErr w:type="spellStart"/>
            <w:r>
              <w:rPr>
                <w:b/>
                <w:sz w:val="18"/>
              </w:rPr>
              <w:t>Diusulkan</w:t>
            </w:r>
            <w:proofErr w:type="spellEnd"/>
          </w:p>
        </w:tc>
        <w:tc>
          <w:tcPr>
            <w:tcW w:w="6182" w:type="dxa"/>
            <w:tcMar>
              <w:top w:w="90" w:type="dxa"/>
              <w:left w:w="90" w:type="dxa"/>
              <w:bottom w:w="90" w:type="dxa"/>
              <w:right w:w="90" w:type="dxa"/>
            </w:tcMar>
            <w:vAlign w:val="center"/>
          </w:tcPr>
          <w:p w14:paraId="34986F67" w14:textId="5CA2023C" w:rsidR="00021266" w:rsidRDefault="00E04100">
            <w:pPr>
              <w:spacing w:after="0"/>
            </w:pPr>
            <w:r>
              <w:rPr>
                <w:sz w:val="18"/>
              </w:rPr>
              <w:t xml:space="preserve">Rp </w:t>
            </w:r>
            <w:r w:rsidR="00E30713">
              <w:rPr>
                <w:sz w:val="18"/>
              </w:rPr>
              <w:t>5.000.000.,</w:t>
            </w:r>
          </w:p>
        </w:tc>
      </w:tr>
    </w:tbl>
    <w:p w14:paraId="4C097657" w14:textId="77777777" w:rsidR="00021266" w:rsidRPr="003F1B29" w:rsidRDefault="00E04100">
      <w:pPr>
        <w:spacing w:before="160" w:after="100"/>
        <w:rPr>
          <w:lang w:val="nb-NO"/>
        </w:rPr>
      </w:pPr>
      <w:r w:rsidRPr="003F1B29">
        <w:rPr>
          <w:b/>
          <w:sz w:val="24"/>
          <w:lang w:val="nb-NO"/>
        </w:rPr>
        <w:t>B. KESESUAIAN DENGAN RENSTRA PENELITIAN DAN PkM</w:t>
      </w:r>
    </w:p>
    <w:p w14:paraId="220DC831" w14:textId="3B90BDFE" w:rsidR="00021266" w:rsidRDefault="00E04100">
      <w:r>
        <w:rPr>
          <w:i/>
          <w:sz w:val="19"/>
        </w:rPr>
        <w:t xml:space="preserve">Bagian </w:t>
      </w:r>
      <w:proofErr w:type="spellStart"/>
      <w:r>
        <w:rPr>
          <w:i/>
          <w:sz w:val="19"/>
        </w:rPr>
        <w:t>ini</w:t>
      </w:r>
      <w:proofErr w:type="spellEnd"/>
      <w:r>
        <w:rPr>
          <w:i/>
          <w:sz w:val="19"/>
        </w:rPr>
        <w:t xml:space="preserve"> </w:t>
      </w:r>
      <w:proofErr w:type="spellStart"/>
      <w:r>
        <w:rPr>
          <w:i/>
          <w:sz w:val="19"/>
        </w:rPr>
        <w:t>dibuat</w:t>
      </w:r>
      <w:proofErr w:type="spellEnd"/>
      <w:r>
        <w:rPr>
          <w:i/>
          <w:sz w:val="19"/>
        </w:rPr>
        <w:t xml:space="preserve"> </w:t>
      </w:r>
      <w:proofErr w:type="spellStart"/>
      <w:r>
        <w:rPr>
          <w:i/>
          <w:sz w:val="19"/>
        </w:rPr>
        <w:t>singkat</w:t>
      </w:r>
      <w:proofErr w:type="spellEnd"/>
      <w:r>
        <w:rPr>
          <w:i/>
          <w:sz w:val="19"/>
        </w:rPr>
        <w:t xml:space="preserve"> agar </w:t>
      </w:r>
      <w:proofErr w:type="spellStart"/>
      <w:r>
        <w:rPr>
          <w:i/>
          <w:sz w:val="19"/>
        </w:rPr>
        <w:t>setiap</w:t>
      </w:r>
      <w:proofErr w:type="spellEnd"/>
      <w:r>
        <w:rPr>
          <w:i/>
          <w:sz w:val="19"/>
        </w:rPr>
        <w:t xml:space="preserve"> proposal </w:t>
      </w:r>
      <w:proofErr w:type="spellStart"/>
      <w:r>
        <w:rPr>
          <w:i/>
          <w:sz w:val="19"/>
        </w:rPr>
        <w:t>dapat</w:t>
      </w:r>
      <w:proofErr w:type="spellEnd"/>
      <w:r>
        <w:rPr>
          <w:i/>
          <w:sz w:val="19"/>
        </w:rPr>
        <w:t xml:space="preserve"> </w:t>
      </w:r>
      <w:proofErr w:type="spellStart"/>
      <w:r>
        <w:rPr>
          <w:i/>
          <w:sz w:val="19"/>
        </w:rPr>
        <w:t>langsung</w:t>
      </w:r>
      <w:proofErr w:type="spellEnd"/>
      <w:r>
        <w:rPr>
          <w:i/>
          <w:sz w:val="19"/>
        </w:rPr>
        <w:t xml:space="preserve"> </w:t>
      </w:r>
      <w:proofErr w:type="spellStart"/>
      <w:r>
        <w:rPr>
          <w:i/>
          <w:sz w:val="19"/>
        </w:rPr>
        <w:t>dipetakan</w:t>
      </w:r>
      <w:proofErr w:type="spellEnd"/>
      <w:r>
        <w:rPr>
          <w:i/>
          <w:sz w:val="19"/>
        </w:rPr>
        <w:t xml:space="preserve"> </w:t>
      </w:r>
      <w:r w:rsidR="009F7E46">
        <w:rPr>
          <w:i/>
          <w:sz w:val="19"/>
        </w:rPr>
        <w:t>pada</w:t>
      </w:r>
      <w:r>
        <w:rPr>
          <w:i/>
          <w:sz w:val="19"/>
        </w:rPr>
        <w:t xml:space="preserve"> </w:t>
      </w:r>
      <w:proofErr w:type="spellStart"/>
      <w:r>
        <w:rPr>
          <w:i/>
          <w:sz w:val="19"/>
        </w:rPr>
        <w:t>arah</w:t>
      </w:r>
      <w:proofErr w:type="spellEnd"/>
      <w:r>
        <w:rPr>
          <w:i/>
          <w:sz w:val="19"/>
        </w:rPr>
        <w:t xml:space="preserve"> </w:t>
      </w:r>
      <w:proofErr w:type="spellStart"/>
      <w:r>
        <w:rPr>
          <w:i/>
          <w:sz w:val="19"/>
        </w:rPr>
        <w:t>penelitian</w:t>
      </w:r>
      <w:proofErr w:type="spellEnd"/>
      <w:r>
        <w:rPr>
          <w:i/>
          <w:sz w:val="19"/>
        </w:rPr>
        <w:t xml:space="preserve"> Universitas Gorontalo.</w:t>
      </w:r>
    </w:p>
    <w:tbl>
      <w:tblPr>
        <w:tblStyle w:val="TableGrid"/>
        <w:tblW w:w="0" w:type="auto"/>
        <w:jc w:val="center"/>
        <w:tblLook w:val="04A0" w:firstRow="1" w:lastRow="0" w:firstColumn="1" w:lastColumn="0" w:noHBand="0" w:noVBand="1"/>
      </w:tblPr>
      <w:tblGrid>
        <w:gridCol w:w="4561"/>
        <w:gridCol w:w="4561"/>
      </w:tblGrid>
      <w:tr w:rsidR="00021266" w14:paraId="315D4514" w14:textId="77777777">
        <w:trPr>
          <w:jc w:val="center"/>
        </w:trPr>
        <w:tc>
          <w:tcPr>
            <w:tcW w:w="4561" w:type="dxa"/>
            <w:shd w:val="clear" w:color="auto" w:fill="EAF2F8"/>
            <w:tcMar>
              <w:top w:w="90" w:type="dxa"/>
              <w:left w:w="90" w:type="dxa"/>
              <w:bottom w:w="90" w:type="dxa"/>
              <w:right w:w="90" w:type="dxa"/>
            </w:tcMar>
            <w:vAlign w:val="center"/>
          </w:tcPr>
          <w:p w14:paraId="05C5B873" w14:textId="77777777" w:rsidR="00021266" w:rsidRDefault="00E04100">
            <w:pPr>
              <w:spacing w:after="0"/>
            </w:pPr>
            <w:proofErr w:type="spellStart"/>
            <w:r>
              <w:rPr>
                <w:b/>
                <w:sz w:val="18"/>
              </w:rPr>
              <w:t>Bidang</w:t>
            </w:r>
            <w:proofErr w:type="spellEnd"/>
            <w:r>
              <w:rPr>
                <w:b/>
                <w:sz w:val="18"/>
              </w:rPr>
              <w:t>/</w:t>
            </w:r>
            <w:proofErr w:type="spellStart"/>
            <w:r>
              <w:rPr>
                <w:b/>
                <w:sz w:val="18"/>
              </w:rPr>
              <w:t>Rumpun</w:t>
            </w:r>
            <w:proofErr w:type="spellEnd"/>
            <w:r>
              <w:rPr>
                <w:b/>
                <w:sz w:val="18"/>
              </w:rPr>
              <w:t xml:space="preserve"> </w:t>
            </w:r>
            <w:proofErr w:type="spellStart"/>
            <w:r>
              <w:rPr>
                <w:b/>
                <w:sz w:val="18"/>
              </w:rPr>
              <w:t>Unggulan</w:t>
            </w:r>
            <w:proofErr w:type="spellEnd"/>
          </w:p>
        </w:tc>
        <w:tc>
          <w:tcPr>
            <w:tcW w:w="4561" w:type="dxa"/>
            <w:tcMar>
              <w:top w:w="90" w:type="dxa"/>
              <w:left w:w="90" w:type="dxa"/>
              <w:bottom w:w="90" w:type="dxa"/>
              <w:right w:w="90" w:type="dxa"/>
            </w:tcMar>
            <w:vAlign w:val="center"/>
          </w:tcPr>
          <w:p w14:paraId="50CC5B40" w14:textId="6FF97BDE" w:rsidR="009F7E46" w:rsidRDefault="00000000" w:rsidP="009F7E46">
            <w:pPr>
              <w:spacing w:after="0"/>
              <w:rPr>
                <w:sz w:val="18"/>
              </w:rPr>
            </w:pPr>
            <w:sdt>
              <w:sdtPr>
                <w:rPr>
                  <w:sz w:val="18"/>
                </w:rPr>
                <w:id w:val="732125613"/>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Pertanian</w:t>
            </w:r>
            <w:proofErr w:type="spellEnd"/>
            <w:r w:rsidR="009F7E46">
              <w:rPr>
                <w:sz w:val="18"/>
              </w:rPr>
              <w:t xml:space="preserve"> &amp; Pangan  </w:t>
            </w:r>
            <w:sdt>
              <w:sdtPr>
                <w:rPr>
                  <w:sz w:val="18"/>
                </w:rPr>
                <w:id w:val="267594150"/>
                <w14:checkbox>
                  <w14:checked w14:val="1"/>
                  <w14:checkedState w14:val="0052" w14:font="Wingdings 2"/>
                  <w14:uncheckedState w14:val="2610" w14:font="MS Gothic"/>
                </w14:checkbox>
              </w:sdtPr>
              <w:sdtContent>
                <w:r w:rsidR="00CF24E6">
                  <w:rPr>
                    <w:rFonts w:ascii="Wingdings 2" w:hAnsi="Wingdings 2"/>
                    <w:sz w:val="18"/>
                  </w:rPr>
                  <w:t>R</w:t>
                </w:r>
              </w:sdtContent>
            </w:sdt>
            <w:r w:rsidR="009F7E46">
              <w:rPr>
                <w:sz w:val="18"/>
              </w:rPr>
              <w:t xml:space="preserve"> </w:t>
            </w:r>
            <w:proofErr w:type="spellStart"/>
            <w:r w:rsidR="009F7E46">
              <w:rPr>
                <w:sz w:val="18"/>
              </w:rPr>
              <w:t>Perikanan</w:t>
            </w:r>
            <w:proofErr w:type="spellEnd"/>
            <w:r w:rsidR="009F7E46">
              <w:rPr>
                <w:sz w:val="18"/>
              </w:rPr>
              <w:t xml:space="preserve"> &amp; </w:t>
            </w:r>
            <w:proofErr w:type="spellStart"/>
            <w:r w:rsidR="009F7E46">
              <w:rPr>
                <w:sz w:val="18"/>
              </w:rPr>
              <w:t>Kelautan</w:t>
            </w:r>
            <w:proofErr w:type="spellEnd"/>
            <w:r w:rsidR="009F7E46">
              <w:rPr>
                <w:sz w:val="18"/>
              </w:rPr>
              <w:t xml:space="preserve">  </w:t>
            </w:r>
            <w:sdt>
              <w:sdtPr>
                <w:rPr>
                  <w:sz w:val="18"/>
                </w:rPr>
                <w:id w:val="1841420887"/>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Lingkungan</w:t>
            </w:r>
            <w:proofErr w:type="spellEnd"/>
          </w:p>
          <w:p w14:paraId="0D41D38B" w14:textId="4AD58855" w:rsidR="00021266" w:rsidRDefault="00000000" w:rsidP="009F7E46">
            <w:pPr>
              <w:spacing w:after="0"/>
            </w:pPr>
            <w:sdt>
              <w:sdtPr>
                <w:rPr>
                  <w:sz w:val="18"/>
                </w:rPr>
                <w:id w:val="-1388096435"/>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Kesehatan  </w:t>
            </w:r>
            <w:sdt>
              <w:sdtPr>
                <w:rPr>
                  <w:sz w:val="18"/>
                </w:rPr>
                <w:id w:val="1808429931"/>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Pendidikan</w:t>
            </w:r>
            <w:r w:rsidR="009F7E46">
              <w:rPr>
                <w:sz w:val="18"/>
              </w:rPr>
              <w:br/>
            </w:r>
            <w:sdt>
              <w:sdtPr>
                <w:rPr>
                  <w:sz w:val="18"/>
                </w:rPr>
                <w:id w:val="-1454015821"/>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Ekonomi &amp; UMKM  </w:t>
            </w:r>
            <w:sdt>
              <w:sdtPr>
                <w:rPr>
                  <w:sz w:val="18"/>
                </w:rPr>
                <w:id w:val="566609784"/>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Pariwisata</w:t>
            </w:r>
            <w:proofErr w:type="spellEnd"/>
            <w:r w:rsidR="009F7E46">
              <w:rPr>
                <w:sz w:val="18"/>
              </w:rPr>
              <w:t xml:space="preserve">  </w:t>
            </w:r>
            <w:sdt>
              <w:sdtPr>
                <w:rPr>
                  <w:sz w:val="18"/>
                </w:rPr>
                <w:id w:val="-825206947"/>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Teknologi</w:t>
            </w:r>
            <w:proofErr w:type="spellEnd"/>
            <w:r w:rsidR="009F7E46">
              <w:rPr>
                <w:sz w:val="18"/>
              </w:rPr>
              <w:t xml:space="preserve"> &amp; </w:t>
            </w:r>
            <w:proofErr w:type="spellStart"/>
            <w:r w:rsidR="009F7E46">
              <w:rPr>
                <w:sz w:val="18"/>
              </w:rPr>
              <w:t>Digitalisasi</w:t>
            </w:r>
            <w:proofErr w:type="spellEnd"/>
            <w:r w:rsidR="009F7E46">
              <w:rPr>
                <w:sz w:val="18"/>
              </w:rPr>
              <w:t xml:space="preserve">  </w:t>
            </w:r>
            <w:sdt>
              <w:sdtPr>
                <w:rPr>
                  <w:sz w:val="18"/>
                </w:rPr>
                <w:id w:val="1251074164"/>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Sosial</w:t>
            </w:r>
            <w:proofErr w:type="spellEnd"/>
            <w:r w:rsidR="009F7E46">
              <w:rPr>
                <w:sz w:val="18"/>
              </w:rPr>
              <w:t xml:space="preserve"> </w:t>
            </w:r>
            <w:proofErr w:type="spellStart"/>
            <w:r w:rsidR="009F7E46">
              <w:rPr>
                <w:sz w:val="18"/>
              </w:rPr>
              <w:t>Budaya</w:t>
            </w:r>
            <w:proofErr w:type="spellEnd"/>
            <w:r w:rsidR="009F7E46">
              <w:rPr>
                <w:sz w:val="18"/>
              </w:rPr>
              <w:t xml:space="preserve">  </w:t>
            </w:r>
            <w:sdt>
              <w:sdtPr>
                <w:rPr>
                  <w:sz w:val="18"/>
                </w:rPr>
                <w:id w:val="-1438988083"/>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Pembangunan Desa  </w:t>
            </w:r>
            <w:sdt>
              <w:sdtPr>
                <w:rPr>
                  <w:sz w:val="18"/>
                </w:rPr>
                <w:id w:val="2019501119"/>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Lainnya</w:t>
            </w:r>
            <w:proofErr w:type="spellEnd"/>
            <w:r w:rsidR="009F7E46">
              <w:rPr>
                <w:sz w:val="18"/>
              </w:rPr>
              <w:t>: ........</w:t>
            </w:r>
          </w:p>
        </w:tc>
      </w:tr>
      <w:tr w:rsidR="00021266" w14:paraId="49DD1A47" w14:textId="77777777">
        <w:trPr>
          <w:jc w:val="center"/>
        </w:trPr>
        <w:tc>
          <w:tcPr>
            <w:tcW w:w="4561" w:type="dxa"/>
            <w:shd w:val="clear" w:color="auto" w:fill="EAF2F8"/>
            <w:tcMar>
              <w:top w:w="90" w:type="dxa"/>
              <w:left w:w="90" w:type="dxa"/>
              <w:bottom w:w="90" w:type="dxa"/>
              <w:right w:w="90" w:type="dxa"/>
            </w:tcMar>
            <w:vAlign w:val="center"/>
          </w:tcPr>
          <w:p w14:paraId="622FD1FA" w14:textId="77777777" w:rsidR="00021266" w:rsidRDefault="00E04100">
            <w:pPr>
              <w:spacing w:after="0"/>
            </w:pPr>
            <w:r>
              <w:rPr>
                <w:b/>
                <w:sz w:val="18"/>
              </w:rPr>
              <w:t>Tema</w:t>
            </w:r>
          </w:p>
        </w:tc>
        <w:tc>
          <w:tcPr>
            <w:tcW w:w="4561" w:type="dxa"/>
            <w:tcMar>
              <w:top w:w="90" w:type="dxa"/>
              <w:left w:w="90" w:type="dxa"/>
              <w:bottom w:w="90" w:type="dxa"/>
              <w:right w:w="90" w:type="dxa"/>
            </w:tcMar>
            <w:vAlign w:val="center"/>
          </w:tcPr>
          <w:p w14:paraId="5F97491F" w14:textId="6F226C5D" w:rsidR="00021266" w:rsidRDefault="00A65B58">
            <w:pPr>
              <w:spacing w:after="0"/>
            </w:pPr>
            <w:proofErr w:type="spellStart"/>
            <w:r w:rsidRPr="00A65B58">
              <w:rPr>
                <w:b/>
                <w:bCs/>
                <w:sz w:val="18"/>
              </w:rPr>
              <w:t>Keamanan</w:t>
            </w:r>
            <w:proofErr w:type="spellEnd"/>
            <w:r w:rsidRPr="00A65B58">
              <w:rPr>
                <w:b/>
                <w:bCs/>
                <w:sz w:val="18"/>
              </w:rPr>
              <w:t xml:space="preserve"> Pangan &amp; Mutu </w:t>
            </w:r>
            <w:proofErr w:type="spellStart"/>
            <w:r w:rsidRPr="00A65B58">
              <w:rPr>
                <w:b/>
                <w:bCs/>
                <w:sz w:val="18"/>
              </w:rPr>
              <w:t>Produk</w:t>
            </w:r>
            <w:proofErr w:type="spellEnd"/>
            <w:r w:rsidRPr="00A65B58">
              <w:rPr>
                <w:b/>
                <w:bCs/>
                <w:sz w:val="18"/>
              </w:rPr>
              <w:t xml:space="preserve"> </w:t>
            </w:r>
            <w:proofErr w:type="spellStart"/>
            <w:r w:rsidRPr="00A65B58">
              <w:rPr>
                <w:b/>
                <w:bCs/>
                <w:sz w:val="18"/>
              </w:rPr>
              <w:t>Perikanan</w:t>
            </w:r>
            <w:proofErr w:type="spellEnd"/>
            <w:r w:rsidR="00E04100">
              <w:rPr>
                <w:sz w:val="18"/>
              </w:rPr>
              <w:t>.</w:t>
            </w:r>
          </w:p>
        </w:tc>
      </w:tr>
      <w:tr w:rsidR="00021266" w14:paraId="5C5D5C20" w14:textId="77777777">
        <w:trPr>
          <w:jc w:val="center"/>
        </w:trPr>
        <w:tc>
          <w:tcPr>
            <w:tcW w:w="4561" w:type="dxa"/>
            <w:shd w:val="clear" w:color="auto" w:fill="EAF2F8"/>
            <w:tcMar>
              <w:top w:w="90" w:type="dxa"/>
              <w:left w:w="90" w:type="dxa"/>
              <w:bottom w:w="90" w:type="dxa"/>
              <w:right w:w="90" w:type="dxa"/>
            </w:tcMar>
            <w:vAlign w:val="center"/>
          </w:tcPr>
          <w:p w14:paraId="424604D6" w14:textId="77777777" w:rsidR="00021266" w:rsidRDefault="00E04100">
            <w:pPr>
              <w:spacing w:after="0"/>
            </w:pPr>
            <w:proofErr w:type="spellStart"/>
            <w:r>
              <w:rPr>
                <w:b/>
                <w:sz w:val="18"/>
              </w:rPr>
              <w:t>Subtema</w:t>
            </w:r>
            <w:proofErr w:type="spellEnd"/>
          </w:p>
        </w:tc>
        <w:tc>
          <w:tcPr>
            <w:tcW w:w="4561" w:type="dxa"/>
            <w:tcMar>
              <w:top w:w="90" w:type="dxa"/>
              <w:left w:w="90" w:type="dxa"/>
              <w:bottom w:w="90" w:type="dxa"/>
              <w:right w:w="90" w:type="dxa"/>
            </w:tcMar>
            <w:vAlign w:val="center"/>
          </w:tcPr>
          <w:p w14:paraId="133466ED" w14:textId="50FF8229" w:rsidR="00021266" w:rsidRDefault="00A65B58">
            <w:pPr>
              <w:spacing w:after="0"/>
            </w:pPr>
            <w:proofErr w:type="spellStart"/>
            <w:r w:rsidRPr="00A65B58">
              <w:rPr>
                <w:b/>
                <w:bCs/>
              </w:rPr>
              <w:t>Analisis</w:t>
            </w:r>
            <w:proofErr w:type="spellEnd"/>
            <w:r w:rsidRPr="00A65B58">
              <w:rPr>
                <w:b/>
                <w:bCs/>
              </w:rPr>
              <w:t xml:space="preserve"> Risiko Bahan Kimia</w:t>
            </w:r>
            <w:r w:rsidRPr="00A65B58">
              <w:t> (Formalin pada Ikan Segar vs Asap)</w:t>
            </w:r>
          </w:p>
        </w:tc>
      </w:tr>
      <w:tr w:rsidR="00021266" w14:paraId="1F3DBC82" w14:textId="77777777">
        <w:trPr>
          <w:jc w:val="center"/>
        </w:trPr>
        <w:tc>
          <w:tcPr>
            <w:tcW w:w="4561" w:type="dxa"/>
            <w:shd w:val="clear" w:color="auto" w:fill="EAF2F8"/>
            <w:tcMar>
              <w:top w:w="90" w:type="dxa"/>
              <w:left w:w="90" w:type="dxa"/>
              <w:bottom w:w="90" w:type="dxa"/>
              <w:right w:w="90" w:type="dxa"/>
            </w:tcMar>
            <w:vAlign w:val="center"/>
          </w:tcPr>
          <w:p w14:paraId="04A42327" w14:textId="77777777" w:rsidR="00021266" w:rsidRDefault="00E04100">
            <w:pPr>
              <w:spacing w:after="0"/>
            </w:pPr>
            <w:proofErr w:type="spellStart"/>
            <w:r>
              <w:rPr>
                <w:b/>
                <w:sz w:val="18"/>
              </w:rPr>
              <w:t>Tahap</w:t>
            </w:r>
            <w:proofErr w:type="spellEnd"/>
            <w:r>
              <w:rPr>
                <w:b/>
                <w:sz w:val="18"/>
              </w:rPr>
              <w:t xml:space="preserve"> </w:t>
            </w:r>
            <w:proofErr w:type="spellStart"/>
            <w:r>
              <w:rPr>
                <w:b/>
                <w:sz w:val="18"/>
              </w:rPr>
              <w:t>dalam</w:t>
            </w:r>
            <w:proofErr w:type="spellEnd"/>
            <w:r>
              <w:rPr>
                <w:b/>
                <w:sz w:val="18"/>
              </w:rPr>
              <w:t xml:space="preserve"> Roadmap</w:t>
            </w:r>
          </w:p>
        </w:tc>
        <w:tc>
          <w:tcPr>
            <w:tcW w:w="4561" w:type="dxa"/>
            <w:tcMar>
              <w:top w:w="90" w:type="dxa"/>
              <w:left w:w="90" w:type="dxa"/>
              <w:bottom w:w="90" w:type="dxa"/>
              <w:right w:w="90" w:type="dxa"/>
            </w:tcMar>
            <w:vAlign w:val="center"/>
          </w:tcPr>
          <w:p w14:paraId="721B95D9" w14:textId="1944BB36" w:rsidR="009F7E46" w:rsidRDefault="00000000">
            <w:pPr>
              <w:spacing w:after="0"/>
              <w:rPr>
                <w:sz w:val="18"/>
              </w:rPr>
            </w:pPr>
            <w:sdt>
              <w:sdtPr>
                <w:rPr>
                  <w:sz w:val="18"/>
                </w:rPr>
                <w:id w:val="-1163698814"/>
                <w14:checkbox>
                  <w14:checked w14:val="1"/>
                  <w14:checkedState w14:val="0052" w14:font="Wingdings 2"/>
                  <w14:uncheckedState w14:val="2610" w14:font="MS Gothic"/>
                </w14:checkbox>
              </w:sdtPr>
              <w:sdtContent>
                <w:r w:rsidR="00A65B58">
                  <w:rPr>
                    <w:sz w:val="18"/>
                  </w:rPr>
                  <w:sym w:font="Wingdings 2" w:char="F052"/>
                </w:r>
              </w:sdtContent>
            </w:sdt>
            <w:r w:rsidR="009F7E46">
              <w:rPr>
                <w:sz w:val="18"/>
              </w:rPr>
              <w:t xml:space="preserve"> </w:t>
            </w:r>
            <w:proofErr w:type="spellStart"/>
            <w:r w:rsidR="009F7E46">
              <w:rPr>
                <w:sz w:val="18"/>
              </w:rPr>
              <w:t>Identifikasi</w:t>
            </w:r>
            <w:proofErr w:type="spellEnd"/>
            <w:r w:rsidR="009F7E46">
              <w:rPr>
                <w:sz w:val="18"/>
              </w:rPr>
              <w:t xml:space="preserve">/Baseline  </w:t>
            </w:r>
            <w:sdt>
              <w:sdtPr>
                <w:rPr>
                  <w:sz w:val="18"/>
                </w:rPr>
                <w:id w:val="1925686719"/>
                <w14:checkbox>
                  <w14:checked w14:val="0"/>
                  <w14:checkedState w14:val="0052" w14:font="Wingdings 2"/>
                  <w14:uncheckedState w14:val="2610" w14:font="MS Gothic"/>
                </w14:checkbox>
              </w:sdtPr>
              <w:sdtContent>
                <w:r w:rsidR="00A65B58">
                  <w:rPr>
                    <w:rFonts w:ascii="MS Gothic" w:eastAsia="MS Gothic" w:hAnsi="MS Gothic" w:hint="eastAsia"/>
                    <w:sz w:val="18"/>
                  </w:rPr>
                  <w:t>☐</w:t>
                </w:r>
              </w:sdtContent>
            </w:sdt>
            <w:r w:rsidR="009F7E46">
              <w:rPr>
                <w:sz w:val="18"/>
              </w:rPr>
              <w:t xml:space="preserve"> </w:t>
            </w:r>
            <w:proofErr w:type="spellStart"/>
            <w:r w:rsidR="009F7E46">
              <w:rPr>
                <w:sz w:val="18"/>
              </w:rPr>
              <w:t>Eksploratif</w:t>
            </w:r>
            <w:proofErr w:type="spellEnd"/>
            <w:r w:rsidR="009F7E46">
              <w:rPr>
                <w:sz w:val="18"/>
              </w:rPr>
              <w:t xml:space="preserve">/Dasar  </w:t>
            </w:r>
            <w:sdt>
              <w:sdtPr>
                <w:rPr>
                  <w:sz w:val="18"/>
                </w:rPr>
                <w:id w:val="1539858617"/>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Terapan</w:t>
            </w:r>
            <w:proofErr w:type="spellEnd"/>
            <w:r w:rsidR="009F7E46">
              <w:rPr>
                <w:sz w:val="18"/>
              </w:rPr>
              <w:t xml:space="preserve"> </w:t>
            </w:r>
          </w:p>
          <w:p w14:paraId="27E53562" w14:textId="093F1EDC" w:rsidR="00021266" w:rsidRDefault="00000000">
            <w:pPr>
              <w:spacing w:after="0"/>
            </w:pPr>
            <w:sdt>
              <w:sdtPr>
                <w:rPr>
                  <w:sz w:val="18"/>
                </w:rPr>
                <w:id w:val="2047878040"/>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Pengembangan</w:t>
            </w:r>
            <w:proofErr w:type="spellEnd"/>
            <w:r w:rsidR="009F7E46">
              <w:rPr>
                <w:sz w:val="18"/>
              </w:rPr>
              <w:br/>
            </w:r>
            <w:sdt>
              <w:sdtPr>
                <w:rPr>
                  <w:sz w:val="18"/>
                </w:rPr>
                <w:id w:val="-1054232392"/>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Validasi</w:t>
            </w:r>
            <w:proofErr w:type="spellEnd"/>
            <w:r w:rsidR="009F7E46">
              <w:rPr>
                <w:sz w:val="18"/>
              </w:rPr>
              <w:t xml:space="preserve">  </w:t>
            </w:r>
            <w:sdt>
              <w:sdtPr>
                <w:rPr>
                  <w:sz w:val="18"/>
                </w:rPr>
                <w:id w:val="-1213344929"/>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Proteksi</w:t>
            </w:r>
            <w:proofErr w:type="spellEnd"/>
            <w:r w:rsidR="009F7E46">
              <w:rPr>
                <w:sz w:val="18"/>
              </w:rPr>
              <w:t xml:space="preserve"> HKI  </w:t>
            </w:r>
            <w:sdt>
              <w:sdtPr>
                <w:rPr>
                  <w:sz w:val="18"/>
                </w:rPr>
                <w:id w:val="-775864114"/>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Hilirisasi</w:t>
            </w:r>
            <w:proofErr w:type="spellEnd"/>
            <w:r w:rsidR="009F7E46">
              <w:rPr>
                <w:sz w:val="18"/>
              </w:rPr>
              <w:t>/</w:t>
            </w:r>
            <w:proofErr w:type="spellStart"/>
            <w:r w:rsidR="009F7E46">
              <w:rPr>
                <w:sz w:val="18"/>
              </w:rPr>
              <w:t>Pemanfaatan</w:t>
            </w:r>
            <w:proofErr w:type="spellEnd"/>
            <w:r w:rsidR="009F7E46">
              <w:rPr>
                <w:sz w:val="18"/>
              </w:rPr>
              <w:t xml:space="preserve">  </w:t>
            </w:r>
            <w:sdt>
              <w:sdtPr>
                <w:rPr>
                  <w:sz w:val="18"/>
                </w:rPr>
                <w:id w:val="447125756"/>
                <w14:checkbox>
                  <w14:checked w14:val="0"/>
                  <w14:checkedState w14:val="0052" w14:font="Wingdings 2"/>
                  <w14:uncheckedState w14:val="2610" w14:font="MS Gothic"/>
                </w14:checkbox>
              </w:sdt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Dampak</w:t>
            </w:r>
            <w:proofErr w:type="spellEnd"/>
          </w:p>
        </w:tc>
      </w:tr>
      <w:tr w:rsidR="00021266" w14:paraId="7A3B3217" w14:textId="77777777">
        <w:trPr>
          <w:jc w:val="center"/>
        </w:trPr>
        <w:tc>
          <w:tcPr>
            <w:tcW w:w="4561" w:type="dxa"/>
            <w:shd w:val="clear" w:color="auto" w:fill="EAF2F8"/>
            <w:tcMar>
              <w:top w:w="90" w:type="dxa"/>
              <w:left w:w="90" w:type="dxa"/>
              <w:bottom w:w="90" w:type="dxa"/>
              <w:right w:w="90" w:type="dxa"/>
            </w:tcMar>
            <w:vAlign w:val="center"/>
          </w:tcPr>
          <w:p w14:paraId="1E757AC8" w14:textId="77777777" w:rsidR="00021266" w:rsidRPr="003F1B29" w:rsidRDefault="00E04100">
            <w:pPr>
              <w:spacing w:after="0"/>
              <w:rPr>
                <w:lang w:val="nb-NO"/>
              </w:rPr>
            </w:pPr>
            <w:r w:rsidRPr="003F1B29">
              <w:rPr>
                <w:b/>
                <w:sz w:val="18"/>
                <w:lang w:val="nb-NO"/>
              </w:rPr>
              <w:t>Keterkaitan dengan Potensi/Permasalahan Gorontalo</w:t>
            </w:r>
          </w:p>
        </w:tc>
        <w:tc>
          <w:tcPr>
            <w:tcW w:w="4561" w:type="dxa"/>
            <w:tcMar>
              <w:top w:w="90" w:type="dxa"/>
              <w:left w:w="90" w:type="dxa"/>
              <w:bottom w:w="90" w:type="dxa"/>
              <w:right w:w="90" w:type="dxa"/>
            </w:tcMar>
            <w:vAlign w:val="center"/>
          </w:tcPr>
          <w:p w14:paraId="1BF3FCF0" w14:textId="4C5D4452" w:rsidR="00021266" w:rsidRDefault="00A65B58">
            <w:pPr>
              <w:spacing w:after="0"/>
            </w:pPr>
            <w:proofErr w:type="spellStart"/>
            <w:r>
              <w:rPr>
                <w:b/>
                <w:bCs/>
              </w:rPr>
              <w:t>P</w:t>
            </w:r>
            <w:r w:rsidRPr="00A65B58">
              <w:rPr>
                <w:b/>
                <w:bCs/>
              </w:rPr>
              <w:t>otensi</w:t>
            </w:r>
            <w:proofErr w:type="spellEnd"/>
            <w:r w:rsidRPr="00A65B58">
              <w:rPr>
                <w:b/>
                <w:bCs/>
              </w:rPr>
              <w:t xml:space="preserve"> </w:t>
            </w:r>
            <w:proofErr w:type="spellStart"/>
            <w:r w:rsidRPr="00A65B58">
              <w:rPr>
                <w:b/>
                <w:bCs/>
              </w:rPr>
              <w:t>ekonomi</w:t>
            </w:r>
            <w:proofErr w:type="spellEnd"/>
            <w:r w:rsidRPr="00A65B58">
              <w:rPr>
                <w:b/>
                <w:bCs/>
              </w:rPr>
              <w:t xml:space="preserve"> </w:t>
            </w:r>
            <w:proofErr w:type="spellStart"/>
            <w:r w:rsidRPr="00A65B58">
              <w:rPr>
                <w:b/>
                <w:bCs/>
              </w:rPr>
              <w:t>besar</w:t>
            </w:r>
            <w:proofErr w:type="spellEnd"/>
            <w:r w:rsidRPr="00A65B58">
              <w:t xml:space="preserve"> (ikan </w:t>
            </w:r>
            <w:proofErr w:type="spellStart"/>
            <w:r w:rsidRPr="00A65B58">
              <w:t>cakalang</w:t>
            </w:r>
            <w:proofErr w:type="spellEnd"/>
            <w:r w:rsidRPr="00A65B58">
              <w:t xml:space="preserve"> </w:t>
            </w:r>
            <w:proofErr w:type="spellStart"/>
            <w:r w:rsidRPr="00A65B58">
              <w:t>sebagai</w:t>
            </w:r>
            <w:proofErr w:type="spellEnd"/>
            <w:r w:rsidRPr="00A65B58">
              <w:t xml:space="preserve"> </w:t>
            </w:r>
            <w:proofErr w:type="spellStart"/>
            <w:r w:rsidRPr="00A65B58">
              <w:t>komoditas</w:t>
            </w:r>
            <w:proofErr w:type="spellEnd"/>
            <w:r w:rsidRPr="00A65B58">
              <w:t xml:space="preserve"> </w:t>
            </w:r>
            <w:proofErr w:type="spellStart"/>
            <w:r w:rsidRPr="00A65B58">
              <w:t>unggulan</w:t>
            </w:r>
            <w:proofErr w:type="spellEnd"/>
            <w:r w:rsidRPr="00A65B58">
              <w:t>) dan </w:t>
            </w:r>
            <w:proofErr w:type="spellStart"/>
            <w:r w:rsidRPr="00A65B58">
              <w:rPr>
                <w:b/>
                <w:bCs/>
              </w:rPr>
              <w:t>permasalahan</w:t>
            </w:r>
            <w:proofErr w:type="spellEnd"/>
            <w:r w:rsidRPr="00A65B58">
              <w:rPr>
                <w:b/>
                <w:bCs/>
              </w:rPr>
              <w:t xml:space="preserve"> </w:t>
            </w:r>
            <w:proofErr w:type="spellStart"/>
            <w:r w:rsidRPr="00A65B58">
              <w:rPr>
                <w:b/>
                <w:bCs/>
              </w:rPr>
              <w:t>krusial</w:t>
            </w:r>
            <w:proofErr w:type="spellEnd"/>
            <w:r w:rsidRPr="00A65B58">
              <w:t> (</w:t>
            </w:r>
            <w:proofErr w:type="spellStart"/>
            <w:r w:rsidRPr="00A65B58">
              <w:t>jaminan</w:t>
            </w:r>
            <w:proofErr w:type="spellEnd"/>
            <w:r w:rsidRPr="00A65B58">
              <w:t xml:space="preserve"> </w:t>
            </w:r>
            <w:proofErr w:type="spellStart"/>
            <w:r w:rsidRPr="00A65B58">
              <w:t>keamanan</w:t>
            </w:r>
            <w:proofErr w:type="spellEnd"/>
            <w:r w:rsidRPr="00A65B58">
              <w:t xml:space="preserve"> </w:t>
            </w:r>
            <w:proofErr w:type="spellStart"/>
            <w:r w:rsidRPr="00A65B58">
              <w:t>pangan</w:t>
            </w:r>
            <w:proofErr w:type="spellEnd"/>
            <w:r w:rsidRPr="00A65B58">
              <w:t xml:space="preserve"> di </w:t>
            </w:r>
            <w:proofErr w:type="spellStart"/>
            <w:r w:rsidRPr="00A65B58">
              <w:t>tengah</w:t>
            </w:r>
            <w:proofErr w:type="spellEnd"/>
            <w:r w:rsidRPr="00A65B58">
              <w:t xml:space="preserve"> </w:t>
            </w:r>
            <w:proofErr w:type="spellStart"/>
            <w:r w:rsidRPr="00A65B58">
              <w:t>kekhawatiran</w:t>
            </w:r>
            <w:proofErr w:type="spellEnd"/>
            <w:r w:rsidRPr="00A65B58">
              <w:t xml:space="preserve"> </w:t>
            </w:r>
            <w:proofErr w:type="spellStart"/>
            <w:r w:rsidRPr="00A65B58">
              <w:t>akan</w:t>
            </w:r>
            <w:proofErr w:type="spellEnd"/>
            <w:r w:rsidRPr="00A65B58">
              <w:t xml:space="preserve"> </w:t>
            </w:r>
            <w:proofErr w:type="spellStart"/>
            <w:r w:rsidRPr="00A65B58">
              <w:t>bahan</w:t>
            </w:r>
            <w:proofErr w:type="spellEnd"/>
            <w:r w:rsidRPr="00A65B58">
              <w:t xml:space="preserve"> </w:t>
            </w:r>
            <w:proofErr w:type="spellStart"/>
            <w:r w:rsidRPr="00A65B58">
              <w:t>berbahaya</w:t>
            </w:r>
            <w:proofErr w:type="spellEnd"/>
            <w:r w:rsidRPr="00A65B58">
              <w:t>)</w:t>
            </w:r>
          </w:p>
        </w:tc>
      </w:tr>
      <w:tr w:rsidR="00021266" w14:paraId="38FBE06C" w14:textId="77777777">
        <w:trPr>
          <w:jc w:val="center"/>
        </w:trPr>
        <w:tc>
          <w:tcPr>
            <w:tcW w:w="4561" w:type="dxa"/>
            <w:shd w:val="clear" w:color="auto" w:fill="EAF2F8"/>
            <w:tcMar>
              <w:top w:w="90" w:type="dxa"/>
              <w:left w:w="90" w:type="dxa"/>
              <w:bottom w:w="90" w:type="dxa"/>
              <w:right w:w="90" w:type="dxa"/>
            </w:tcMar>
            <w:vAlign w:val="center"/>
          </w:tcPr>
          <w:p w14:paraId="4BFD9151" w14:textId="77777777" w:rsidR="00021266" w:rsidRPr="003F1B29" w:rsidRDefault="00E04100">
            <w:pPr>
              <w:spacing w:after="0"/>
              <w:rPr>
                <w:lang w:val="nb-NO"/>
              </w:rPr>
            </w:pPr>
            <w:r w:rsidRPr="003F1B29">
              <w:rPr>
                <w:b/>
                <w:sz w:val="18"/>
                <w:lang w:val="nb-NO"/>
              </w:rPr>
              <w:t>Keterkaitan dengan SDGs (jika relevan)</w:t>
            </w:r>
          </w:p>
        </w:tc>
        <w:tc>
          <w:tcPr>
            <w:tcW w:w="4561" w:type="dxa"/>
            <w:tcMar>
              <w:top w:w="90" w:type="dxa"/>
              <w:left w:w="90" w:type="dxa"/>
              <w:bottom w:w="90" w:type="dxa"/>
              <w:right w:w="90" w:type="dxa"/>
            </w:tcMar>
            <w:vAlign w:val="center"/>
          </w:tcPr>
          <w:p w14:paraId="6FE7393B" w14:textId="77777777" w:rsidR="00A65B58" w:rsidRPr="00A65B58" w:rsidRDefault="00A65B58" w:rsidP="00A65B58">
            <w:pPr>
              <w:spacing w:after="0"/>
              <w:rPr>
                <w:sz w:val="18"/>
              </w:rPr>
            </w:pPr>
            <w:r w:rsidRPr="00A65B58">
              <w:rPr>
                <w:b/>
                <w:bCs/>
                <w:sz w:val="18"/>
              </w:rPr>
              <w:t xml:space="preserve">SDG 3: </w:t>
            </w:r>
            <w:proofErr w:type="spellStart"/>
            <w:r w:rsidRPr="00A65B58">
              <w:rPr>
                <w:sz w:val="18"/>
              </w:rPr>
              <w:t>Kehidupan</w:t>
            </w:r>
            <w:proofErr w:type="spellEnd"/>
            <w:r w:rsidRPr="00A65B58">
              <w:rPr>
                <w:sz w:val="18"/>
              </w:rPr>
              <w:t xml:space="preserve"> Sehat dan Sejahtera (Good Health and Well-being)</w:t>
            </w:r>
          </w:p>
          <w:p w14:paraId="59BCBF18" w14:textId="5C6D3630" w:rsidR="00021266" w:rsidRPr="00A65B58" w:rsidRDefault="00A65B58">
            <w:pPr>
              <w:spacing w:after="0"/>
              <w:rPr>
                <w:sz w:val="18"/>
              </w:rPr>
            </w:pPr>
            <w:r w:rsidRPr="00A65B58">
              <w:rPr>
                <w:b/>
                <w:bCs/>
                <w:sz w:val="18"/>
              </w:rPr>
              <w:t xml:space="preserve">SDG 12: </w:t>
            </w:r>
            <w:proofErr w:type="spellStart"/>
            <w:r w:rsidRPr="00A65B58">
              <w:rPr>
                <w:sz w:val="18"/>
              </w:rPr>
              <w:t>Konsumsi</w:t>
            </w:r>
            <w:proofErr w:type="spellEnd"/>
            <w:r w:rsidRPr="00A65B58">
              <w:rPr>
                <w:sz w:val="18"/>
              </w:rPr>
              <w:t xml:space="preserve"> dan </w:t>
            </w:r>
            <w:proofErr w:type="spellStart"/>
            <w:r w:rsidRPr="00A65B58">
              <w:rPr>
                <w:sz w:val="18"/>
              </w:rPr>
              <w:t>Produksi</w:t>
            </w:r>
            <w:proofErr w:type="spellEnd"/>
            <w:r w:rsidRPr="00A65B58">
              <w:rPr>
                <w:sz w:val="18"/>
              </w:rPr>
              <w:t xml:space="preserve"> yang </w:t>
            </w:r>
            <w:proofErr w:type="spellStart"/>
            <w:r w:rsidRPr="00A65B58">
              <w:rPr>
                <w:sz w:val="18"/>
              </w:rPr>
              <w:t>Bertanggung</w:t>
            </w:r>
            <w:proofErr w:type="spellEnd"/>
            <w:r w:rsidRPr="00A65B58">
              <w:rPr>
                <w:sz w:val="18"/>
              </w:rPr>
              <w:t xml:space="preserve"> Jawab (Responsible Consumption and Production)</w:t>
            </w:r>
          </w:p>
        </w:tc>
      </w:tr>
      <w:tr w:rsidR="00021266" w:rsidRPr="003F1B29" w14:paraId="49068CCB" w14:textId="77777777" w:rsidTr="003A3F46">
        <w:trPr>
          <w:trHeight w:val="72"/>
          <w:jc w:val="center"/>
        </w:trPr>
        <w:tc>
          <w:tcPr>
            <w:tcW w:w="4561" w:type="dxa"/>
            <w:shd w:val="clear" w:color="auto" w:fill="EAF2F8"/>
            <w:tcMar>
              <w:top w:w="90" w:type="dxa"/>
              <w:left w:w="90" w:type="dxa"/>
              <w:bottom w:w="90" w:type="dxa"/>
              <w:right w:w="90" w:type="dxa"/>
            </w:tcMar>
            <w:vAlign w:val="center"/>
          </w:tcPr>
          <w:p w14:paraId="31DD6DDF" w14:textId="77777777" w:rsidR="00021266" w:rsidRDefault="00E04100">
            <w:pPr>
              <w:spacing w:after="0"/>
            </w:pPr>
            <w:r>
              <w:rPr>
                <w:b/>
                <w:sz w:val="18"/>
              </w:rPr>
              <w:t xml:space="preserve">Sifat </w:t>
            </w:r>
            <w:proofErr w:type="spellStart"/>
            <w:r>
              <w:rPr>
                <w:b/>
                <w:sz w:val="18"/>
              </w:rPr>
              <w:t>Penelitian</w:t>
            </w:r>
            <w:proofErr w:type="spellEnd"/>
          </w:p>
        </w:tc>
        <w:tc>
          <w:tcPr>
            <w:tcW w:w="4561" w:type="dxa"/>
            <w:tcMar>
              <w:top w:w="90" w:type="dxa"/>
              <w:left w:w="90" w:type="dxa"/>
              <w:bottom w:w="90" w:type="dxa"/>
              <w:right w:w="90" w:type="dxa"/>
            </w:tcMar>
            <w:vAlign w:val="center"/>
          </w:tcPr>
          <w:p w14:paraId="474F57D4" w14:textId="17A436A7" w:rsidR="009F7E46" w:rsidRDefault="00000000">
            <w:pPr>
              <w:spacing w:after="0"/>
              <w:rPr>
                <w:sz w:val="18"/>
                <w:lang w:val="nb-NO"/>
              </w:rPr>
            </w:pPr>
            <w:sdt>
              <w:sdtPr>
                <w:rPr>
                  <w:sz w:val="18"/>
                  <w:lang w:val="nb-NO"/>
                </w:rPr>
                <w:id w:val="1044949569"/>
                <w14:checkbox>
                  <w14:checked w14:val="1"/>
                  <w14:checkedState w14:val="0052" w14:font="Wingdings 2"/>
                  <w14:uncheckedState w14:val="2610" w14:font="MS Gothic"/>
                </w14:checkbox>
              </w:sdtPr>
              <w:sdtContent>
                <w:r w:rsidR="00A65B58">
                  <w:rPr>
                    <w:sz w:val="18"/>
                    <w:lang w:val="nb-NO"/>
                  </w:rPr>
                  <w:sym w:font="Wingdings 2" w:char="F052"/>
                </w:r>
              </w:sdtContent>
            </w:sdt>
            <w:r w:rsidR="009F7E46" w:rsidRPr="003F1B29">
              <w:rPr>
                <w:sz w:val="18"/>
                <w:lang w:val="nb-NO"/>
              </w:rPr>
              <w:t xml:space="preserve"> Individual  </w:t>
            </w:r>
            <w:sdt>
              <w:sdtPr>
                <w:rPr>
                  <w:sz w:val="18"/>
                  <w:lang w:val="nb-NO"/>
                </w:rPr>
                <w:id w:val="862948405"/>
                <w14:checkbox>
                  <w14:checked w14:val="0"/>
                  <w14:checkedState w14:val="0052" w14:font="Wingdings 2"/>
                  <w14:uncheckedState w14:val="2610" w14:font="MS Gothic"/>
                </w14:checkbox>
              </w:sdtPr>
              <w:sdtContent>
                <w:r w:rsidR="009F7E46" w:rsidRPr="009F7E46">
                  <w:rPr>
                    <w:rFonts w:ascii="MS Gothic" w:eastAsia="MS Gothic" w:hAnsi="MS Gothic" w:hint="eastAsia"/>
                    <w:sz w:val="18"/>
                    <w:lang w:val="nb-NO"/>
                  </w:rPr>
                  <w:t>☐</w:t>
                </w:r>
              </w:sdtContent>
            </w:sdt>
            <w:r w:rsidR="009F7E46" w:rsidRPr="003F1B29">
              <w:rPr>
                <w:sz w:val="18"/>
                <w:lang w:val="nb-NO"/>
              </w:rPr>
              <w:t xml:space="preserve"> Kelompok Riset  </w:t>
            </w:r>
            <w:sdt>
              <w:sdtPr>
                <w:rPr>
                  <w:sz w:val="18"/>
                  <w:lang w:val="nb-NO"/>
                </w:rPr>
                <w:id w:val="331959652"/>
                <w14:checkbox>
                  <w14:checked w14:val="0"/>
                  <w14:checkedState w14:val="0052" w14:font="Wingdings 2"/>
                  <w14:uncheckedState w14:val="2610" w14:font="MS Gothic"/>
                </w14:checkbox>
              </w:sdtPr>
              <w:sdtContent>
                <w:r w:rsidR="009F7E46" w:rsidRPr="009F7E46">
                  <w:rPr>
                    <w:rFonts w:ascii="MS Gothic" w:eastAsia="MS Gothic" w:hAnsi="MS Gothic" w:hint="eastAsia"/>
                    <w:sz w:val="18"/>
                    <w:lang w:val="nb-NO"/>
                  </w:rPr>
                  <w:t>☐</w:t>
                </w:r>
              </w:sdtContent>
            </w:sdt>
            <w:r w:rsidR="009F7E46" w:rsidRPr="003F1B29">
              <w:rPr>
                <w:sz w:val="18"/>
                <w:lang w:val="nb-NO"/>
              </w:rPr>
              <w:t xml:space="preserve"> Lintas </w:t>
            </w:r>
            <w:r w:rsidR="009F7E46" w:rsidRPr="003F1B29">
              <w:rPr>
                <w:sz w:val="18"/>
                <w:lang w:val="nb-NO"/>
              </w:rPr>
              <w:lastRenderedPageBreak/>
              <w:t xml:space="preserve">Prodi/Multidisiplin </w:t>
            </w:r>
          </w:p>
          <w:p w14:paraId="16CCC74D" w14:textId="49E9434C" w:rsidR="00021266" w:rsidRPr="003F1B29" w:rsidRDefault="00000000">
            <w:pPr>
              <w:spacing w:after="0"/>
              <w:rPr>
                <w:lang w:val="nb-NO"/>
              </w:rPr>
            </w:pPr>
            <w:sdt>
              <w:sdtPr>
                <w:rPr>
                  <w:sz w:val="18"/>
                  <w:lang w:val="nb-NO"/>
                </w:rPr>
                <w:id w:val="397865975"/>
                <w14:checkbox>
                  <w14:checked w14:val="0"/>
                  <w14:checkedState w14:val="0052" w14:font="Wingdings 2"/>
                  <w14:uncheckedState w14:val="2610" w14:font="MS Gothic"/>
                </w14:checkbox>
              </w:sdtPr>
              <w:sdtContent>
                <w:r w:rsidR="009F7E46" w:rsidRPr="009F7E46">
                  <w:rPr>
                    <w:rFonts w:ascii="MS Gothic" w:eastAsia="MS Gothic" w:hAnsi="MS Gothic" w:hint="eastAsia"/>
                    <w:sz w:val="18"/>
                    <w:lang w:val="nb-NO"/>
                  </w:rPr>
                  <w:t>☐</w:t>
                </w:r>
              </w:sdtContent>
            </w:sdt>
            <w:r w:rsidR="009F7E46" w:rsidRPr="003F1B29">
              <w:rPr>
                <w:sz w:val="18"/>
                <w:lang w:val="nb-NO"/>
              </w:rPr>
              <w:t xml:space="preserve"> Kolaborasi dengan Mitra</w:t>
            </w:r>
          </w:p>
        </w:tc>
      </w:tr>
    </w:tbl>
    <w:p w14:paraId="1B542DF3" w14:textId="77777777" w:rsidR="00021266" w:rsidRPr="003F1B29" w:rsidRDefault="00E04100">
      <w:pPr>
        <w:spacing w:before="160" w:after="100"/>
        <w:rPr>
          <w:lang w:val="nb-NO"/>
        </w:rPr>
      </w:pPr>
      <w:r w:rsidRPr="003F1B29">
        <w:rPr>
          <w:b/>
          <w:sz w:val="24"/>
          <w:lang w:val="nb-NO"/>
        </w:rPr>
        <w:lastRenderedPageBreak/>
        <w:t>C. RINGKASAN</w:t>
      </w:r>
    </w:p>
    <w:p w14:paraId="077393D4" w14:textId="77777777" w:rsidR="00021266" w:rsidRPr="003F1B29" w:rsidRDefault="00E04100" w:rsidP="006D58AE">
      <w:pPr>
        <w:jc w:val="both"/>
        <w:rPr>
          <w:lang w:val="nb-NO"/>
        </w:rPr>
      </w:pPr>
      <w:r w:rsidRPr="003F1B29">
        <w:rPr>
          <w:lang w:val="nb-NO"/>
        </w:rPr>
        <w:t>Tuliskan masalah, tujuan, metode, luaran utama, serta kontribusi penelitian terhadap roadmap. Maksimal 300 kata.</w:t>
      </w:r>
    </w:p>
    <w:p w14:paraId="1A370D74" w14:textId="26A18786" w:rsidR="00443F6C" w:rsidRDefault="00443F6C" w:rsidP="00443F6C">
      <w:pPr>
        <w:jc w:val="both"/>
        <w:rPr>
          <w:lang w:val="nb-NO"/>
        </w:rPr>
      </w:pPr>
      <w:r w:rsidRPr="00443F6C">
        <w:rPr>
          <w:lang w:val="nb-NO"/>
        </w:rPr>
        <w:t xml:space="preserve">Penelitian sebelumnya menunjukkan ikan teri asin di Gorontalo bebas formalin, tetapi temuan terbaru pada ikan nila </w:t>
      </w:r>
      <w:r w:rsidR="009E1670">
        <w:rPr>
          <w:lang w:val="nb-NO"/>
        </w:rPr>
        <w:t>menunjukkan adanya</w:t>
      </w:r>
      <w:r w:rsidRPr="00443F6C">
        <w:rPr>
          <w:lang w:val="nb-NO"/>
        </w:rPr>
        <w:t xml:space="preserve"> formalin (0,11–0,23 ppm). Artinya, status keamanan pangan tidak dapat digeneralisasi </w:t>
      </w:r>
      <w:r>
        <w:rPr>
          <w:lang w:val="nb-NO"/>
        </w:rPr>
        <w:t>antarkomoditas</w:t>
      </w:r>
      <w:r w:rsidRPr="00443F6C">
        <w:rPr>
          <w:lang w:val="nb-NO"/>
        </w:rPr>
        <w:t xml:space="preserve">, bentuk produk, lokasi, dan waktu. Ikan cakalang merupakan komoditas pelagis dominan (40% </w:t>
      </w:r>
      <w:r w:rsidR="009E1670">
        <w:rPr>
          <w:lang w:val="nb-NO"/>
        </w:rPr>
        <w:t xml:space="preserve">dari </w:t>
      </w:r>
      <w:r w:rsidRPr="00443F6C">
        <w:rPr>
          <w:lang w:val="nb-NO"/>
        </w:rPr>
        <w:t xml:space="preserve">perdagangan </w:t>
      </w:r>
      <w:r w:rsidR="00B83C99">
        <w:rPr>
          <w:lang w:val="nb-NO"/>
        </w:rPr>
        <w:t>di Provinsi Gorontalo</w:t>
      </w:r>
      <w:r w:rsidRPr="00443F6C">
        <w:rPr>
          <w:lang w:val="nb-NO"/>
        </w:rPr>
        <w:t xml:space="preserve">), namun </w:t>
      </w:r>
      <w:r w:rsidR="009E1670">
        <w:rPr>
          <w:lang w:val="nb-NO"/>
        </w:rPr>
        <w:t>keamanan formalinnya belum dikaji, baik untuk ikan</w:t>
      </w:r>
      <w:r w:rsidRPr="00443F6C">
        <w:rPr>
          <w:lang w:val="nb-NO"/>
        </w:rPr>
        <w:t xml:space="preserve"> segar maupun asap.</w:t>
      </w:r>
      <w:r>
        <w:rPr>
          <w:lang w:val="nb-NO"/>
        </w:rPr>
        <w:t xml:space="preserve"> </w:t>
      </w:r>
      <w:r w:rsidRPr="00443F6C">
        <w:rPr>
          <w:lang w:val="nb-NO"/>
        </w:rPr>
        <w:t>Menganalisis keamanan pangan ikan cakalang segar dan asap melalui deteksi formalin serta mengkaji hubungannya dengan karakteristik mutu dan penanganan pascapanen di Gorontalo. Secara khusus: mengidentifikasi formalin, menganalisis mutu, dan menganalisis hubungan formalin dengan mutu.</w:t>
      </w:r>
      <w:r>
        <w:rPr>
          <w:lang w:val="nb-NO"/>
        </w:rPr>
        <w:t xml:space="preserve"> </w:t>
      </w:r>
      <w:r w:rsidRPr="00443F6C">
        <w:rPr>
          <w:lang w:val="nb-NO"/>
        </w:rPr>
        <w:t>Observasional analitik dengan uji laboratorium dan survei lapangan. Sampel purposif: cakalang segar dan asap dari lokasi pemasaran/pengolahan. Variabel bebas: bentuk produk, lokasi, penyimpanan, penanganan, sumber, pengasapan. Variabel terikat: formalin. Variabel mutu: organoleptik, pH, kadar air, suhu. Tahapan</w:t>
      </w:r>
      <w:r w:rsidR="00E9637F">
        <w:rPr>
          <w:lang w:val="nb-NO"/>
        </w:rPr>
        <w:t xml:space="preserve"> Pelaksanaan</w:t>
      </w:r>
      <w:r w:rsidRPr="00443F6C">
        <w:rPr>
          <w:lang w:val="nb-NO"/>
        </w:rPr>
        <w:t>: survei pendahuluan, pengambilan sampel, uji formalin (test kit sebagai skrining, spektrofotometri untuk konfirmasi), analisis mutu, wawancara penanganan, dan analisis deskriptif.</w:t>
      </w:r>
      <w:r w:rsidR="00E9637F">
        <w:rPr>
          <w:lang w:val="nb-NO"/>
        </w:rPr>
        <w:t xml:space="preserve"> </w:t>
      </w:r>
      <w:r w:rsidR="00474867">
        <w:rPr>
          <w:lang w:val="nb-NO"/>
        </w:rPr>
        <w:t xml:space="preserve">Luaran dari penelitian ini </w:t>
      </w:r>
      <w:r w:rsidR="004C17E0">
        <w:t>data</w:t>
      </w:r>
      <w:r w:rsidR="0069371B" w:rsidRPr="0069371B">
        <w:t xml:space="preserve"> </w:t>
      </w:r>
      <w:proofErr w:type="spellStart"/>
      <w:r w:rsidR="0069371B" w:rsidRPr="0069371B">
        <w:t>persentase</w:t>
      </w:r>
      <w:proofErr w:type="spellEnd"/>
      <w:r w:rsidR="0069371B" w:rsidRPr="0069371B">
        <w:t xml:space="preserve"> </w:t>
      </w:r>
      <w:proofErr w:type="spellStart"/>
      <w:r w:rsidR="0069371B" w:rsidRPr="0069371B">
        <w:t>positif</w:t>
      </w:r>
      <w:proofErr w:type="spellEnd"/>
      <w:r w:rsidR="0069371B" w:rsidRPr="0069371B">
        <w:t>/</w:t>
      </w:r>
      <w:proofErr w:type="spellStart"/>
      <w:r w:rsidR="0069371B" w:rsidRPr="0069371B">
        <w:t>negatif</w:t>
      </w:r>
      <w:proofErr w:type="spellEnd"/>
      <w:r w:rsidR="0069371B" w:rsidRPr="0069371B">
        <w:t xml:space="preserve"> formalin, </w:t>
      </w:r>
      <w:proofErr w:type="spellStart"/>
      <w:r w:rsidR="0069371B" w:rsidRPr="0069371B">
        <w:t>kadar</w:t>
      </w:r>
      <w:proofErr w:type="spellEnd"/>
      <w:r w:rsidR="0069371B" w:rsidRPr="0069371B">
        <w:t xml:space="preserve"> formalin (min–</w:t>
      </w:r>
      <w:proofErr w:type="spellStart"/>
      <w:r w:rsidR="0069371B" w:rsidRPr="0069371B">
        <w:t>maks</w:t>
      </w:r>
      <w:proofErr w:type="spellEnd"/>
      <w:r w:rsidR="0069371B" w:rsidRPr="0069371B">
        <w:t xml:space="preserve">, rata-rata/median), </w:t>
      </w:r>
      <w:proofErr w:type="spellStart"/>
      <w:r w:rsidR="0069371B" w:rsidRPr="0069371B">
        <w:t>karakteristik</w:t>
      </w:r>
      <w:proofErr w:type="spellEnd"/>
      <w:r w:rsidR="0069371B" w:rsidRPr="0069371B">
        <w:t xml:space="preserve"> </w:t>
      </w:r>
      <w:proofErr w:type="spellStart"/>
      <w:r w:rsidR="0069371B" w:rsidRPr="0069371B">
        <w:t>mutu</w:t>
      </w:r>
      <w:proofErr w:type="spellEnd"/>
      <w:r w:rsidR="0069371B" w:rsidRPr="0069371B">
        <w:t xml:space="preserve"> </w:t>
      </w:r>
      <w:proofErr w:type="spellStart"/>
      <w:r w:rsidR="0069371B" w:rsidRPr="0069371B">
        <w:t>cakalang</w:t>
      </w:r>
      <w:proofErr w:type="spellEnd"/>
      <w:r w:rsidR="0069371B" w:rsidRPr="0069371B">
        <w:t xml:space="preserve"> segar dan asap, </w:t>
      </w:r>
      <w:proofErr w:type="spellStart"/>
      <w:r w:rsidR="0069371B" w:rsidRPr="0069371B">
        <w:t>serta</w:t>
      </w:r>
      <w:proofErr w:type="spellEnd"/>
      <w:r w:rsidR="0069371B" w:rsidRPr="0069371B">
        <w:t xml:space="preserve"> </w:t>
      </w:r>
      <w:proofErr w:type="spellStart"/>
      <w:r w:rsidR="0069371B" w:rsidRPr="0069371B">
        <w:t>hubungan</w:t>
      </w:r>
      <w:proofErr w:type="spellEnd"/>
      <w:r w:rsidR="0069371B" w:rsidRPr="0069371B">
        <w:t xml:space="preserve"> formalin–</w:t>
      </w:r>
      <w:proofErr w:type="spellStart"/>
      <w:r w:rsidR="0069371B" w:rsidRPr="0069371B">
        <w:t>mutu</w:t>
      </w:r>
      <w:proofErr w:type="spellEnd"/>
      <w:r w:rsidR="0069371B" w:rsidRPr="0069371B">
        <w:t>–</w:t>
      </w:r>
      <w:proofErr w:type="spellStart"/>
      <w:r w:rsidR="0069371B" w:rsidRPr="0069371B">
        <w:t>penanganan</w:t>
      </w:r>
      <w:proofErr w:type="spellEnd"/>
      <w:r w:rsidR="0069371B" w:rsidRPr="0069371B">
        <w:t xml:space="preserve"> </w:t>
      </w:r>
      <w:proofErr w:type="spellStart"/>
      <w:r w:rsidR="0069371B" w:rsidRPr="0069371B">
        <w:t>pascapanen</w:t>
      </w:r>
      <w:proofErr w:type="spellEnd"/>
      <w:r w:rsidR="00AF1DE5">
        <w:t xml:space="preserve">. Adapun </w:t>
      </w:r>
      <w:proofErr w:type="spellStart"/>
      <w:r w:rsidR="00A675EA">
        <w:t>kontribusi</w:t>
      </w:r>
      <w:proofErr w:type="spellEnd"/>
      <w:r w:rsidR="00A675EA">
        <w:t xml:space="preserve"> </w:t>
      </w:r>
      <w:proofErr w:type="spellStart"/>
      <w:r w:rsidR="00A675EA">
        <w:t>penelitian</w:t>
      </w:r>
      <w:proofErr w:type="spellEnd"/>
      <w:r w:rsidR="00A675EA">
        <w:t xml:space="preserve"> </w:t>
      </w:r>
      <w:proofErr w:type="spellStart"/>
      <w:r w:rsidR="00A675EA">
        <w:t>ini</w:t>
      </w:r>
      <w:proofErr w:type="spellEnd"/>
      <w:r w:rsidR="00A675EA">
        <w:t xml:space="preserve"> </w:t>
      </w:r>
      <w:proofErr w:type="spellStart"/>
      <w:r w:rsidR="00A675EA">
        <w:t>terhadap</w:t>
      </w:r>
      <w:proofErr w:type="spellEnd"/>
      <w:r w:rsidR="00A675EA">
        <w:t xml:space="preserve"> roadmap </w:t>
      </w:r>
      <w:proofErr w:type="spellStart"/>
      <w:r w:rsidR="00741C17">
        <w:t>adalah</w:t>
      </w:r>
      <w:proofErr w:type="spellEnd"/>
      <w:r w:rsidR="00741C17">
        <w:t xml:space="preserve"> </w:t>
      </w:r>
      <w:proofErr w:type="spellStart"/>
      <w:r w:rsidR="00741C17">
        <w:t>mengisi</w:t>
      </w:r>
      <w:proofErr w:type="spellEnd"/>
      <w:r w:rsidR="00741C17" w:rsidRPr="00741C17">
        <w:t xml:space="preserve"> </w:t>
      </w:r>
      <w:proofErr w:type="spellStart"/>
      <w:r w:rsidR="00741C17" w:rsidRPr="00741C17">
        <w:t>kesenjangan</w:t>
      </w:r>
      <w:proofErr w:type="spellEnd"/>
      <w:r w:rsidR="00741C17" w:rsidRPr="00741C17">
        <w:t xml:space="preserve"> </w:t>
      </w:r>
      <w:proofErr w:type="spellStart"/>
      <w:r w:rsidR="00741C17" w:rsidRPr="00741C17">
        <w:t>riset</w:t>
      </w:r>
      <w:proofErr w:type="spellEnd"/>
      <w:r w:rsidR="00741C17" w:rsidRPr="00741C17">
        <w:t xml:space="preserve"> </w:t>
      </w:r>
      <w:proofErr w:type="spellStart"/>
      <w:r w:rsidR="00741C17" w:rsidRPr="00741C17">
        <w:t>keamanan</w:t>
      </w:r>
      <w:proofErr w:type="spellEnd"/>
      <w:r w:rsidR="00741C17" w:rsidRPr="00741C17">
        <w:t xml:space="preserve"> </w:t>
      </w:r>
      <w:proofErr w:type="spellStart"/>
      <w:r w:rsidR="00741C17" w:rsidRPr="00741C17">
        <w:t>pangan</w:t>
      </w:r>
      <w:proofErr w:type="spellEnd"/>
      <w:r w:rsidR="00741C17" w:rsidRPr="00741C17">
        <w:t xml:space="preserve"> </w:t>
      </w:r>
      <w:proofErr w:type="spellStart"/>
      <w:r w:rsidR="00741C17" w:rsidRPr="00741C17">
        <w:t>komoditas</w:t>
      </w:r>
      <w:proofErr w:type="spellEnd"/>
      <w:r w:rsidR="00741C17" w:rsidRPr="00741C17">
        <w:t xml:space="preserve"> </w:t>
      </w:r>
      <w:proofErr w:type="spellStart"/>
      <w:r w:rsidR="00741C17" w:rsidRPr="00741C17">
        <w:t>unggulan</w:t>
      </w:r>
      <w:proofErr w:type="spellEnd"/>
      <w:r w:rsidR="00741C17" w:rsidRPr="00741C17">
        <w:t xml:space="preserve"> </w:t>
      </w:r>
      <w:proofErr w:type="spellStart"/>
      <w:r w:rsidR="00741C17" w:rsidRPr="00741C17">
        <w:t>daerah</w:t>
      </w:r>
      <w:proofErr w:type="spellEnd"/>
      <w:r w:rsidR="00741C17" w:rsidRPr="00741C17">
        <w:t xml:space="preserve">, </w:t>
      </w:r>
      <w:proofErr w:type="spellStart"/>
      <w:r w:rsidR="00741C17" w:rsidRPr="00741C17">
        <w:t>memperkuat</w:t>
      </w:r>
      <w:proofErr w:type="spellEnd"/>
      <w:r w:rsidR="00741C17" w:rsidRPr="00741C17">
        <w:t xml:space="preserve"> baseline </w:t>
      </w:r>
      <w:proofErr w:type="spellStart"/>
      <w:r w:rsidR="00741C17" w:rsidRPr="00741C17">
        <w:t>pengendalian</w:t>
      </w:r>
      <w:proofErr w:type="spellEnd"/>
      <w:r w:rsidR="00741C17" w:rsidRPr="00741C17">
        <w:t xml:space="preserve"> </w:t>
      </w:r>
      <w:proofErr w:type="spellStart"/>
      <w:r w:rsidR="00741C17" w:rsidRPr="00741C17">
        <w:t>mutu</w:t>
      </w:r>
      <w:proofErr w:type="spellEnd"/>
      <w:r w:rsidR="00741C17" w:rsidRPr="00741C17">
        <w:t xml:space="preserve"> </w:t>
      </w:r>
      <w:proofErr w:type="spellStart"/>
      <w:r w:rsidR="00741C17" w:rsidRPr="00741C17">
        <w:t>perikanan</w:t>
      </w:r>
      <w:proofErr w:type="spellEnd"/>
      <w:r w:rsidR="00741C17" w:rsidRPr="00741C17">
        <w:t xml:space="preserve"> Gorontalo, dan </w:t>
      </w:r>
      <w:proofErr w:type="spellStart"/>
      <w:r w:rsidR="00741C17" w:rsidRPr="00741C17">
        <w:t>menjadi</w:t>
      </w:r>
      <w:proofErr w:type="spellEnd"/>
      <w:r w:rsidR="00741C17" w:rsidRPr="00741C17">
        <w:t xml:space="preserve"> </w:t>
      </w:r>
      <w:proofErr w:type="spellStart"/>
      <w:r w:rsidR="00741C17" w:rsidRPr="00741C17">
        <w:t>dasar</w:t>
      </w:r>
      <w:proofErr w:type="spellEnd"/>
      <w:r w:rsidR="00741C17" w:rsidRPr="00741C17">
        <w:t xml:space="preserve"> </w:t>
      </w:r>
      <w:proofErr w:type="spellStart"/>
      <w:r w:rsidR="00741C17" w:rsidRPr="00741C17">
        <w:t>kebijakan</w:t>
      </w:r>
      <w:proofErr w:type="spellEnd"/>
      <w:r w:rsidR="00741C17" w:rsidRPr="00741C17">
        <w:t xml:space="preserve"> </w:t>
      </w:r>
      <w:proofErr w:type="spellStart"/>
      <w:r w:rsidR="00741C17" w:rsidRPr="00741C17">
        <w:t>pengawasan</w:t>
      </w:r>
      <w:proofErr w:type="spellEnd"/>
      <w:r w:rsidR="00741C17" w:rsidRPr="00741C17">
        <w:t xml:space="preserve"> formalin pada ikan </w:t>
      </w:r>
      <w:proofErr w:type="spellStart"/>
      <w:r w:rsidR="00741C17" w:rsidRPr="00741C17">
        <w:t>cakalang</w:t>
      </w:r>
      <w:proofErr w:type="spellEnd"/>
      <w:r w:rsidR="00741C17" w:rsidRPr="00741C17">
        <w:t xml:space="preserve"> segar dan asap.</w:t>
      </w:r>
    </w:p>
    <w:p w14:paraId="6DCA8F81" w14:textId="1928F8CF" w:rsidR="00021266" w:rsidRPr="00E832FC" w:rsidRDefault="00E04100" w:rsidP="00443F6C">
      <w:pPr>
        <w:jc w:val="both"/>
        <w:rPr>
          <w:b/>
        </w:rPr>
      </w:pPr>
      <w:r w:rsidRPr="003F1B29">
        <w:rPr>
          <w:b/>
          <w:lang w:val="nb-NO"/>
        </w:rPr>
        <w:t xml:space="preserve">Kata Kunci: </w:t>
      </w:r>
      <w:proofErr w:type="spellStart"/>
      <w:r w:rsidR="00E832FC" w:rsidRPr="00645700">
        <w:t>Keamanan</w:t>
      </w:r>
      <w:proofErr w:type="spellEnd"/>
      <w:r w:rsidR="00E832FC" w:rsidRPr="00645700">
        <w:t xml:space="preserve"> </w:t>
      </w:r>
      <w:proofErr w:type="spellStart"/>
      <w:r w:rsidR="00645700">
        <w:t>pangan</w:t>
      </w:r>
      <w:proofErr w:type="spellEnd"/>
      <w:r w:rsidRPr="003F1B29">
        <w:rPr>
          <w:lang w:val="nb-NO"/>
        </w:rPr>
        <w:t>;</w:t>
      </w:r>
      <w:r w:rsidR="00645700">
        <w:rPr>
          <w:lang w:val="nb-NO"/>
        </w:rPr>
        <w:t xml:space="preserve"> </w:t>
      </w:r>
      <w:r w:rsidR="00783748">
        <w:rPr>
          <w:lang w:val="nb-NO"/>
        </w:rPr>
        <w:t>formali</w:t>
      </w:r>
      <w:r w:rsidRPr="003F1B29">
        <w:rPr>
          <w:lang w:val="nb-NO"/>
        </w:rPr>
        <w:t>;</w:t>
      </w:r>
      <w:r w:rsidR="00645700">
        <w:rPr>
          <w:lang w:val="nb-NO"/>
        </w:rPr>
        <w:t xml:space="preserve"> </w:t>
      </w:r>
      <w:r w:rsidR="00783748">
        <w:rPr>
          <w:lang w:val="nb-NO"/>
        </w:rPr>
        <w:t>cakalang segar dan asap;</w:t>
      </w:r>
      <w:r w:rsidR="00645700">
        <w:rPr>
          <w:lang w:val="nb-NO"/>
        </w:rPr>
        <w:t xml:space="preserve"> karakteristik mutu; Gorontalo</w:t>
      </w:r>
      <w:r w:rsidRPr="003F1B29">
        <w:rPr>
          <w:lang w:val="nb-NO"/>
        </w:rPr>
        <w:t xml:space="preserve"> ..................................</w:t>
      </w:r>
    </w:p>
    <w:p w14:paraId="0EF03E54" w14:textId="77777777" w:rsidR="00021266" w:rsidRPr="003F1B29" w:rsidRDefault="00E04100">
      <w:pPr>
        <w:spacing w:before="160" w:after="100"/>
        <w:rPr>
          <w:lang w:val="nb-NO"/>
        </w:rPr>
      </w:pPr>
      <w:r w:rsidRPr="003F1B29">
        <w:rPr>
          <w:b/>
          <w:sz w:val="24"/>
          <w:lang w:val="nb-NO"/>
        </w:rPr>
        <w:t>D. LATAR BELAKANG DAN PERMASALAHAN</w:t>
      </w:r>
    </w:p>
    <w:p w14:paraId="3193D6BC" w14:textId="77777777" w:rsidR="00021266" w:rsidRPr="003F1B29" w:rsidRDefault="00E04100" w:rsidP="006D58AE">
      <w:pPr>
        <w:jc w:val="both"/>
        <w:rPr>
          <w:lang w:val="nb-NO"/>
        </w:rPr>
      </w:pPr>
      <w:r w:rsidRPr="003F1B29">
        <w:rPr>
          <w:lang w:val="nb-NO"/>
        </w:rPr>
        <w:t>Jelaskan secara ringkas: masalah yang diteliti, kondisi/temuan sebelumnya, alasan pentingnya penelitian, serta kaitannya dengan potensi atau kebutuhan daerah dan/atau bidang keilmuan. Maksimal 2 halaman.</w:t>
      </w:r>
    </w:p>
    <w:p w14:paraId="2DBFBDB9" w14:textId="77777777" w:rsidR="008179C0" w:rsidRPr="00AC52C9" w:rsidRDefault="008179C0" w:rsidP="008179C0">
      <w:pPr>
        <w:spacing w:after="160" w:line="278" w:lineRule="auto"/>
        <w:jc w:val="both"/>
      </w:pPr>
      <w:proofErr w:type="spellStart"/>
      <w:r w:rsidRPr="00AC52C9">
        <w:t>Penelitian</w:t>
      </w:r>
      <w:proofErr w:type="spellEnd"/>
      <w:r w:rsidRPr="00AC52C9">
        <w:t xml:space="preserve"> </w:t>
      </w:r>
      <w:proofErr w:type="spellStart"/>
      <w:r w:rsidRPr="00AC52C9">
        <w:t>ini</w:t>
      </w:r>
      <w:proofErr w:type="spellEnd"/>
      <w:r w:rsidRPr="00AC52C9">
        <w:t xml:space="preserve"> </w:t>
      </w:r>
      <w:proofErr w:type="spellStart"/>
      <w:r w:rsidRPr="00AC52C9">
        <w:t>mengkaji</w:t>
      </w:r>
      <w:proofErr w:type="spellEnd"/>
      <w:r w:rsidRPr="00AC52C9">
        <w:t xml:space="preserve"> </w:t>
      </w:r>
      <w:proofErr w:type="spellStart"/>
      <w:r w:rsidRPr="00AC52C9">
        <w:t>keamanan</w:t>
      </w:r>
      <w:proofErr w:type="spellEnd"/>
      <w:r w:rsidRPr="00AC52C9">
        <w:t xml:space="preserve"> </w:t>
      </w:r>
      <w:proofErr w:type="spellStart"/>
      <w:r w:rsidRPr="00AC52C9">
        <w:t>pangan</w:t>
      </w:r>
      <w:proofErr w:type="spellEnd"/>
      <w:r w:rsidRPr="00AC52C9">
        <w:t xml:space="preserve"> pada ikan </w:t>
      </w:r>
      <w:proofErr w:type="spellStart"/>
      <w:r w:rsidRPr="00AC52C9">
        <w:t>cakalang</w:t>
      </w:r>
      <w:proofErr w:type="spellEnd"/>
      <w:r w:rsidRPr="00AC52C9">
        <w:t xml:space="preserve"> (</w:t>
      </w:r>
      <w:r w:rsidRPr="00AC52C9">
        <w:rPr>
          <w:i/>
          <w:iCs/>
        </w:rPr>
        <w:t>Katsuwonus pelamis</w:t>
      </w:r>
      <w:r w:rsidRPr="00AC52C9">
        <w:t xml:space="preserve">) segar dan asap di wilayah Gorontalo, </w:t>
      </w:r>
      <w:proofErr w:type="spellStart"/>
      <w:r w:rsidRPr="00AC52C9">
        <w:t>khususnya</w:t>
      </w:r>
      <w:proofErr w:type="spellEnd"/>
      <w:r w:rsidRPr="00AC52C9">
        <w:t xml:space="preserve"> </w:t>
      </w:r>
      <w:proofErr w:type="spellStart"/>
      <w:r w:rsidRPr="00AC52C9">
        <w:t>terkait</w:t>
      </w:r>
      <w:proofErr w:type="spellEnd"/>
      <w:r w:rsidRPr="00AC52C9">
        <w:t xml:space="preserve"> </w:t>
      </w:r>
      <w:proofErr w:type="spellStart"/>
      <w:r w:rsidRPr="00AC52C9">
        <w:t>potensi</w:t>
      </w:r>
      <w:proofErr w:type="spellEnd"/>
      <w:r w:rsidRPr="00AC52C9">
        <w:t xml:space="preserve"> </w:t>
      </w:r>
      <w:proofErr w:type="spellStart"/>
      <w:r w:rsidRPr="00AC52C9">
        <w:t>kontaminasi</w:t>
      </w:r>
      <w:proofErr w:type="spellEnd"/>
      <w:r w:rsidRPr="00AC52C9">
        <w:t xml:space="preserve"> formalin </w:t>
      </w:r>
      <w:proofErr w:type="spellStart"/>
      <w:r w:rsidRPr="00AC52C9">
        <w:t>sebagai</w:t>
      </w:r>
      <w:proofErr w:type="spellEnd"/>
      <w:r w:rsidRPr="00AC52C9">
        <w:t xml:space="preserve"> </w:t>
      </w:r>
      <w:proofErr w:type="spellStart"/>
      <w:r w:rsidRPr="00AC52C9">
        <w:t>pengawet</w:t>
      </w:r>
      <w:proofErr w:type="spellEnd"/>
      <w:r w:rsidRPr="00AC52C9">
        <w:t xml:space="preserve"> </w:t>
      </w:r>
      <w:proofErr w:type="spellStart"/>
      <w:r w:rsidRPr="00AC52C9">
        <w:t>ilegal</w:t>
      </w:r>
      <w:proofErr w:type="spellEnd"/>
      <w:r w:rsidRPr="00AC52C9">
        <w:t xml:space="preserve">. Formalin </w:t>
      </w:r>
      <w:proofErr w:type="spellStart"/>
      <w:r w:rsidRPr="00AC52C9">
        <w:t>merupakan</w:t>
      </w:r>
      <w:proofErr w:type="spellEnd"/>
      <w:r w:rsidRPr="00AC52C9">
        <w:t xml:space="preserve"> </w:t>
      </w:r>
      <w:proofErr w:type="spellStart"/>
      <w:r w:rsidRPr="00AC52C9">
        <w:t>senyawa</w:t>
      </w:r>
      <w:proofErr w:type="spellEnd"/>
      <w:r w:rsidRPr="00AC52C9">
        <w:t xml:space="preserve"> </w:t>
      </w:r>
      <w:proofErr w:type="spellStart"/>
      <w:r w:rsidRPr="00AC52C9">
        <w:t>berbahaya</w:t>
      </w:r>
      <w:proofErr w:type="spellEnd"/>
      <w:r w:rsidRPr="00AC52C9">
        <w:t xml:space="preserve"> yang </w:t>
      </w:r>
      <w:proofErr w:type="spellStart"/>
      <w:r w:rsidRPr="00AC52C9">
        <w:t>dilarang</w:t>
      </w:r>
      <w:proofErr w:type="spellEnd"/>
      <w:r w:rsidRPr="00AC52C9">
        <w:t xml:space="preserve"> </w:t>
      </w:r>
      <w:proofErr w:type="spellStart"/>
      <w:r w:rsidRPr="00AC52C9">
        <w:t>penggunaannya</w:t>
      </w:r>
      <w:proofErr w:type="spellEnd"/>
      <w:r w:rsidRPr="00AC52C9">
        <w:t xml:space="preserve"> </w:t>
      </w:r>
      <w:proofErr w:type="spellStart"/>
      <w:r w:rsidRPr="00AC52C9">
        <w:t>dalam</w:t>
      </w:r>
      <w:proofErr w:type="spellEnd"/>
      <w:r w:rsidRPr="00AC52C9">
        <w:t xml:space="preserve"> </w:t>
      </w:r>
      <w:proofErr w:type="spellStart"/>
      <w:r w:rsidRPr="00AC52C9">
        <w:t>produk</w:t>
      </w:r>
      <w:proofErr w:type="spellEnd"/>
      <w:r w:rsidRPr="00AC52C9">
        <w:t xml:space="preserve"> </w:t>
      </w:r>
      <w:proofErr w:type="spellStart"/>
      <w:r w:rsidRPr="00AC52C9">
        <w:t>pangan</w:t>
      </w:r>
      <w:proofErr w:type="spellEnd"/>
      <w:r w:rsidRPr="00AC52C9">
        <w:t xml:space="preserve"> </w:t>
      </w:r>
      <w:proofErr w:type="spellStart"/>
      <w:r w:rsidRPr="00AC52C9">
        <w:t>karena</w:t>
      </w:r>
      <w:proofErr w:type="spellEnd"/>
      <w:r w:rsidRPr="00AC52C9">
        <w:t xml:space="preserve"> </w:t>
      </w:r>
      <w:proofErr w:type="spellStart"/>
      <w:r w:rsidRPr="00AC52C9">
        <w:t>bersifat</w:t>
      </w:r>
      <w:proofErr w:type="spellEnd"/>
      <w:r w:rsidRPr="00AC52C9">
        <w:t xml:space="preserve"> </w:t>
      </w:r>
      <w:proofErr w:type="spellStart"/>
      <w:r w:rsidRPr="00AC52C9">
        <w:t>karsinogenik</w:t>
      </w:r>
      <w:proofErr w:type="spellEnd"/>
      <w:r w:rsidRPr="00AC52C9">
        <w:t xml:space="preserve"> </w:t>
      </w:r>
      <w:proofErr w:type="spellStart"/>
      <w:r w:rsidRPr="00AC52C9">
        <w:t>serta</w:t>
      </w:r>
      <w:proofErr w:type="spellEnd"/>
      <w:r w:rsidRPr="00AC52C9">
        <w:t xml:space="preserve"> </w:t>
      </w:r>
      <w:proofErr w:type="spellStart"/>
      <w:r w:rsidRPr="00AC52C9">
        <w:t>berisiko</w:t>
      </w:r>
      <w:proofErr w:type="spellEnd"/>
      <w:r w:rsidRPr="00AC52C9">
        <w:t xml:space="preserve"> </w:t>
      </w:r>
      <w:proofErr w:type="spellStart"/>
      <w:r w:rsidRPr="00AC52C9">
        <w:t>memicu</w:t>
      </w:r>
      <w:proofErr w:type="spellEnd"/>
      <w:r w:rsidRPr="00AC52C9">
        <w:t xml:space="preserve"> </w:t>
      </w:r>
      <w:proofErr w:type="spellStart"/>
      <w:r w:rsidRPr="00AC52C9">
        <w:t>gangguan</w:t>
      </w:r>
      <w:proofErr w:type="spellEnd"/>
      <w:r w:rsidRPr="00AC52C9">
        <w:t xml:space="preserve"> </w:t>
      </w:r>
      <w:proofErr w:type="spellStart"/>
      <w:r w:rsidRPr="00AC52C9">
        <w:t>kesehatan</w:t>
      </w:r>
      <w:proofErr w:type="spellEnd"/>
      <w:r w:rsidRPr="00AC52C9">
        <w:t xml:space="preserve"> fatal, </w:t>
      </w:r>
      <w:proofErr w:type="spellStart"/>
      <w:r w:rsidRPr="00AC52C9">
        <w:t>seperti</w:t>
      </w:r>
      <w:proofErr w:type="spellEnd"/>
      <w:r w:rsidRPr="00AC52C9">
        <w:t xml:space="preserve"> </w:t>
      </w:r>
      <w:proofErr w:type="spellStart"/>
      <w:r w:rsidRPr="00AC52C9">
        <w:t>iritasi</w:t>
      </w:r>
      <w:proofErr w:type="spellEnd"/>
      <w:r w:rsidRPr="00AC52C9">
        <w:t xml:space="preserve"> </w:t>
      </w:r>
      <w:proofErr w:type="spellStart"/>
      <w:r w:rsidRPr="00AC52C9">
        <w:t>saluran</w:t>
      </w:r>
      <w:proofErr w:type="spellEnd"/>
      <w:r w:rsidRPr="00AC52C9">
        <w:t xml:space="preserve"> </w:t>
      </w:r>
      <w:proofErr w:type="spellStart"/>
      <w:r w:rsidRPr="00AC52C9">
        <w:t>pencernaan</w:t>
      </w:r>
      <w:proofErr w:type="spellEnd"/>
      <w:r w:rsidRPr="00AC52C9">
        <w:t xml:space="preserve">, </w:t>
      </w:r>
      <w:proofErr w:type="spellStart"/>
      <w:r w:rsidRPr="00AC52C9">
        <w:t>kerusakan</w:t>
      </w:r>
      <w:proofErr w:type="spellEnd"/>
      <w:r w:rsidRPr="00AC52C9">
        <w:t xml:space="preserve"> organ </w:t>
      </w:r>
      <w:proofErr w:type="spellStart"/>
      <w:r w:rsidRPr="00AC52C9">
        <w:t>ginjal</w:t>
      </w:r>
      <w:proofErr w:type="spellEnd"/>
      <w:r w:rsidRPr="00AC52C9">
        <w:t xml:space="preserve">, </w:t>
      </w:r>
      <w:proofErr w:type="spellStart"/>
      <w:r w:rsidRPr="00AC52C9">
        <w:t>hingga</w:t>
      </w:r>
      <w:proofErr w:type="spellEnd"/>
      <w:r w:rsidRPr="00AC52C9">
        <w:t xml:space="preserve"> </w:t>
      </w:r>
      <w:proofErr w:type="spellStart"/>
      <w:r w:rsidRPr="00AC52C9">
        <w:t>kanker</w:t>
      </w:r>
      <w:proofErr w:type="spellEnd"/>
      <w:r w:rsidRPr="00AC52C9">
        <w:t xml:space="preserve">. </w:t>
      </w:r>
      <w:proofErr w:type="spellStart"/>
      <w:r w:rsidRPr="00AC52C9">
        <w:t>Namun</w:t>
      </w:r>
      <w:proofErr w:type="spellEnd"/>
      <w:r w:rsidRPr="00AC52C9">
        <w:t xml:space="preserve">, </w:t>
      </w:r>
      <w:proofErr w:type="spellStart"/>
      <w:r w:rsidRPr="00AC52C9">
        <w:t>praktik</w:t>
      </w:r>
      <w:proofErr w:type="spellEnd"/>
      <w:r w:rsidRPr="00AC52C9">
        <w:t xml:space="preserve"> </w:t>
      </w:r>
      <w:proofErr w:type="spellStart"/>
      <w:r w:rsidRPr="00AC52C9">
        <w:t>manipulasi</w:t>
      </w:r>
      <w:proofErr w:type="spellEnd"/>
      <w:r w:rsidRPr="00AC52C9">
        <w:t xml:space="preserve"> </w:t>
      </w:r>
      <w:proofErr w:type="spellStart"/>
      <w:r w:rsidRPr="00AC52C9">
        <w:t>pengawetan</w:t>
      </w:r>
      <w:proofErr w:type="spellEnd"/>
      <w:r w:rsidRPr="00AC52C9">
        <w:t xml:space="preserve"> </w:t>
      </w:r>
      <w:proofErr w:type="spellStart"/>
      <w:r w:rsidRPr="00AC52C9">
        <w:t>ini</w:t>
      </w:r>
      <w:proofErr w:type="spellEnd"/>
      <w:r w:rsidRPr="00AC52C9">
        <w:t xml:space="preserve"> </w:t>
      </w:r>
      <w:proofErr w:type="spellStart"/>
      <w:r w:rsidRPr="00AC52C9">
        <w:t>masih</w:t>
      </w:r>
      <w:proofErr w:type="spellEnd"/>
      <w:r w:rsidRPr="00AC52C9">
        <w:t xml:space="preserve"> </w:t>
      </w:r>
      <w:proofErr w:type="spellStart"/>
      <w:r w:rsidRPr="00AC52C9">
        <w:t>marak</w:t>
      </w:r>
      <w:proofErr w:type="spellEnd"/>
      <w:r w:rsidRPr="00AC52C9">
        <w:t xml:space="preserve"> </w:t>
      </w:r>
      <w:proofErr w:type="spellStart"/>
      <w:r w:rsidRPr="00AC52C9">
        <w:t>ditemukan</w:t>
      </w:r>
      <w:proofErr w:type="spellEnd"/>
      <w:r w:rsidRPr="00AC52C9">
        <w:t xml:space="preserve"> pada </w:t>
      </w:r>
      <w:proofErr w:type="spellStart"/>
      <w:r w:rsidRPr="00AC52C9">
        <w:t>komoditas</w:t>
      </w:r>
      <w:proofErr w:type="spellEnd"/>
      <w:r w:rsidRPr="00AC52C9">
        <w:t xml:space="preserve"> </w:t>
      </w:r>
      <w:proofErr w:type="spellStart"/>
      <w:r w:rsidRPr="00AC52C9">
        <w:t>perikanan</w:t>
      </w:r>
      <w:proofErr w:type="spellEnd"/>
      <w:r w:rsidRPr="00AC52C9">
        <w:t xml:space="preserve"> yang </w:t>
      </w:r>
      <w:proofErr w:type="spellStart"/>
      <w:r w:rsidRPr="00AC52C9">
        <w:t>beredar</w:t>
      </w:r>
      <w:proofErr w:type="spellEnd"/>
      <w:r w:rsidRPr="00AC52C9">
        <w:t xml:space="preserve"> di pasar—</w:t>
      </w:r>
      <w:proofErr w:type="spellStart"/>
      <w:r w:rsidRPr="00AC52C9">
        <w:t>termasuk</w:t>
      </w:r>
      <w:proofErr w:type="spellEnd"/>
      <w:r w:rsidRPr="00AC52C9">
        <w:t xml:space="preserve"> di Gorontalo—</w:t>
      </w:r>
      <w:proofErr w:type="spellStart"/>
      <w:r w:rsidRPr="00AC52C9">
        <w:t>akibat</w:t>
      </w:r>
      <w:proofErr w:type="spellEnd"/>
      <w:r w:rsidRPr="00AC52C9">
        <w:t xml:space="preserve"> </w:t>
      </w:r>
      <w:proofErr w:type="spellStart"/>
      <w:r w:rsidRPr="00AC52C9">
        <w:t>sifat</w:t>
      </w:r>
      <w:proofErr w:type="spellEnd"/>
      <w:r w:rsidRPr="00AC52C9">
        <w:t xml:space="preserve"> </w:t>
      </w:r>
      <w:proofErr w:type="spellStart"/>
      <w:r w:rsidRPr="00AC52C9">
        <w:t>produk</w:t>
      </w:r>
      <w:proofErr w:type="spellEnd"/>
      <w:r w:rsidRPr="00AC52C9">
        <w:t xml:space="preserve"> yang </w:t>
      </w:r>
      <w:proofErr w:type="spellStart"/>
      <w:r w:rsidRPr="00AC52C9">
        <w:t>berorientasi</w:t>
      </w:r>
      <w:proofErr w:type="spellEnd"/>
      <w:r w:rsidRPr="00AC52C9">
        <w:t xml:space="preserve"> pada </w:t>
      </w:r>
      <w:proofErr w:type="spellStart"/>
      <w:r w:rsidRPr="00AC52C9">
        <w:t>kemunduran</w:t>
      </w:r>
      <w:proofErr w:type="spellEnd"/>
      <w:r w:rsidRPr="00AC52C9">
        <w:t xml:space="preserve"> </w:t>
      </w:r>
      <w:proofErr w:type="spellStart"/>
      <w:r w:rsidRPr="00AC52C9">
        <w:t>mutu</w:t>
      </w:r>
      <w:proofErr w:type="spellEnd"/>
      <w:r w:rsidRPr="00AC52C9">
        <w:t xml:space="preserve"> </w:t>
      </w:r>
      <w:proofErr w:type="spellStart"/>
      <w:r w:rsidRPr="00AC52C9">
        <w:t>dengan</w:t>
      </w:r>
      <w:proofErr w:type="spellEnd"/>
      <w:r w:rsidRPr="00AC52C9">
        <w:t xml:space="preserve"> </w:t>
      </w:r>
      <w:proofErr w:type="spellStart"/>
      <w:r w:rsidRPr="00AC52C9">
        <w:t>cepat</w:t>
      </w:r>
      <w:proofErr w:type="spellEnd"/>
      <w:r w:rsidRPr="00AC52C9">
        <w:t xml:space="preserve"> (</w:t>
      </w:r>
      <w:r w:rsidRPr="00AC52C9">
        <w:rPr>
          <w:i/>
          <w:iCs/>
        </w:rPr>
        <w:t>highly perishable</w:t>
      </w:r>
      <w:r w:rsidRPr="00AC52C9">
        <w:t>).</w:t>
      </w:r>
    </w:p>
    <w:p w14:paraId="3B302B22" w14:textId="7D5C9488" w:rsidR="00D81D76" w:rsidRPr="00AC52C9" w:rsidRDefault="008179C0" w:rsidP="00D81D76">
      <w:pPr>
        <w:spacing w:after="160" w:line="278" w:lineRule="auto"/>
        <w:jc w:val="both"/>
      </w:pPr>
      <w:proofErr w:type="spellStart"/>
      <w:r w:rsidRPr="00AC52C9">
        <w:t>Fokus</w:t>
      </w:r>
      <w:proofErr w:type="spellEnd"/>
      <w:r w:rsidRPr="00AC52C9">
        <w:t xml:space="preserve"> </w:t>
      </w:r>
      <w:proofErr w:type="spellStart"/>
      <w:r w:rsidRPr="00AC52C9">
        <w:t>utama</w:t>
      </w:r>
      <w:proofErr w:type="spellEnd"/>
      <w:r w:rsidRPr="00AC52C9">
        <w:t xml:space="preserve"> </w:t>
      </w:r>
      <w:proofErr w:type="spellStart"/>
      <w:r w:rsidRPr="00AC52C9">
        <w:t>studi</w:t>
      </w:r>
      <w:proofErr w:type="spellEnd"/>
      <w:r w:rsidRPr="00AC52C9">
        <w:t xml:space="preserve"> </w:t>
      </w:r>
      <w:proofErr w:type="spellStart"/>
      <w:r w:rsidRPr="00AC52C9">
        <w:t>ini</w:t>
      </w:r>
      <w:proofErr w:type="spellEnd"/>
      <w:r w:rsidRPr="00AC52C9">
        <w:t xml:space="preserve"> </w:t>
      </w:r>
      <w:proofErr w:type="spellStart"/>
      <w:r w:rsidRPr="00AC52C9">
        <w:t>berakar</w:t>
      </w:r>
      <w:proofErr w:type="spellEnd"/>
      <w:r w:rsidRPr="00AC52C9">
        <w:t xml:space="preserve"> </w:t>
      </w:r>
      <w:proofErr w:type="spellStart"/>
      <w:r w:rsidRPr="00AC52C9">
        <w:t>dari</w:t>
      </w:r>
      <w:proofErr w:type="spellEnd"/>
      <w:r w:rsidRPr="00AC52C9">
        <w:t xml:space="preserve"> </w:t>
      </w:r>
      <w:proofErr w:type="spellStart"/>
      <w:r w:rsidRPr="00AC52C9">
        <w:t>minimnya</w:t>
      </w:r>
      <w:proofErr w:type="spellEnd"/>
      <w:r w:rsidRPr="00AC52C9">
        <w:t xml:space="preserve"> data </w:t>
      </w:r>
      <w:proofErr w:type="spellStart"/>
      <w:r w:rsidRPr="00AC52C9">
        <w:t>ilmiah</w:t>
      </w:r>
      <w:proofErr w:type="spellEnd"/>
      <w:r w:rsidRPr="00AC52C9">
        <w:t xml:space="preserve"> yang </w:t>
      </w:r>
      <w:proofErr w:type="spellStart"/>
      <w:r w:rsidRPr="00AC52C9">
        <w:t>komprehensif</w:t>
      </w:r>
      <w:proofErr w:type="spellEnd"/>
      <w:r w:rsidRPr="00AC52C9">
        <w:t xml:space="preserve"> </w:t>
      </w:r>
      <w:proofErr w:type="spellStart"/>
      <w:r w:rsidRPr="00AC52C9">
        <w:t>mengenai</w:t>
      </w:r>
      <w:proofErr w:type="spellEnd"/>
      <w:r w:rsidRPr="00AC52C9">
        <w:t xml:space="preserve"> status </w:t>
      </w:r>
      <w:proofErr w:type="spellStart"/>
      <w:r w:rsidRPr="00AC52C9">
        <w:t>paparan</w:t>
      </w:r>
      <w:proofErr w:type="spellEnd"/>
      <w:r w:rsidRPr="00AC52C9">
        <w:t xml:space="preserve"> formalin pada ikan </w:t>
      </w:r>
      <w:proofErr w:type="spellStart"/>
      <w:r w:rsidRPr="00AC52C9">
        <w:t>cakalang</w:t>
      </w:r>
      <w:proofErr w:type="spellEnd"/>
      <w:r w:rsidRPr="00AC52C9">
        <w:t xml:space="preserve"> segar </w:t>
      </w:r>
      <w:proofErr w:type="spellStart"/>
      <w:r w:rsidRPr="00AC52C9">
        <w:t>maupun</w:t>
      </w:r>
      <w:proofErr w:type="spellEnd"/>
      <w:r w:rsidRPr="00AC52C9">
        <w:t xml:space="preserve"> </w:t>
      </w:r>
      <w:proofErr w:type="spellStart"/>
      <w:r w:rsidRPr="00AC52C9">
        <w:t>olahan</w:t>
      </w:r>
      <w:proofErr w:type="spellEnd"/>
      <w:r w:rsidRPr="00AC52C9">
        <w:t xml:space="preserve"> asap. </w:t>
      </w:r>
      <w:proofErr w:type="spellStart"/>
      <w:r w:rsidRPr="00AC52C9">
        <w:t>Padahal</w:t>
      </w:r>
      <w:proofErr w:type="spellEnd"/>
      <w:r w:rsidRPr="00AC52C9">
        <w:t xml:space="preserve">, </w:t>
      </w:r>
      <w:proofErr w:type="spellStart"/>
      <w:r w:rsidRPr="00AC52C9">
        <w:t>komoditas</w:t>
      </w:r>
      <w:proofErr w:type="spellEnd"/>
      <w:r w:rsidRPr="00AC52C9">
        <w:t xml:space="preserve"> </w:t>
      </w:r>
      <w:proofErr w:type="spellStart"/>
      <w:r w:rsidRPr="00AC52C9">
        <w:t>ini</w:t>
      </w:r>
      <w:proofErr w:type="spellEnd"/>
      <w:r w:rsidRPr="00AC52C9">
        <w:t xml:space="preserve"> </w:t>
      </w:r>
      <w:proofErr w:type="spellStart"/>
      <w:r w:rsidRPr="00AC52C9">
        <w:t>menduduki</w:t>
      </w:r>
      <w:proofErr w:type="spellEnd"/>
      <w:r w:rsidRPr="00AC52C9">
        <w:t xml:space="preserve"> </w:t>
      </w:r>
      <w:proofErr w:type="spellStart"/>
      <w:r w:rsidRPr="00AC52C9">
        <w:t>posisi</w:t>
      </w:r>
      <w:proofErr w:type="spellEnd"/>
      <w:r w:rsidRPr="00AC52C9">
        <w:t xml:space="preserve"> </w:t>
      </w:r>
      <w:proofErr w:type="spellStart"/>
      <w:r w:rsidRPr="00AC52C9">
        <w:t>penting</w:t>
      </w:r>
      <w:proofErr w:type="spellEnd"/>
      <w:r w:rsidRPr="00AC52C9">
        <w:t xml:space="preserve"> </w:t>
      </w:r>
      <w:proofErr w:type="spellStart"/>
      <w:r w:rsidRPr="00AC52C9">
        <w:t>sebagai</w:t>
      </w:r>
      <w:proofErr w:type="spellEnd"/>
      <w:r w:rsidRPr="00AC52C9">
        <w:t xml:space="preserve"> </w:t>
      </w:r>
      <w:proofErr w:type="spellStart"/>
      <w:r w:rsidRPr="00AC52C9">
        <w:t>produk</w:t>
      </w:r>
      <w:proofErr w:type="spellEnd"/>
      <w:r w:rsidRPr="00AC52C9">
        <w:t xml:space="preserve"> </w:t>
      </w:r>
      <w:proofErr w:type="spellStart"/>
      <w:r w:rsidRPr="00AC52C9">
        <w:t>unggulan</w:t>
      </w:r>
      <w:proofErr w:type="spellEnd"/>
      <w:r w:rsidRPr="00AC52C9">
        <w:t xml:space="preserve"> </w:t>
      </w:r>
      <w:proofErr w:type="spellStart"/>
      <w:r w:rsidRPr="00AC52C9">
        <w:t>daerah</w:t>
      </w:r>
      <w:proofErr w:type="spellEnd"/>
      <w:r w:rsidRPr="00AC52C9">
        <w:t xml:space="preserve">. Selain </w:t>
      </w:r>
      <w:proofErr w:type="spellStart"/>
      <w:r w:rsidRPr="00AC52C9">
        <w:t>memetakan</w:t>
      </w:r>
      <w:proofErr w:type="spellEnd"/>
      <w:r w:rsidRPr="00AC52C9">
        <w:t xml:space="preserve"> </w:t>
      </w:r>
      <w:proofErr w:type="spellStart"/>
      <w:r w:rsidRPr="00AC52C9">
        <w:t>tingkat</w:t>
      </w:r>
      <w:proofErr w:type="spellEnd"/>
      <w:r w:rsidRPr="00AC52C9">
        <w:t xml:space="preserve"> </w:t>
      </w:r>
      <w:proofErr w:type="spellStart"/>
      <w:r w:rsidRPr="00AC52C9">
        <w:lastRenderedPageBreak/>
        <w:t>kontaminasi</w:t>
      </w:r>
      <w:proofErr w:type="spellEnd"/>
      <w:r w:rsidRPr="00AC52C9">
        <w:t xml:space="preserve">, </w:t>
      </w:r>
      <w:proofErr w:type="spellStart"/>
      <w:r w:rsidRPr="00AC52C9">
        <w:t>penelitian</w:t>
      </w:r>
      <w:proofErr w:type="spellEnd"/>
      <w:r w:rsidRPr="00AC52C9">
        <w:t xml:space="preserve"> </w:t>
      </w:r>
      <w:proofErr w:type="spellStart"/>
      <w:r w:rsidRPr="00AC52C9">
        <w:t>ini</w:t>
      </w:r>
      <w:proofErr w:type="spellEnd"/>
      <w:r w:rsidRPr="00AC52C9">
        <w:t xml:space="preserve"> </w:t>
      </w:r>
      <w:proofErr w:type="spellStart"/>
      <w:r w:rsidRPr="00AC52C9">
        <w:t>menganalisis</w:t>
      </w:r>
      <w:proofErr w:type="spellEnd"/>
      <w:r w:rsidRPr="00AC52C9">
        <w:t xml:space="preserve"> </w:t>
      </w:r>
      <w:proofErr w:type="spellStart"/>
      <w:r w:rsidRPr="00AC52C9">
        <w:t>keterkaitan</w:t>
      </w:r>
      <w:proofErr w:type="spellEnd"/>
      <w:r w:rsidRPr="00AC52C9">
        <w:t xml:space="preserve"> </w:t>
      </w:r>
      <w:proofErr w:type="spellStart"/>
      <w:r w:rsidRPr="00AC52C9">
        <w:t>antara</w:t>
      </w:r>
      <w:proofErr w:type="spellEnd"/>
      <w:r w:rsidRPr="00AC52C9">
        <w:t xml:space="preserve"> </w:t>
      </w:r>
      <w:proofErr w:type="spellStart"/>
      <w:r w:rsidRPr="00AC52C9">
        <w:t>kadar</w:t>
      </w:r>
      <w:proofErr w:type="spellEnd"/>
      <w:r w:rsidRPr="00AC52C9">
        <w:t xml:space="preserve"> formalin </w:t>
      </w:r>
      <w:proofErr w:type="spellStart"/>
      <w:r w:rsidRPr="00AC52C9">
        <w:t>dengan</w:t>
      </w:r>
      <w:proofErr w:type="spellEnd"/>
      <w:r w:rsidRPr="00AC52C9">
        <w:t xml:space="preserve"> </w:t>
      </w:r>
      <w:proofErr w:type="spellStart"/>
      <w:r w:rsidRPr="00AC52C9">
        <w:t>karakteristik</w:t>
      </w:r>
      <w:proofErr w:type="spellEnd"/>
      <w:r w:rsidRPr="00AC52C9">
        <w:t xml:space="preserve"> </w:t>
      </w:r>
      <w:proofErr w:type="spellStart"/>
      <w:r w:rsidRPr="00AC52C9">
        <w:t>mutu</w:t>
      </w:r>
      <w:proofErr w:type="spellEnd"/>
      <w:r w:rsidRPr="00AC52C9">
        <w:t xml:space="preserve"> ikan, </w:t>
      </w:r>
      <w:proofErr w:type="spellStart"/>
      <w:r w:rsidRPr="00AC52C9">
        <w:t>serta</w:t>
      </w:r>
      <w:proofErr w:type="spellEnd"/>
      <w:r w:rsidRPr="00AC52C9">
        <w:t xml:space="preserve"> </w:t>
      </w:r>
      <w:proofErr w:type="spellStart"/>
      <w:r w:rsidRPr="00AC52C9">
        <w:t>mengevaluasi</w:t>
      </w:r>
      <w:proofErr w:type="spellEnd"/>
      <w:r w:rsidRPr="00AC52C9">
        <w:t xml:space="preserve"> </w:t>
      </w:r>
      <w:proofErr w:type="spellStart"/>
      <w:r w:rsidRPr="00AC52C9">
        <w:t>sejauh</w:t>
      </w:r>
      <w:proofErr w:type="spellEnd"/>
      <w:r w:rsidRPr="00AC52C9">
        <w:t xml:space="preserve"> mana </w:t>
      </w:r>
      <w:proofErr w:type="spellStart"/>
      <w:r w:rsidRPr="00AC52C9">
        <w:t>praktik</w:t>
      </w:r>
      <w:proofErr w:type="spellEnd"/>
      <w:r w:rsidRPr="00AC52C9">
        <w:t xml:space="preserve"> </w:t>
      </w:r>
      <w:proofErr w:type="spellStart"/>
      <w:r w:rsidRPr="00AC52C9">
        <w:t>penanganan</w:t>
      </w:r>
      <w:proofErr w:type="spellEnd"/>
      <w:r w:rsidRPr="00AC52C9">
        <w:t xml:space="preserve"> </w:t>
      </w:r>
      <w:proofErr w:type="spellStart"/>
      <w:r w:rsidRPr="00AC52C9">
        <w:t>pascapanen</w:t>
      </w:r>
      <w:proofErr w:type="spellEnd"/>
      <w:r w:rsidRPr="00AC52C9">
        <w:t xml:space="preserve"> </w:t>
      </w:r>
      <w:proofErr w:type="spellStart"/>
      <w:r w:rsidRPr="00AC52C9">
        <w:t>memengaruhi</w:t>
      </w:r>
      <w:proofErr w:type="spellEnd"/>
      <w:r w:rsidRPr="00AC52C9">
        <w:t xml:space="preserve"> </w:t>
      </w:r>
      <w:proofErr w:type="spellStart"/>
      <w:r w:rsidRPr="00AC52C9">
        <w:t>tingkat</w:t>
      </w:r>
      <w:proofErr w:type="spellEnd"/>
      <w:r w:rsidRPr="00AC52C9">
        <w:t xml:space="preserve"> </w:t>
      </w:r>
      <w:proofErr w:type="spellStart"/>
      <w:r w:rsidRPr="00AC52C9">
        <w:t>keamanan</w:t>
      </w:r>
      <w:proofErr w:type="spellEnd"/>
      <w:r w:rsidRPr="00AC52C9">
        <w:t xml:space="preserve"> </w:t>
      </w:r>
      <w:proofErr w:type="spellStart"/>
      <w:r w:rsidRPr="00AC52C9">
        <w:t>produk</w:t>
      </w:r>
      <w:proofErr w:type="spellEnd"/>
      <w:r w:rsidRPr="00AC52C9">
        <w:t xml:space="preserve"> di </w:t>
      </w:r>
      <w:proofErr w:type="spellStart"/>
      <w:r w:rsidRPr="00AC52C9">
        <w:t>tingkat</w:t>
      </w:r>
      <w:proofErr w:type="spellEnd"/>
      <w:r w:rsidRPr="00AC52C9">
        <w:t xml:space="preserve"> </w:t>
      </w:r>
      <w:proofErr w:type="spellStart"/>
      <w:r w:rsidRPr="00AC52C9">
        <w:t>konsumen</w:t>
      </w:r>
      <w:proofErr w:type="spellEnd"/>
      <w:r w:rsidR="00124AD0">
        <w:t>.</w:t>
      </w:r>
      <w:r w:rsidR="00FB5428">
        <w:t xml:space="preserve"> </w:t>
      </w:r>
      <w:r w:rsidR="00D81D76" w:rsidRPr="00AC52C9">
        <w:t xml:space="preserve">Kajian </w:t>
      </w:r>
      <w:proofErr w:type="spellStart"/>
      <w:r w:rsidR="00D81D76" w:rsidRPr="00AC52C9">
        <w:t>keamanan</w:t>
      </w:r>
      <w:proofErr w:type="spellEnd"/>
      <w:r w:rsidR="00D81D76" w:rsidRPr="00AC52C9">
        <w:t xml:space="preserve"> </w:t>
      </w:r>
      <w:proofErr w:type="spellStart"/>
      <w:r w:rsidR="00D81D76" w:rsidRPr="00AC52C9">
        <w:t>pangan</w:t>
      </w:r>
      <w:proofErr w:type="spellEnd"/>
      <w:r w:rsidR="00D81D76" w:rsidRPr="00AC52C9">
        <w:t xml:space="preserve"> pada </w:t>
      </w:r>
      <w:proofErr w:type="spellStart"/>
      <w:r w:rsidR="00D81D76" w:rsidRPr="00AC52C9">
        <w:t>produk</w:t>
      </w:r>
      <w:proofErr w:type="spellEnd"/>
      <w:r w:rsidR="00D81D76" w:rsidRPr="00AC52C9">
        <w:t xml:space="preserve"> </w:t>
      </w:r>
      <w:proofErr w:type="spellStart"/>
      <w:r w:rsidR="00D81D76" w:rsidRPr="00AC52C9">
        <w:t>perikanan</w:t>
      </w:r>
      <w:proofErr w:type="spellEnd"/>
      <w:r w:rsidR="00D81D76" w:rsidRPr="00AC52C9">
        <w:t xml:space="preserve"> di Gorontalo </w:t>
      </w:r>
      <w:proofErr w:type="spellStart"/>
      <w:r w:rsidR="00D81D76" w:rsidRPr="00AC52C9">
        <w:t>sebenarnya</w:t>
      </w:r>
      <w:proofErr w:type="spellEnd"/>
      <w:r w:rsidR="00D81D76" w:rsidRPr="00AC52C9">
        <w:t xml:space="preserve"> </w:t>
      </w:r>
      <w:proofErr w:type="spellStart"/>
      <w:r w:rsidR="00D81D76" w:rsidRPr="00AC52C9">
        <w:t>telah</w:t>
      </w:r>
      <w:proofErr w:type="spellEnd"/>
      <w:r w:rsidR="00D81D76" w:rsidRPr="00AC52C9">
        <w:t xml:space="preserve"> </w:t>
      </w:r>
      <w:proofErr w:type="spellStart"/>
      <w:r w:rsidR="00D81D76" w:rsidRPr="00AC52C9">
        <w:t>diinisiasi</w:t>
      </w:r>
      <w:proofErr w:type="spellEnd"/>
      <w:r w:rsidR="00D81D76" w:rsidRPr="00AC52C9">
        <w:t xml:space="preserve"> oleh </w:t>
      </w:r>
      <w:proofErr w:type="spellStart"/>
      <w:r w:rsidR="00D81D76" w:rsidRPr="00AC52C9">
        <w:t>beberapa</w:t>
      </w:r>
      <w:proofErr w:type="spellEnd"/>
      <w:r w:rsidR="00D81D76" w:rsidRPr="00AC52C9">
        <w:t xml:space="preserve"> </w:t>
      </w:r>
      <w:proofErr w:type="spellStart"/>
      <w:r w:rsidR="00D81D76" w:rsidRPr="00AC52C9">
        <w:t>peneliti</w:t>
      </w:r>
      <w:proofErr w:type="spellEnd"/>
      <w:r w:rsidR="00D81D76" w:rsidRPr="00AC52C9">
        <w:t xml:space="preserve"> </w:t>
      </w:r>
      <w:proofErr w:type="spellStart"/>
      <w:r w:rsidR="00D81D76" w:rsidRPr="00AC52C9">
        <w:t>terdahulu</w:t>
      </w:r>
      <w:proofErr w:type="spellEnd"/>
      <w:r w:rsidR="00D81D76" w:rsidRPr="00AC52C9">
        <w:t xml:space="preserve">, </w:t>
      </w:r>
      <w:proofErr w:type="spellStart"/>
      <w:r w:rsidR="00D81D76" w:rsidRPr="00AC52C9">
        <w:t>meskipun</w:t>
      </w:r>
      <w:proofErr w:type="spellEnd"/>
      <w:r w:rsidR="00D81D76" w:rsidRPr="00AC52C9">
        <w:t xml:space="preserve"> </w:t>
      </w:r>
      <w:proofErr w:type="spellStart"/>
      <w:r w:rsidR="00D81D76" w:rsidRPr="00AC52C9">
        <w:t>cakupannya</w:t>
      </w:r>
      <w:proofErr w:type="spellEnd"/>
      <w:r w:rsidR="00D81D76" w:rsidRPr="00AC52C9">
        <w:t xml:space="preserve"> </w:t>
      </w:r>
      <w:proofErr w:type="spellStart"/>
      <w:r w:rsidR="00D81D76" w:rsidRPr="00AC52C9">
        <w:t>terbatas</w:t>
      </w:r>
      <w:proofErr w:type="spellEnd"/>
      <w:r w:rsidR="00D81D76" w:rsidRPr="00AC52C9">
        <w:t xml:space="preserve"> pada </w:t>
      </w:r>
      <w:proofErr w:type="spellStart"/>
      <w:r w:rsidR="00D81D76" w:rsidRPr="00AC52C9">
        <w:t>jenis</w:t>
      </w:r>
      <w:proofErr w:type="spellEnd"/>
      <w:r w:rsidR="00D81D76" w:rsidRPr="00AC52C9">
        <w:t xml:space="preserve"> </w:t>
      </w:r>
      <w:proofErr w:type="spellStart"/>
      <w:r w:rsidR="00D81D76" w:rsidRPr="00AC52C9">
        <w:t>komoditas</w:t>
      </w:r>
      <w:proofErr w:type="spellEnd"/>
      <w:r w:rsidR="00D81D76" w:rsidRPr="00AC52C9">
        <w:t xml:space="preserve"> </w:t>
      </w:r>
      <w:proofErr w:type="spellStart"/>
      <w:r w:rsidR="00D81D76" w:rsidRPr="00AC52C9">
        <w:t>tertentu</w:t>
      </w:r>
      <w:proofErr w:type="spellEnd"/>
      <w:r w:rsidR="00D81D76" w:rsidRPr="00AC52C9">
        <w:t xml:space="preserve">. </w:t>
      </w:r>
      <w:r w:rsidR="00F60C56">
        <w:fldChar w:fldCharType="begin" w:fldLock="1"/>
      </w:r>
      <w:r w:rsidR="00971AC5">
        <w:instrText>ADDIN CSL_CITATION {"citationItems":[{"id":"ITEM-1","itemData":{"ISBN":"0127081992","abstract":"Pengolahan ikan teri (Stolephorus sp) asin kering secara tradisional kurang memperhatikan aspek sanitasi dan hygiene dalam proses persiapan, pengolahan dan penyimpanan produk sehingga mudah mengalami kerusakan secara mikrobiologis, kimiawi dan organoleptik. Penggunaan bahan kimia berbahaya seperti formalin biasa diambil sebagai jalan pintas untuk mengatasi masalah tersebut. Penelitian ini bertujuan melihat karakteristik kimia dan mikrobiologi ikan teri (Stolephorus sp) asin kering yang dipasarkan di Kota Gorontalo. Diterapkan metode deskriptif dengan melakukan observasi, kuisioner, dan data hasil pengujian laboratorium. Tempat pengambilan sampel di tiga pasar di Kota Gorontalo yaitu Pasar S, Pasar L dan toko swalayan H. Sampel ikan teri (Stolephorus sp) asin kering yang sejenis diambil sebanyak 1 kg pada masing-masing lokasi penjualan. Pengujian formalin dilakukan dalam dua kali ulangan. Hasil uji menunjukkan formalin tidak terdeteksi pada ikan teri asin kering pada ketiga lokasi pengambilan sampel. Karakteristik mutu ikan teri yang dijual di tiga pasar tersebut masih memenuhi standar yang dipersyaratkan SNI 01-2708-1992 untuk ikan teri (Stolephorus sp) asin kering","author":[{"dropping-particle":"","family":"Mobonggi","given":"Liska","non-dropping-particle":"","parse-names":false,"suffix":""},{"dropping-particle":"","family":"Asri Silvana Naiu","given":"","non-dropping-particle":"","parse-names":false,"suffix":""},{"dropping-particle":"","family":"Mile","given":"Lukman","non-dropping-particle":"","parse-names":false,"suffix":""}],"container-title":"Jurnal Ilmiah Perikanan dan Kelautan","id":"ITEM-1","issue":"1","issued":{"date-parts":[["2014"]]},"page":"1-3","title":"Uji Formalin pada Ikan Teri Asin Kering di Kota Gorontalo","type":"article-journal","volume":"2"},"uris":["http://www.mendeley.com/documents/?uuid=6ca86840-fc2d-43d5-ae32-33606f853723"]}],"mendeley":{"formattedCitation":"(Mobonggi et al., 2014)","plainTextFormattedCitation":"(Mobonggi et al., 2014)","previouslyFormattedCitation":"(Mobonggi et al., 2014)"},"properties":{"noteIndex":0},"schema":"https://github.com/citation-style-language/schema/raw/master/csl-citation.json"}</w:instrText>
      </w:r>
      <w:r w:rsidR="00F60C56">
        <w:fldChar w:fldCharType="separate"/>
      </w:r>
      <w:r w:rsidR="00F60C56" w:rsidRPr="00F60C56">
        <w:rPr>
          <w:noProof/>
        </w:rPr>
        <w:t>(Mobonggi et al., 2014)</w:t>
      </w:r>
      <w:r w:rsidR="00F60C56">
        <w:fldChar w:fldCharType="end"/>
      </w:r>
      <w:r w:rsidR="00D81D76" w:rsidRPr="00AC52C9">
        <w:t xml:space="preserve"> </w:t>
      </w:r>
      <w:proofErr w:type="spellStart"/>
      <w:r w:rsidR="00F60C56">
        <w:t>Mengidentifikasi</w:t>
      </w:r>
      <w:proofErr w:type="spellEnd"/>
      <w:r w:rsidR="00D81D76" w:rsidRPr="00AC52C9">
        <w:t xml:space="preserve"> ikan </w:t>
      </w:r>
      <w:proofErr w:type="spellStart"/>
      <w:r w:rsidR="00D81D76" w:rsidRPr="00AC52C9">
        <w:t>teri</w:t>
      </w:r>
      <w:proofErr w:type="spellEnd"/>
      <w:r w:rsidR="00D81D76" w:rsidRPr="00AC52C9">
        <w:t xml:space="preserve"> </w:t>
      </w:r>
      <w:proofErr w:type="spellStart"/>
      <w:r w:rsidR="00D81D76" w:rsidRPr="00AC52C9">
        <w:t>asin</w:t>
      </w:r>
      <w:proofErr w:type="spellEnd"/>
      <w:r w:rsidR="00D81D76" w:rsidRPr="00AC52C9">
        <w:t xml:space="preserve"> </w:t>
      </w:r>
      <w:proofErr w:type="spellStart"/>
      <w:r w:rsidR="00D81D76" w:rsidRPr="00AC52C9">
        <w:t>kering</w:t>
      </w:r>
      <w:proofErr w:type="spellEnd"/>
      <w:r w:rsidR="00D81D76" w:rsidRPr="00AC52C9">
        <w:t xml:space="preserve"> di Kota Gorontalo dan </w:t>
      </w:r>
      <w:proofErr w:type="spellStart"/>
      <w:r w:rsidR="00D81D76" w:rsidRPr="00AC52C9">
        <w:t>melaporkan</w:t>
      </w:r>
      <w:proofErr w:type="spellEnd"/>
      <w:r w:rsidR="00D81D76" w:rsidRPr="00AC52C9">
        <w:t xml:space="preserve"> </w:t>
      </w:r>
      <w:proofErr w:type="spellStart"/>
      <w:r w:rsidR="00D81D76" w:rsidRPr="00AC52C9">
        <w:t>bahwa</w:t>
      </w:r>
      <w:proofErr w:type="spellEnd"/>
      <w:r w:rsidR="00D81D76" w:rsidRPr="00AC52C9">
        <w:t xml:space="preserve"> </w:t>
      </w:r>
      <w:proofErr w:type="spellStart"/>
      <w:r w:rsidR="00D81D76" w:rsidRPr="00AC52C9">
        <w:t>seluruh</w:t>
      </w:r>
      <w:proofErr w:type="spellEnd"/>
      <w:r w:rsidR="00D81D76" w:rsidRPr="00AC52C9">
        <w:t xml:space="preserve"> </w:t>
      </w:r>
      <w:proofErr w:type="spellStart"/>
      <w:r w:rsidR="00D81D76" w:rsidRPr="00AC52C9">
        <w:t>sampel</w:t>
      </w:r>
      <w:proofErr w:type="spellEnd"/>
      <w:r w:rsidR="00D81D76" w:rsidRPr="00AC52C9">
        <w:t xml:space="preserve"> </w:t>
      </w:r>
      <w:proofErr w:type="spellStart"/>
      <w:r w:rsidR="00D81D76" w:rsidRPr="00AC52C9">
        <w:t>dari</w:t>
      </w:r>
      <w:proofErr w:type="spellEnd"/>
      <w:r w:rsidR="00D81D76" w:rsidRPr="00AC52C9">
        <w:t xml:space="preserve"> </w:t>
      </w:r>
      <w:proofErr w:type="spellStart"/>
      <w:r w:rsidR="00D81D76" w:rsidRPr="00AC52C9">
        <w:t>tiga</w:t>
      </w:r>
      <w:proofErr w:type="spellEnd"/>
      <w:r w:rsidR="00D81D76" w:rsidRPr="00AC52C9">
        <w:t xml:space="preserve"> </w:t>
      </w:r>
      <w:proofErr w:type="spellStart"/>
      <w:r w:rsidR="00D81D76" w:rsidRPr="00AC52C9">
        <w:t>titik</w:t>
      </w:r>
      <w:proofErr w:type="spellEnd"/>
      <w:r w:rsidR="00D81D76" w:rsidRPr="00AC52C9">
        <w:t xml:space="preserve"> </w:t>
      </w:r>
      <w:proofErr w:type="spellStart"/>
      <w:r w:rsidR="00D81D76" w:rsidRPr="00AC52C9">
        <w:t>lokasi</w:t>
      </w:r>
      <w:proofErr w:type="spellEnd"/>
      <w:r w:rsidR="00D81D76" w:rsidRPr="00AC52C9">
        <w:t xml:space="preserve"> pasar </w:t>
      </w:r>
      <w:proofErr w:type="spellStart"/>
      <w:r w:rsidR="00D81D76" w:rsidRPr="00AC52C9">
        <w:t>bebas</w:t>
      </w:r>
      <w:proofErr w:type="spellEnd"/>
      <w:r w:rsidR="00D81D76" w:rsidRPr="00AC52C9">
        <w:t xml:space="preserve"> </w:t>
      </w:r>
      <w:proofErr w:type="spellStart"/>
      <w:r w:rsidR="00D81D76" w:rsidRPr="00AC52C9">
        <w:t>dari</w:t>
      </w:r>
      <w:proofErr w:type="spellEnd"/>
      <w:r w:rsidR="00D81D76" w:rsidRPr="00AC52C9">
        <w:t xml:space="preserve"> formalin, </w:t>
      </w:r>
      <w:proofErr w:type="spellStart"/>
      <w:r w:rsidR="00D81D76" w:rsidRPr="00AC52C9">
        <w:t>serta</w:t>
      </w:r>
      <w:proofErr w:type="spellEnd"/>
      <w:r w:rsidR="00D81D76" w:rsidRPr="00AC52C9">
        <w:t xml:space="preserve"> </w:t>
      </w:r>
      <w:proofErr w:type="spellStart"/>
      <w:r w:rsidR="00D81D76" w:rsidRPr="00AC52C9">
        <w:t>masih</w:t>
      </w:r>
      <w:proofErr w:type="spellEnd"/>
      <w:r w:rsidR="00D81D76" w:rsidRPr="00AC52C9">
        <w:t xml:space="preserve"> </w:t>
      </w:r>
      <w:proofErr w:type="spellStart"/>
      <w:r w:rsidR="00D81D76" w:rsidRPr="00AC52C9">
        <w:t>memenuhi</w:t>
      </w:r>
      <w:proofErr w:type="spellEnd"/>
      <w:r w:rsidR="00D81D76" w:rsidRPr="00AC52C9">
        <w:t xml:space="preserve"> </w:t>
      </w:r>
      <w:proofErr w:type="spellStart"/>
      <w:r w:rsidR="00D81D76" w:rsidRPr="00AC52C9">
        <w:t>kriteria</w:t>
      </w:r>
      <w:proofErr w:type="spellEnd"/>
      <w:r w:rsidR="00D81D76" w:rsidRPr="00AC52C9">
        <w:t xml:space="preserve"> </w:t>
      </w:r>
      <w:proofErr w:type="spellStart"/>
      <w:r w:rsidR="00D81D76" w:rsidRPr="00AC52C9">
        <w:t>mutu</w:t>
      </w:r>
      <w:proofErr w:type="spellEnd"/>
      <w:r w:rsidR="00D81D76" w:rsidRPr="00AC52C9">
        <w:t xml:space="preserve"> SNI. Senada </w:t>
      </w:r>
      <w:proofErr w:type="spellStart"/>
      <w:r w:rsidR="00D81D76" w:rsidRPr="00AC52C9">
        <w:t>dengan</w:t>
      </w:r>
      <w:proofErr w:type="spellEnd"/>
      <w:r w:rsidR="00D81D76" w:rsidRPr="00AC52C9">
        <w:t xml:space="preserve"> </w:t>
      </w:r>
      <w:proofErr w:type="spellStart"/>
      <w:r w:rsidR="00D81D76" w:rsidRPr="00AC52C9">
        <w:t>hal</w:t>
      </w:r>
      <w:proofErr w:type="spellEnd"/>
      <w:r w:rsidR="00D81D76" w:rsidRPr="00AC52C9">
        <w:t xml:space="preserve"> </w:t>
      </w:r>
      <w:proofErr w:type="spellStart"/>
      <w:r w:rsidR="00D81D76" w:rsidRPr="00AC52C9">
        <w:t>tersebut</w:t>
      </w:r>
      <w:proofErr w:type="spellEnd"/>
      <w:r w:rsidR="00D81D76" w:rsidRPr="00AC52C9">
        <w:t xml:space="preserve">, Astuti dan </w:t>
      </w:r>
      <w:r w:rsidR="00971AC5">
        <w:fldChar w:fldCharType="begin" w:fldLock="1"/>
      </w:r>
      <w:r w:rsidR="00E5630B">
        <w:instrText>ADDIN CSL_CITATION {"citationItems":[{"id":"ITEM-1","itemData":{"abstract":"Salted fish is a popular food ingredient among people and much-loved as a side dish every day. Anchovies besides preserved with salt, many have using a preservative synthetic as formaldehyde. Formalin much used as a preservative for food which it is an ingredient poisonous and dangerous to human health. The research was conducted to find out if fish such as salted fish who marketed, positive or negative detected formalin. A method of purposive was used in the study sample with the methods of sampling and testing colorimetry is to look at the change of color on fish. This research result indicates that of salted fish who marketed in gorontalo regency negative detected formalin, but the level of community favorite (organoleptic) very low value .The customers to the low level of fondness of salted fish who marketed because long storage which reached 1-2 months.","author":[{"dropping-particle":"","family":"Astuti","given":"Ida","non-dropping-particle":"","parse-names":false,"suffix":""},{"dropping-particle":"","family":"Tebai","given":"Dan Paulinus","non-dropping-particle":"","parse-names":false,"suffix":""}],"container-title":"Gorontalo Fisheries Journal•","id":"ITEM-1","issue":"1","issued":{"date-parts":[["2018"]]},"title":"Analisis Formalin Ikan Teri (Stolephorus sp) Asin Di Pasar Tradisional Kabupaten Gorntalo","type":"report","volume":"1"},"uris":["http://www.mendeley.com/documents/?uuid=1efb2594-faa5-3db4-9fbe-6669eda17583"]}],"mendeley":{"formattedCitation":"(Astuti &amp; Tebai, 2018)","plainTextFormattedCitation":"(Astuti &amp; Tebai, 2018)","previouslyFormattedCitation":"(Astuti &amp; Tebai, 2018)"},"properties":{"noteIndex":0},"schema":"https://github.com/citation-style-language/schema/raw/master/csl-citation.json"}</w:instrText>
      </w:r>
      <w:r w:rsidR="00971AC5">
        <w:fldChar w:fldCharType="separate"/>
      </w:r>
      <w:r w:rsidR="00971AC5" w:rsidRPr="00971AC5">
        <w:rPr>
          <w:noProof/>
        </w:rPr>
        <w:t>(Astuti &amp; Tebai, 2018)</w:t>
      </w:r>
      <w:r w:rsidR="00971AC5">
        <w:fldChar w:fldCharType="end"/>
      </w:r>
      <w:r w:rsidR="00D81D76" w:rsidRPr="00AC52C9">
        <w:t xml:space="preserve"> </w:t>
      </w:r>
      <w:proofErr w:type="spellStart"/>
      <w:r w:rsidR="00D81D76" w:rsidRPr="00AC52C9">
        <w:t>menemukan</w:t>
      </w:r>
      <w:proofErr w:type="spellEnd"/>
      <w:r w:rsidR="00D81D76" w:rsidRPr="00AC52C9">
        <w:t xml:space="preserve"> </w:t>
      </w:r>
      <w:proofErr w:type="spellStart"/>
      <w:r w:rsidR="00D81D76" w:rsidRPr="00AC52C9">
        <w:t>tingkat</w:t>
      </w:r>
      <w:proofErr w:type="spellEnd"/>
      <w:r w:rsidR="00D81D76" w:rsidRPr="00AC52C9">
        <w:t xml:space="preserve"> </w:t>
      </w:r>
      <w:proofErr w:type="spellStart"/>
      <w:r w:rsidR="00D81D76" w:rsidRPr="00AC52C9">
        <w:t>keberadaan</w:t>
      </w:r>
      <w:proofErr w:type="spellEnd"/>
      <w:r w:rsidR="00D81D76" w:rsidRPr="00AC52C9">
        <w:t xml:space="preserve"> formalin </w:t>
      </w:r>
      <w:proofErr w:type="spellStart"/>
      <w:r w:rsidR="00D81D76" w:rsidRPr="00AC52C9">
        <w:t>sebesar</w:t>
      </w:r>
      <w:proofErr w:type="spellEnd"/>
      <w:r w:rsidR="00D81D76" w:rsidRPr="00AC52C9">
        <w:t xml:space="preserve"> 0% pada </w:t>
      </w:r>
      <w:proofErr w:type="spellStart"/>
      <w:r w:rsidR="00D81D76" w:rsidRPr="00AC52C9">
        <w:t>sampel</w:t>
      </w:r>
      <w:proofErr w:type="spellEnd"/>
      <w:r w:rsidR="00D81D76" w:rsidRPr="00AC52C9">
        <w:t xml:space="preserve"> ikan </w:t>
      </w:r>
      <w:proofErr w:type="spellStart"/>
      <w:r w:rsidR="00D81D76" w:rsidRPr="00AC52C9">
        <w:t>teri</w:t>
      </w:r>
      <w:proofErr w:type="spellEnd"/>
      <w:r w:rsidR="00D81D76" w:rsidRPr="00AC52C9">
        <w:t xml:space="preserve"> </w:t>
      </w:r>
      <w:proofErr w:type="spellStart"/>
      <w:r w:rsidR="00D81D76" w:rsidRPr="00AC52C9">
        <w:t>asin</w:t>
      </w:r>
      <w:proofErr w:type="spellEnd"/>
      <w:r w:rsidR="00D81D76" w:rsidRPr="00AC52C9">
        <w:t xml:space="preserve"> di pasar </w:t>
      </w:r>
      <w:proofErr w:type="spellStart"/>
      <w:r w:rsidR="00D81D76" w:rsidRPr="00AC52C9">
        <w:t>tradisional</w:t>
      </w:r>
      <w:proofErr w:type="spellEnd"/>
      <w:r w:rsidR="00D81D76" w:rsidRPr="00AC52C9">
        <w:t xml:space="preserve"> </w:t>
      </w:r>
      <w:proofErr w:type="spellStart"/>
      <w:r w:rsidR="00D81D76" w:rsidRPr="00AC52C9">
        <w:t>Kabupaten</w:t>
      </w:r>
      <w:proofErr w:type="spellEnd"/>
      <w:r w:rsidR="00D81D76" w:rsidRPr="00AC52C9">
        <w:t xml:space="preserve"> Gorontalo, </w:t>
      </w:r>
      <w:proofErr w:type="spellStart"/>
      <w:r w:rsidR="00D81D76" w:rsidRPr="00AC52C9">
        <w:t>kendati</w:t>
      </w:r>
      <w:proofErr w:type="spellEnd"/>
      <w:r w:rsidR="00D81D76" w:rsidRPr="00AC52C9">
        <w:t xml:space="preserve"> </w:t>
      </w:r>
      <w:proofErr w:type="spellStart"/>
      <w:r w:rsidR="00D81D76" w:rsidRPr="00AC52C9">
        <w:t>tingkat</w:t>
      </w:r>
      <w:proofErr w:type="spellEnd"/>
      <w:r w:rsidR="00D81D76" w:rsidRPr="00AC52C9">
        <w:t xml:space="preserve"> </w:t>
      </w:r>
      <w:proofErr w:type="spellStart"/>
      <w:r w:rsidR="00D81D76" w:rsidRPr="00AC52C9">
        <w:t>penerimaan</w:t>
      </w:r>
      <w:proofErr w:type="spellEnd"/>
      <w:r w:rsidR="00D81D76" w:rsidRPr="00AC52C9">
        <w:t xml:space="preserve"> </w:t>
      </w:r>
      <w:proofErr w:type="spellStart"/>
      <w:r w:rsidR="00D81D76" w:rsidRPr="00AC52C9">
        <w:t>organoleptik</w:t>
      </w:r>
      <w:proofErr w:type="spellEnd"/>
      <w:r w:rsidR="00D81D76" w:rsidRPr="00AC52C9">
        <w:t xml:space="preserve"> </w:t>
      </w:r>
      <w:proofErr w:type="spellStart"/>
      <w:r w:rsidR="00D81D76" w:rsidRPr="00AC52C9">
        <w:t>konsumen</w:t>
      </w:r>
      <w:proofErr w:type="spellEnd"/>
      <w:r w:rsidR="00D81D76" w:rsidRPr="00AC52C9">
        <w:t xml:space="preserve"> </w:t>
      </w:r>
      <w:proofErr w:type="spellStart"/>
      <w:r w:rsidR="00D81D76" w:rsidRPr="00AC52C9">
        <w:t>relatif</w:t>
      </w:r>
      <w:proofErr w:type="spellEnd"/>
      <w:r w:rsidR="00D81D76" w:rsidRPr="00AC52C9">
        <w:t xml:space="preserve"> </w:t>
      </w:r>
      <w:proofErr w:type="spellStart"/>
      <w:r w:rsidR="00D81D76" w:rsidRPr="00AC52C9">
        <w:t>rendah</w:t>
      </w:r>
      <w:proofErr w:type="spellEnd"/>
      <w:r w:rsidR="00D81D76" w:rsidRPr="00AC52C9">
        <w:t xml:space="preserve"> </w:t>
      </w:r>
      <w:proofErr w:type="spellStart"/>
      <w:r w:rsidR="00D81D76" w:rsidRPr="00AC52C9">
        <w:t>akibat</w:t>
      </w:r>
      <w:proofErr w:type="spellEnd"/>
      <w:r w:rsidR="00D81D76" w:rsidRPr="00AC52C9">
        <w:t xml:space="preserve"> masa </w:t>
      </w:r>
      <w:proofErr w:type="spellStart"/>
      <w:r w:rsidR="00D81D76" w:rsidRPr="00AC52C9">
        <w:t>penyimpanan</w:t>
      </w:r>
      <w:proofErr w:type="spellEnd"/>
      <w:r w:rsidR="00D81D76" w:rsidRPr="00AC52C9">
        <w:t xml:space="preserve"> yang lama. </w:t>
      </w:r>
      <w:proofErr w:type="spellStart"/>
      <w:r w:rsidR="00D81D76" w:rsidRPr="00AC52C9">
        <w:t>Kedua</w:t>
      </w:r>
      <w:proofErr w:type="spellEnd"/>
      <w:r w:rsidR="00D81D76" w:rsidRPr="00AC52C9">
        <w:t xml:space="preserve"> </w:t>
      </w:r>
      <w:proofErr w:type="spellStart"/>
      <w:r w:rsidR="00D81D76" w:rsidRPr="00AC52C9">
        <w:t>temuan</w:t>
      </w:r>
      <w:proofErr w:type="spellEnd"/>
      <w:r w:rsidR="00D81D76" w:rsidRPr="00AC52C9">
        <w:t xml:space="preserve"> </w:t>
      </w:r>
      <w:proofErr w:type="spellStart"/>
      <w:r w:rsidR="00D81D76" w:rsidRPr="00AC52C9">
        <w:t>ini</w:t>
      </w:r>
      <w:proofErr w:type="spellEnd"/>
      <w:r w:rsidR="00D81D76" w:rsidRPr="00AC52C9">
        <w:t xml:space="preserve"> </w:t>
      </w:r>
      <w:proofErr w:type="spellStart"/>
      <w:r w:rsidR="00D81D76" w:rsidRPr="00AC52C9">
        <w:t>sempat</w:t>
      </w:r>
      <w:proofErr w:type="spellEnd"/>
      <w:r w:rsidR="00D81D76" w:rsidRPr="00AC52C9">
        <w:t xml:space="preserve"> </w:t>
      </w:r>
      <w:proofErr w:type="spellStart"/>
      <w:r w:rsidR="00D81D76" w:rsidRPr="00AC52C9">
        <w:t>menjadi</w:t>
      </w:r>
      <w:proofErr w:type="spellEnd"/>
      <w:r w:rsidR="00D81D76" w:rsidRPr="00AC52C9">
        <w:t xml:space="preserve"> </w:t>
      </w:r>
      <w:r w:rsidR="00D81D76" w:rsidRPr="00AC52C9">
        <w:rPr>
          <w:i/>
          <w:iCs/>
        </w:rPr>
        <w:t>baseline</w:t>
      </w:r>
      <w:r w:rsidR="00D81D76" w:rsidRPr="00AC52C9">
        <w:t xml:space="preserve"> </w:t>
      </w:r>
      <w:proofErr w:type="spellStart"/>
      <w:r w:rsidR="00D81D76" w:rsidRPr="00AC52C9">
        <w:t>bahwa</w:t>
      </w:r>
      <w:proofErr w:type="spellEnd"/>
      <w:r w:rsidR="00D81D76" w:rsidRPr="00AC52C9">
        <w:t xml:space="preserve"> </w:t>
      </w:r>
      <w:proofErr w:type="spellStart"/>
      <w:r w:rsidR="00D81D76" w:rsidRPr="00AC52C9">
        <w:t>produk</w:t>
      </w:r>
      <w:proofErr w:type="spellEnd"/>
      <w:r w:rsidR="00D81D76" w:rsidRPr="00AC52C9">
        <w:t xml:space="preserve"> </w:t>
      </w:r>
      <w:proofErr w:type="spellStart"/>
      <w:r w:rsidR="00D81D76" w:rsidRPr="00AC52C9">
        <w:t>perikanan</w:t>
      </w:r>
      <w:proofErr w:type="spellEnd"/>
      <w:r w:rsidR="00D81D76" w:rsidRPr="00AC52C9">
        <w:t xml:space="preserve"> </w:t>
      </w:r>
      <w:proofErr w:type="spellStart"/>
      <w:r w:rsidR="00D81D76" w:rsidRPr="00AC52C9">
        <w:t>awetan</w:t>
      </w:r>
      <w:proofErr w:type="spellEnd"/>
      <w:r w:rsidR="00D81D76" w:rsidRPr="00AC52C9">
        <w:t xml:space="preserve"> di Gorontalo </w:t>
      </w:r>
      <w:proofErr w:type="spellStart"/>
      <w:r w:rsidR="00D81D76" w:rsidRPr="00AC52C9">
        <w:t>relatif</w:t>
      </w:r>
      <w:proofErr w:type="spellEnd"/>
      <w:r w:rsidR="00D81D76" w:rsidRPr="00AC52C9">
        <w:t xml:space="preserve"> </w:t>
      </w:r>
      <w:proofErr w:type="spellStart"/>
      <w:r w:rsidR="00D81D76" w:rsidRPr="00AC52C9">
        <w:t>aman</w:t>
      </w:r>
      <w:proofErr w:type="spellEnd"/>
      <w:r w:rsidR="00D81D76" w:rsidRPr="00AC52C9">
        <w:t>.</w:t>
      </w:r>
    </w:p>
    <w:p w14:paraId="41F39670" w14:textId="6685F246" w:rsidR="00D81D76" w:rsidRPr="00AC52C9" w:rsidRDefault="00D81D76" w:rsidP="00D81D76">
      <w:pPr>
        <w:spacing w:after="160" w:line="278" w:lineRule="auto"/>
        <w:jc w:val="both"/>
      </w:pPr>
      <w:proofErr w:type="spellStart"/>
      <w:r w:rsidRPr="00AC52C9">
        <w:t>Namun</w:t>
      </w:r>
      <w:proofErr w:type="spellEnd"/>
      <w:r w:rsidRPr="00AC52C9">
        <w:t xml:space="preserve">, </w:t>
      </w:r>
      <w:proofErr w:type="spellStart"/>
      <w:r w:rsidRPr="00AC52C9">
        <w:t>rekam</w:t>
      </w:r>
      <w:proofErr w:type="spellEnd"/>
      <w:r w:rsidRPr="00AC52C9">
        <w:t xml:space="preserve"> </w:t>
      </w:r>
      <w:proofErr w:type="spellStart"/>
      <w:r w:rsidRPr="00AC52C9">
        <w:t>jejak</w:t>
      </w:r>
      <w:proofErr w:type="spellEnd"/>
      <w:r w:rsidRPr="00AC52C9">
        <w:t xml:space="preserve"> </w:t>
      </w:r>
      <w:proofErr w:type="spellStart"/>
      <w:r w:rsidRPr="00AC52C9">
        <w:t>tersebut</w:t>
      </w:r>
      <w:proofErr w:type="spellEnd"/>
      <w:r w:rsidRPr="00AC52C9">
        <w:t xml:space="preserve"> </w:t>
      </w:r>
      <w:proofErr w:type="spellStart"/>
      <w:r w:rsidRPr="00AC52C9">
        <w:t>berbanding</w:t>
      </w:r>
      <w:proofErr w:type="spellEnd"/>
      <w:r w:rsidRPr="00AC52C9">
        <w:t xml:space="preserve"> </w:t>
      </w:r>
      <w:proofErr w:type="spellStart"/>
      <w:r w:rsidRPr="00AC52C9">
        <w:t>terbalik</w:t>
      </w:r>
      <w:proofErr w:type="spellEnd"/>
      <w:r w:rsidRPr="00AC52C9">
        <w:t xml:space="preserve"> </w:t>
      </w:r>
      <w:proofErr w:type="spellStart"/>
      <w:r w:rsidRPr="00AC52C9">
        <w:t>dengan</w:t>
      </w:r>
      <w:proofErr w:type="spellEnd"/>
      <w:r w:rsidRPr="00AC52C9">
        <w:t xml:space="preserve"> </w:t>
      </w:r>
      <w:proofErr w:type="spellStart"/>
      <w:r w:rsidRPr="00AC52C9">
        <w:t>temuan</w:t>
      </w:r>
      <w:proofErr w:type="spellEnd"/>
      <w:r w:rsidRPr="00AC52C9">
        <w:t xml:space="preserve"> </w:t>
      </w:r>
      <w:proofErr w:type="spellStart"/>
      <w:r w:rsidRPr="00AC52C9">
        <w:t>terbaru</w:t>
      </w:r>
      <w:proofErr w:type="spellEnd"/>
      <w:r w:rsidRPr="00AC52C9">
        <w:t xml:space="preserve"> </w:t>
      </w:r>
      <w:r w:rsidR="00E5630B">
        <w:fldChar w:fldCharType="begin" w:fldLock="1"/>
      </w:r>
      <w:r w:rsidR="00070562">
        <w:instrText>ADDIN CSL_CITATION {"citationItems":[{"id":"ITEM-1","itemData":{"DOI":"10.55606/sscj-amik.v4i3.6130","ISSN":"2985-3761","abstract":"Food safety of fresh fish is an important concern because fish is highly perishable and may be misused with hazardous preservatives such as formalin. This study aimed to determine formalin content and analyze the relationship between length and weight of Nile tilapia (Oreochromis niloticus) and formalin levels in traditional markets of Gorontalo City. The study was conducted from January to February 2026 in five traditional markets, namely TPI Tenda, Moodu, Potanga, Andalas, and Sentral. Nile tilapia samples were analyzed using a formaldehyde test kit, and formalin levels were expressed in ppm. Total length and fish weight were measured, and the relationship between physical size and formalin content was analyzed using Pearson correlation. The results showed that all Nile tilapia samples tested positive for formalin, with concentrations ranging from 0.11 to 0.23 ppm. The highest formalin levels were found in TPI Tenda and Moodu, each at 0.23 ppm, while the lowest level was found in Sentral at 0.11 ppm. Fish length ranged from 19.43 to 25.61 cm, while fish weight ranged from 0.17 to 1.78 g. The correlations between length and formalin content and between weight and formalin content were both very strongly negative, with r = -0.97. These findings indicate that smaller fish tended to contain higher formalin levels. Market supervision, trader education, and formalin-free fish handling practices should be strengthened to protect consumer health.","author":[{"dropping-particle":"","family":"Sri Gita Tamai","given":"","non-dropping-particle":"","parse-names":false,"suffix":""},{"dropping-particle":"","family":"Tusaban Tusaban","given":"","non-dropping-particle":"","parse-names":false,"suffix":""},{"dropping-particle":"","family":"Dewi Shinta Achmad","given":"","non-dropping-particle":"","parse-names":false,"suffix":""},{"dropping-particle":"","family":"Nur Jihan Fareranty Piu","given":"","non-dropping-particle":"","parse-names":false,"suffix":""}],"container-title":"Student Scientific Creativity Journal","id":"ITEM-1","issue":"3","issued":{"date-parts":[["2026"]]},"page":"91-115","title":"Analisis Kandungan Formalin pada Ikan Nila (Oreochromis niloticus) yang Dijual di Pasar Tradisional Kota Gorontalo","type":"article-journal","volume":"4"},"uris":["http://www.mendeley.com/documents/?uuid=fae5938a-3dd3-4881-abd0-21b7a246ea04"]}],"mendeley":{"formattedCitation":"(Sri Gita Tamai et al., 2026)","plainTextFormattedCitation":"(Sri Gita Tamai et al., 2026)","previouslyFormattedCitation":"(Sri Gita Tamai et al., 2026)"},"properties":{"noteIndex":0},"schema":"https://github.com/citation-style-language/schema/raw/master/csl-citation.json"}</w:instrText>
      </w:r>
      <w:r w:rsidR="00E5630B">
        <w:fldChar w:fldCharType="separate"/>
      </w:r>
      <w:r w:rsidR="00E5630B" w:rsidRPr="00E5630B">
        <w:rPr>
          <w:noProof/>
        </w:rPr>
        <w:t>(Sri Gita Tamai et al., 2026)</w:t>
      </w:r>
      <w:r w:rsidR="00E5630B">
        <w:fldChar w:fldCharType="end"/>
      </w:r>
      <w:r w:rsidR="00EB5C63">
        <w:t xml:space="preserve"> Pada</w:t>
      </w:r>
      <w:r w:rsidRPr="00AC52C9">
        <w:t xml:space="preserve"> ikan </w:t>
      </w:r>
      <w:proofErr w:type="spellStart"/>
      <w:r w:rsidRPr="00AC52C9">
        <w:t>nila</w:t>
      </w:r>
      <w:proofErr w:type="spellEnd"/>
      <w:r w:rsidRPr="00AC52C9">
        <w:t xml:space="preserve"> segar di lima pasar </w:t>
      </w:r>
      <w:proofErr w:type="spellStart"/>
      <w:r w:rsidRPr="00AC52C9">
        <w:t>tradisional</w:t>
      </w:r>
      <w:proofErr w:type="spellEnd"/>
      <w:r w:rsidRPr="00AC52C9">
        <w:t xml:space="preserve"> Kota Gorontalo. </w:t>
      </w:r>
      <w:proofErr w:type="spellStart"/>
      <w:r w:rsidRPr="00AC52C9">
        <w:t>Penelitian</w:t>
      </w:r>
      <w:proofErr w:type="spellEnd"/>
      <w:r w:rsidRPr="00AC52C9">
        <w:t xml:space="preserve"> </w:t>
      </w:r>
      <w:proofErr w:type="spellStart"/>
      <w:r w:rsidRPr="00AC52C9">
        <w:t>tersebut</w:t>
      </w:r>
      <w:proofErr w:type="spellEnd"/>
      <w:r w:rsidRPr="00AC52C9">
        <w:t xml:space="preserve"> </w:t>
      </w:r>
      <w:proofErr w:type="spellStart"/>
      <w:r w:rsidRPr="00AC52C9">
        <w:t>menemukan</w:t>
      </w:r>
      <w:proofErr w:type="spellEnd"/>
      <w:r w:rsidRPr="00AC52C9">
        <w:t xml:space="preserve"> </w:t>
      </w:r>
      <w:proofErr w:type="spellStart"/>
      <w:r w:rsidRPr="00AC52C9">
        <w:t>kontaminasi</w:t>
      </w:r>
      <w:proofErr w:type="spellEnd"/>
      <w:r w:rsidRPr="00AC52C9">
        <w:t xml:space="preserve"> formalin pada </w:t>
      </w:r>
      <w:proofErr w:type="spellStart"/>
      <w:r w:rsidRPr="00AC52C9">
        <w:t>seluruh</w:t>
      </w:r>
      <w:proofErr w:type="spellEnd"/>
      <w:r w:rsidRPr="00AC52C9">
        <w:t xml:space="preserve"> </w:t>
      </w:r>
      <w:proofErr w:type="spellStart"/>
      <w:r w:rsidRPr="00AC52C9">
        <w:t>sampel</w:t>
      </w:r>
      <w:proofErr w:type="spellEnd"/>
      <w:r w:rsidRPr="00AC52C9">
        <w:t xml:space="preserve"> uji </w:t>
      </w:r>
      <w:proofErr w:type="spellStart"/>
      <w:r w:rsidRPr="00AC52C9">
        <w:t>dengan</w:t>
      </w:r>
      <w:proofErr w:type="spellEnd"/>
      <w:r w:rsidRPr="00AC52C9">
        <w:t xml:space="preserve"> </w:t>
      </w:r>
      <w:proofErr w:type="spellStart"/>
      <w:r w:rsidRPr="00AC52C9">
        <w:t>rentang</w:t>
      </w:r>
      <w:proofErr w:type="spellEnd"/>
      <w:r w:rsidRPr="00AC52C9">
        <w:t xml:space="preserve"> </w:t>
      </w:r>
      <w:proofErr w:type="spellStart"/>
      <w:r w:rsidRPr="00AC52C9">
        <w:t>konsentrasi</w:t>
      </w:r>
      <w:proofErr w:type="spellEnd"/>
      <w:r w:rsidRPr="00AC52C9">
        <w:t xml:space="preserve"> 0,11–0,23 ppm. </w:t>
      </w:r>
      <w:proofErr w:type="spellStart"/>
      <w:r w:rsidRPr="00AC52C9">
        <w:t>Temuan</w:t>
      </w:r>
      <w:proofErr w:type="spellEnd"/>
      <w:r w:rsidRPr="00AC52C9">
        <w:t xml:space="preserve"> </w:t>
      </w:r>
      <w:proofErr w:type="spellStart"/>
      <w:r w:rsidRPr="00AC52C9">
        <w:t>tersebut</w:t>
      </w:r>
      <w:proofErr w:type="spellEnd"/>
      <w:r w:rsidRPr="00AC52C9">
        <w:t xml:space="preserve"> juga </w:t>
      </w:r>
      <w:proofErr w:type="spellStart"/>
      <w:r w:rsidRPr="00AC52C9">
        <w:t>menyoroti</w:t>
      </w:r>
      <w:proofErr w:type="spellEnd"/>
      <w:r w:rsidRPr="00AC52C9">
        <w:t xml:space="preserve"> </w:t>
      </w:r>
      <w:proofErr w:type="spellStart"/>
      <w:r w:rsidRPr="00AC52C9">
        <w:t>adanya</w:t>
      </w:r>
      <w:proofErr w:type="spellEnd"/>
      <w:r w:rsidRPr="00AC52C9">
        <w:t xml:space="preserve"> </w:t>
      </w:r>
      <w:proofErr w:type="spellStart"/>
      <w:r w:rsidRPr="00AC52C9">
        <w:t>variasi</w:t>
      </w:r>
      <w:proofErr w:type="spellEnd"/>
      <w:r w:rsidRPr="00AC52C9">
        <w:t xml:space="preserve"> </w:t>
      </w:r>
      <w:proofErr w:type="spellStart"/>
      <w:r w:rsidRPr="00AC52C9">
        <w:t>kadar</w:t>
      </w:r>
      <w:proofErr w:type="spellEnd"/>
      <w:r w:rsidRPr="00AC52C9">
        <w:t xml:space="preserve"> </w:t>
      </w:r>
      <w:proofErr w:type="spellStart"/>
      <w:r w:rsidRPr="00AC52C9">
        <w:t>antarpasar</w:t>
      </w:r>
      <w:proofErr w:type="spellEnd"/>
      <w:r w:rsidRPr="00AC52C9">
        <w:t xml:space="preserve"> </w:t>
      </w:r>
      <w:proofErr w:type="spellStart"/>
      <w:r w:rsidRPr="00AC52C9">
        <w:t>serta</w:t>
      </w:r>
      <w:proofErr w:type="spellEnd"/>
      <w:r w:rsidRPr="00AC52C9">
        <w:t xml:space="preserve"> </w:t>
      </w:r>
      <w:proofErr w:type="spellStart"/>
      <w:r w:rsidRPr="00AC52C9">
        <w:t>korelasi</w:t>
      </w:r>
      <w:proofErr w:type="spellEnd"/>
      <w:r w:rsidRPr="00AC52C9">
        <w:t xml:space="preserve"> </w:t>
      </w:r>
      <w:proofErr w:type="spellStart"/>
      <w:r w:rsidRPr="00AC52C9">
        <w:t>negatif</w:t>
      </w:r>
      <w:proofErr w:type="spellEnd"/>
      <w:r w:rsidRPr="00AC52C9">
        <w:t xml:space="preserve"> yang </w:t>
      </w:r>
      <w:proofErr w:type="spellStart"/>
      <w:r w:rsidRPr="00AC52C9">
        <w:t>signifikan</w:t>
      </w:r>
      <w:proofErr w:type="spellEnd"/>
      <w:r w:rsidRPr="00AC52C9">
        <w:t xml:space="preserve"> </w:t>
      </w:r>
      <w:proofErr w:type="spellStart"/>
      <w:r w:rsidRPr="00AC52C9">
        <w:t>antara</w:t>
      </w:r>
      <w:proofErr w:type="spellEnd"/>
      <w:r w:rsidRPr="00AC52C9">
        <w:t xml:space="preserve"> </w:t>
      </w:r>
      <w:proofErr w:type="spellStart"/>
      <w:r w:rsidRPr="00AC52C9">
        <w:t>dimensi</w:t>
      </w:r>
      <w:proofErr w:type="spellEnd"/>
      <w:r w:rsidRPr="00AC52C9">
        <w:t xml:space="preserve"> </w:t>
      </w:r>
      <w:proofErr w:type="spellStart"/>
      <w:r w:rsidRPr="00AC52C9">
        <w:t>tubuh</w:t>
      </w:r>
      <w:proofErr w:type="spellEnd"/>
      <w:r w:rsidRPr="00AC52C9">
        <w:t xml:space="preserve"> ikan </w:t>
      </w:r>
      <w:proofErr w:type="spellStart"/>
      <w:r w:rsidRPr="00AC52C9">
        <w:t>dengan</w:t>
      </w:r>
      <w:proofErr w:type="spellEnd"/>
      <w:r w:rsidRPr="00AC52C9">
        <w:t xml:space="preserve"> </w:t>
      </w:r>
      <w:proofErr w:type="spellStart"/>
      <w:r w:rsidRPr="00AC52C9">
        <w:t>konsentrasi</w:t>
      </w:r>
      <w:proofErr w:type="spellEnd"/>
      <w:r w:rsidRPr="00AC52C9">
        <w:t xml:space="preserve"> formalin. </w:t>
      </w:r>
      <w:proofErr w:type="spellStart"/>
      <w:r w:rsidRPr="00AC52C9">
        <w:t>Pergeseran</w:t>
      </w:r>
      <w:proofErr w:type="spellEnd"/>
      <w:r w:rsidRPr="00AC52C9">
        <w:t xml:space="preserve"> data </w:t>
      </w:r>
      <w:proofErr w:type="spellStart"/>
      <w:r w:rsidRPr="00AC52C9">
        <w:t>ini</w:t>
      </w:r>
      <w:proofErr w:type="spellEnd"/>
      <w:r w:rsidRPr="00AC52C9">
        <w:t xml:space="preserve"> </w:t>
      </w:r>
      <w:proofErr w:type="spellStart"/>
      <w:r w:rsidRPr="00AC52C9">
        <w:t>membuktikan</w:t>
      </w:r>
      <w:proofErr w:type="spellEnd"/>
      <w:r w:rsidRPr="00AC52C9">
        <w:t xml:space="preserve"> </w:t>
      </w:r>
      <w:proofErr w:type="spellStart"/>
      <w:r w:rsidRPr="00AC52C9">
        <w:t>bahwa</w:t>
      </w:r>
      <w:proofErr w:type="spellEnd"/>
      <w:r w:rsidRPr="00AC52C9">
        <w:t xml:space="preserve"> status </w:t>
      </w:r>
      <w:proofErr w:type="spellStart"/>
      <w:r w:rsidRPr="00AC52C9">
        <w:t>keamanan</w:t>
      </w:r>
      <w:proofErr w:type="spellEnd"/>
      <w:r w:rsidRPr="00AC52C9">
        <w:t xml:space="preserve"> </w:t>
      </w:r>
      <w:proofErr w:type="spellStart"/>
      <w:r w:rsidRPr="00AC52C9">
        <w:t>produk</w:t>
      </w:r>
      <w:proofErr w:type="spellEnd"/>
      <w:r w:rsidRPr="00AC52C9">
        <w:t xml:space="preserve"> </w:t>
      </w:r>
      <w:proofErr w:type="spellStart"/>
      <w:r w:rsidRPr="00AC52C9">
        <w:t>perikanan</w:t>
      </w:r>
      <w:proofErr w:type="spellEnd"/>
      <w:r w:rsidRPr="00AC52C9">
        <w:t xml:space="preserve"> </w:t>
      </w:r>
      <w:proofErr w:type="spellStart"/>
      <w:r w:rsidRPr="00AC52C9">
        <w:t>tidak</w:t>
      </w:r>
      <w:proofErr w:type="spellEnd"/>
      <w:r w:rsidRPr="00AC52C9">
        <w:t xml:space="preserve"> </w:t>
      </w:r>
      <w:proofErr w:type="spellStart"/>
      <w:r w:rsidRPr="00AC52C9">
        <w:t>dapat</w:t>
      </w:r>
      <w:proofErr w:type="spellEnd"/>
      <w:r w:rsidRPr="00AC52C9">
        <w:t xml:space="preserve"> </w:t>
      </w:r>
      <w:proofErr w:type="spellStart"/>
      <w:r w:rsidRPr="00AC52C9">
        <w:t>digeneralisasi</w:t>
      </w:r>
      <w:proofErr w:type="spellEnd"/>
      <w:r w:rsidRPr="00AC52C9">
        <w:t xml:space="preserve"> </w:t>
      </w:r>
      <w:proofErr w:type="spellStart"/>
      <w:r w:rsidRPr="00AC52C9">
        <w:t>antarjenis</w:t>
      </w:r>
      <w:proofErr w:type="spellEnd"/>
      <w:r w:rsidRPr="00AC52C9">
        <w:t xml:space="preserve"> </w:t>
      </w:r>
      <w:proofErr w:type="spellStart"/>
      <w:r w:rsidRPr="00AC52C9">
        <w:t>komoditas</w:t>
      </w:r>
      <w:proofErr w:type="spellEnd"/>
      <w:r w:rsidRPr="00AC52C9">
        <w:t xml:space="preserve">, ragam </w:t>
      </w:r>
      <w:proofErr w:type="spellStart"/>
      <w:r w:rsidRPr="00AC52C9">
        <w:t>olahan</w:t>
      </w:r>
      <w:proofErr w:type="spellEnd"/>
      <w:r w:rsidRPr="00AC52C9">
        <w:t xml:space="preserve">, </w:t>
      </w:r>
      <w:proofErr w:type="spellStart"/>
      <w:r w:rsidRPr="00AC52C9">
        <w:t>titik</w:t>
      </w:r>
      <w:proofErr w:type="spellEnd"/>
      <w:r w:rsidRPr="00AC52C9">
        <w:t xml:space="preserve"> </w:t>
      </w:r>
      <w:proofErr w:type="spellStart"/>
      <w:r w:rsidRPr="00AC52C9">
        <w:t>distribusi</w:t>
      </w:r>
      <w:proofErr w:type="spellEnd"/>
      <w:r w:rsidRPr="00AC52C9">
        <w:t xml:space="preserve">, </w:t>
      </w:r>
      <w:proofErr w:type="spellStart"/>
      <w:r w:rsidRPr="00AC52C9">
        <w:t>maupun</w:t>
      </w:r>
      <w:proofErr w:type="spellEnd"/>
      <w:r w:rsidRPr="00AC52C9">
        <w:t xml:space="preserve"> </w:t>
      </w:r>
      <w:proofErr w:type="spellStart"/>
      <w:r w:rsidRPr="00AC52C9">
        <w:t>rentang</w:t>
      </w:r>
      <w:proofErr w:type="spellEnd"/>
      <w:r w:rsidRPr="00AC52C9">
        <w:t xml:space="preserve"> </w:t>
      </w:r>
      <w:proofErr w:type="spellStart"/>
      <w:r w:rsidRPr="00AC52C9">
        <w:t>waktu</w:t>
      </w:r>
      <w:proofErr w:type="spellEnd"/>
      <w:r w:rsidRPr="00AC52C9">
        <w:t>.</w:t>
      </w:r>
    </w:p>
    <w:p w14:paraId="22BB4BB8" w14:textId="77777777" w:rsidR="008117FD" w:rsidRDefault="00D81D76" w:rsidP="002C25B9">
      <w:pPr>
        <w:spacing w:after="160" w:line="278" w:lineRule="auto"/>
        <w:jc w:val="both"/>
        <w:rPr>
          <w:lang w:val="nb-NO"/>
        </w:rPr>
      </w:pPr>
      <w:proofErr w:type="spellStart"/>
      <w:r w:rsidRPr="00AC52C9">
        <w:t>Kesenjangan</w:t>
      </w:r>
      <w:proofErr w:type="spellEnd"/>
      <w:r w:rsidRPr="00AC52C9">
        <w:t xml:space="preserve"> </w:t>
      </w:r>
      <w:proofErr w:type="spellStart"/>
      <w:r w:rsidRPr="00AC52C9">
        <w:t>penelitian</w:t>
      </w:r>
      <w:proofErr w:type="spellEnd"/>
      <w:r w:rsidRPr="00AC52C9">
        <w:t xml:space="preserve"> (</w:t>
      </w:r>
      <w:r w:rsidRPr="00AC52C9">
        <w:rPr>
          <w:i/>
          <w:iCs/>
        </w:rPr>
        <w:t>research gap</w:t>
      </w:r>
      <w:r w:rsidRPr="00AC52C9">
        <w:t xml:space="preserve">) </w:t>
      </w:r>
      <w:proofErr w:type="spellStart"/>
      <w:r w:rsidRPr="00AC52C9">
        <w:t>mendasar</w:t>
      </w:r>
      <w:proofErr w:type="spellEnd"/>
      <w:r w:rsidRPr="00AC52C9">
        <w:t xml:space="preserve"> </w:t>
      </w:r>
      <w:proofErr w:type="spellStart"/>
      <w:r w:rsidRPr="00AC52C9">
        <w:t>timbul</w:t>
      </w:r>
      <w:proofErr w:type="spellEnd"/>
      <w:r w:rsidRPr="00AC52C9">
        <w:t xml:space="preserve"> </w:t>
      </w:r>
      <w:proofErr w:type="spellStart"/>
      <w:r w:rsidRPr="00AC52C9">
        <w:t>dari</w:t>
      </w:r>
      <w:proofErr w:type="spellEnd"/>
      <w:r w:rsidRPr="00AC52C9">
        <w:t xml:space="preserve"> </w:t>
      </w:r>
      <w:proofErr w:type="spellStart"/>
      <w:r w:rsidRPr="00AC52C9">
        <w:t>kontradiksi</w:t>
      </w:r>
      <w:proofErr w:type="spellEnd"/>
      <w:r w:rsidRPr="00AC52C9">
        <w:t xml:space="preserve"> </w:t>
      </w:r>
      <w:proofErr w:type="spellStart"/>
      <w:r w:rsidRPr="00AC52C9">
        <w:t>hasil</w:t>
      </w:r>
      <w:proofErr w:type="spellEnd"/>
      <w:r w:rsidRPr="00AC52C9">
        <w:t xml:space="preserve"> </w:t>
      </w:r>
      <w:proofErr w:type="spellStart"/>
      <w:r w:rsidRPr="00AC52C9">
        <w:t>studi</w:t>
      </w:r>
      <w:proofErr w:type="spellEnd"/>
      <w:r w:rsidRPr="00AC52C9">
        <w:t xml:space="preserve"> </w:t>
      </w:r>
      <w:proofErr w:type="spellStart"/>
      <w:r w:rsidRPr="00AC52C9">
        <w:t>terdahulu</w:t>
      </w:r>
      <w:proofErr w:type="spellEnd"/>
      <w:r w:rsidRPr="00AC52C9">
        <w:t xml:space="preserve">. </w:t>
      </w:r>
      <w:proofErr w:type="spellStart"/>
      <w:r w:rsidRPr="00AC52C9">
        <w:t>Hingga</w:t>
      </w:r>
      <w:proofErr w:type="spellEnd"/>
      <w:r w:rsidRPr="00AC52C9">
        <w:t xml:space="preserve"> </w:t>
      </w:r>
      <w:proofErr w:type="spellStart"/>
      <w:r w:rsidRPr="00AC52C9">
        <w:t>saat</w:t>
      </w:r>
      <w:proofErr w:type="spellEnd"/>
      <w:r w:rsidRPr="00AC52C9">
        <w:t xml:space="preserve"> </w:t>
      </w:r>
      <w:proofErr w:type="spellStart"/>
      <w:r w:rsidRPr="00AC52C9">
        <w:t>ini</w:t>
      </w:r>
      <w:proofErr w:type="spellEnd"/>
      <w:r w:rsidRPr="00AC52C9">
        <w:t xml:space="preserve">, </w:t>
      </w:r>
      <w:proofErr w:type="spellStart"/>
      <w:r w:rsidRPr="00AC52C9">
        <w:t>belum</w:t>
      </w:r>
      <w:proofErr w:type="spellEnd"/>
      <w:r w:rsidRPr="00AC52C9">
        <w:t xml:space="preserve"> </w:t>
      </w:r>
      <w:proofErr w:type="spellStart"/>
      <w:r w:rsidRPr="00AC52C9">
        <w:t>ada</w:t>
      </w:r>
      <w:proofErr w:type="spellEnd"/>
      <w:r w:rsidRPr="00AC52C9">
        <w:t xml:space="preserve"> </w:t>
      </w:r>
      <w:proofErr w:type="spellStart"/>
      <w:r w:rsidRPr="00AC52C9">
        <w:t>kajian</w:t>
      </w:r>
      <w:proofErr w:type="spellEnd"/>
      <w:r w:rsidRPr="00AC52C9">
        <w:t xml:space="preserve"> </w:t>
      </w:r>
      <w:proofErr w:type="spellStart"/>
      <w:r w:rsidRPr="00AC52C9">
        <w:t>sistematis</w:t>
      </w:r>
      <w:proofErr w:type="spellEnd"/>
      <w:r w:rsidRPr="00AC52C9">
        <w:t xml:space="preserve"> yang </w:t>
      </w:r>
      <w:proofErr w:type="spellStart"/>
      <w:r w:rsidRPr="00AC52C9">
        <w:t>mengevaluasi</w:t>
      </w:r>
      <w:proofErr w:type="spellEnd"/>
      <w:r w:rsidRPr="00AC52C9">
        <w:t xml:space="preserve"> </w:t>
      </w:r>
      <w:proofErr w:type="spellStart"/>
      <w:r w:rsidRPr="00AC52C9">
        <w:t>kandungan</w:t>
      </w:r>
      <w:proofErr w:type="spellEnd"/>
      <w:r w:rsidRPr="00AC52C9">
        <w:t xml:space="preserve"> formalin pada </w:t>
      </w:r>
      <w:proofErr w:type="spellStart"/>
      <w:r w:rsidRPr="00AC52C9">
        <w:t>cakalang</w:t>
      </w:r>
      <w:proofErr w:type="spellEnd"/>
      <w:r w:rsidRPr="00AC52C9">
        <w:t xml:space="preserve"> segar </w:t>
      </w:r>
      <w:proofErr w:type="spellStart"/>
      <w:r w:rsidRPr="00AC52C9">
        <w:t>maupun</w:t>
      </w:r>
      <w:proofErr w:type="spellEnd"/>
      <w:r w:rsidRPr="00AC52C9">
        <w:t xml:space="preserve"> asap di Gorontalo. </w:t>
      </w:r>
      <w:proofErr w:type="spellStart"/>
      <w:r w:rsidRPr="00AC52C9">
        <w:t>Padahal</w:t>
      </w:r>
      <w:proofErr w:type="spellEnd"/>
      <w:r w:rsidRPr="00AC52C9">
        <w:t xml:space="preserve">, </w:t>
      </w:r>
      <w:proofErr w:type="spellStart"/>
      <w:r w:rsidRPr="00AC52C9">
        <w:t>cakalang</w:t>
      </w:r>
      <w:proofErr w:type="spellEnd"/>
      <w:r w:rsidRPr="00AC52C9">
        <w:t xml:space="preserve"> </w:t>
      </w:r>
      <w:proofErr w:type="spellStart"/>
      <w:r w:rsidRPr="00AC52C9">
        <w:t>memiliki</w:t>
      </w:r>
      <w:proofErr w:type="spellEnd"/>
      <w:r w:rsidRPr="00AC52C9">
        <w:t xml:space="preserve"> </w:t>
      </w:r>
      <w:proofErr w:type="spellStart"/>
      <w:r w:rsidRPr="00AC52C9">
        <w:t>nilai</w:t>
      </w:r>
      <w:proofErr w:type="spellEnd"/>
      <w:r w:rsidRPr="00AC52C9">
        <w:t xml:space="preserve"> </w:t>
      </w:r>
      <w:proofErr w:type="spellStart"/>
      <w:r w:rsidRPr="00AC52C9">
        <w:t>ekonomis</w:t>
      </w:r>
      <w:proofErr w:type="spellEnd"/>
      <w:r w:rsidRPr="00AC52C9">
        <w:t xml:space="preserve"> </w:t>
      </w:r>
      <w:proofErr w:type="spellStart"/>
      <w:r w:rsidRPr="00AC52C9">
        <w:t>tinggi</w:t>
      </w:r>
      <w:proofErr w:type="spellEnd"/>
      <w:r w:rsidRPr="00AC52C9">
        <w:t xml:space="preserve"> </w:t>
      </w:r>
      <w:proofErr w:type="spellStart"/>
      <w:r w:rsidRPr="00AC52C9">
        <w:t>dengan</w:t>
      </w:r>
      <w:proofErr w:type="spellEnd"/>
      <w:r w:rsidRPr="00AC52C9">
        <w:t xml:space="preserve"> </w:t>
      </w:r>
      <w:proofErr w:type="spellStart"/>
      <w:r w:rsidRPr="00AC52C9">
        <w:t>karakteristik</w:t>
      </w:r>
      <w:proofErr w:type="spellEnd"/>
      <w:r w:rsidRPr="00AC52C9">
        <w:t xml:space="preserve"> </w:t>
      </w:r>
      <w:proofErr w:type="spellStart"/>
      <w:r w:rsidRPr="00AC52C9">
        <w:t>biologi</w:t>
      </w:r>
      <w:proofErr w:type="spellEnd"/>
      <w:r w:rsidRPr="00AC52C9">
        <w:t xml:space="preserve">, tata </w:t>
      </w:r>
      <w:proofErr w:type="spellStart"/>
      <w:r w:rsidRPr="00AC52C9">
        <w:t>kelola</w:t>
      </w:r>
      <w:proofErr w:type="spellEnd"/>
      <w:r w:rsidRPr="00AC52C9">
        <w:t xml:space="preserve"> </w:t>
      </w:r>
      <w:proofErr w:type="spellStart"/>
      <w:r w:rsidRPr="00AC52C9">
        <w:t>rantai</w:t>
      </w:r>
      <w:proofErr w:type="spellEnd"/>
      <w:r w:rsidRPr="00AC52C9">
        <w:t xml:space="preserve"> </w:t>
      </w:r>
      <w:proofErr w:type="spellStart"/>
      <w:r w:rsidRPr="00AC52C9">
        <w:t>pasok</w:t>
      </w:r>
      <w:proofErr w:type="spellEnd"/>
      <w:r w:rsidRPr="00AC52C9">
        <w:t xml:space="preserve">, dan </w:t>
      </w:r>
      <w:proofErr w:type="spellStart"/>
      <w:r w:rsidRPr="00AC52C9">
        <w:t>pola</w:t>
      </w:r>
      <w:proofErr w:type="spellEnd"/>
      <w:r w:rsidRPr="00AC52C9">
        <w:t xml:space="preserve"> </w:t>
      </w:r>
      <w:proofErr w:type="spellStart"/>
      <w:r w:rsidRPr="00AC52C9">
        <w:t>penanganan</w:t>
      </w:r>
      <w:proofErr w:type="spellEnd"/>
      <w:r w:rsidRPr="00AC52C9">
        <w:t xml:space="preserve"> yang </w:t>
      </w:r>
      <w:proofErr w:type="spellStart"/>
      <w:r w:rsidRPr="00AC52C9">
        <w:t>berbeda</w:t>
      </w:r>
      <w:proofErr w:type="spellEnd"/>
      <w:r w:rsidRPr="00AC52C9">
        <w:t xml:space="preserve"> </w:t>
      </w:r>
      <w:proofErr w:type="spellStart"/>
      <w:r w:rsidR="00124AD0">
        <w:t>dibandingkan</w:t>
      </w:r>
      <w:proofErr w:type="spellEnd"/>
      <w:r w:rsidR="00124AD0">
        <w:t xml:space="preserve"> </w:t>
      </w:r>
      <w:proofErr w:type="spellStart"/>
      <w:r w:rsidR="00124AD0">
        <w:t>dengan</w:t>
      </w:r>
      <w:proofErr w:type="spellEnd"/>
      <w:r w:rsidRPr="00AC52C9">
        <w:t xml:space="preserve"> ikan </w:t>
      </w:r>
      <w:proofErr w:type="spellStart"/>
      <w:r w:rsidRPr="00AC52C9">
        <w:t>teri</w:t>
      </w:r>
      <w:proofErr w:type="spellEnd"/>
      <w:r w:rsidRPr="00AC52C9">
        <w:t xml:space="preserve"> </w:t>
      </w:r>
      <w:proofErr w:type="spellStart"/>
      <w:r w:rsidRPr="00AC52C9">
        <w:t>maupun</w:t>
      </w:r>
      <w:proofErr w:type="spellEnd"/>
      <w:r w:rsidRPr="00AC52C9">
        <w:t xml:space="preserve"> </w:t>
      </w:r>
      <w:proofErr w:type="spellStart"/>
      <w:r w:rsidRPr="00AC52C9">
        <w:t>nila</w:t>
      </w:r>
      <w:proofErr w:type="spellEnd"/>
      <w:r w:rsidR="00E04100" w:rsidRPr="003F1B29">
        <w:rPr>
          <w:lang w:val="nb-NO"/>
        </w:rPr>
        <w:t>.</w:t>
      </w:r>
      <w:r w:rsidR="002C25B9">
        <w:rPr>
          <w:lang w:val="nb-NO"/>
        </w:rPr>
        <w:t xml:space="preserve"> </w:t>
      </w:r>
    </w:p>
    <w:p w14:paraId="2643C2FE" w14:textId="037671B6" w:rsidR="002C25B9" w:rsidRPr="00AC52C9" w:rsidRDefault="002C25B9" w:rsidP="002C25B9">
      <w:pPr>
        <w:spacing w:after="160" w:line="278" w:lineRule="auto"/>
        <w:jc w:val="both"/>
      </w:pPr>
      <w:r w:rsidRPr="00AC52C9">
        <w:t xml:space="preserve">Ikan </w:t>
      </w:r>
      <w:proofErr w:type="spellStart"/>
      <w:r w:rsidRPr="00AC52C9">
        <w:t>cakalang</w:t>
      </w:r>
      <w:proofErr w:type="spellEnd"/>
      <w:r w:rsidRPr="00AC52C9">
        <w:t xml:space="preserve"> </w:t>
      </w:r>
      <w:proofErr w:type="spellStart"/>
      <w:r w:rsidRPr="00AC52C9">
        <w:t>merupakan</w:t>
      </w:r>
      <w:proofErr w:type="spellEnd"/>
      <w:r w:rsidRPr="00AC52C9">
        <w:t xml:space="preserve"> </w:t>
      </w:r>
      <w:proofErr w:type="spellStart"/>
      <w:r w:rsidRPr="00AC52C9">
        <w:t>komoditas</w:t>
      </w:r>
      <w:proofErr w:type="spellEnd"/>
      <w:r w:rsidRPr="00AC52C9">
        <w:t xml:space="preserve"> </w:t>
      </w:r>
      <w:proofErr w:type="spellStart"/>
      <w:r w:rsidRPr="00AC52C9">
        <w:t>pelagis</w:t>
      </w:r>
      <w:proofErr w:type="spellEnd"/>
      <w:r w:rsidRPr="00AC52C9">
        <w:t xml:space="preserve"> </w:t>
      </w:r>
      <w:proofErr w:type="spellStart"/>
      <w:r w:rsidRPr="00AC52C9">
        <w:t>utama</w:t>
      </w:r>
      <w:proofErr w:type="spellEnd"/>
      <w:r w:rsidRPr="00AC52C9">
        <w:t xml:space="preserve"> di </w:t>
      </w:r>
      <w:proofErr w:type="spellStart"/>
      <w:r w:rsidRPr="00AC52C9">
        <w:t>perairan</w:t>
      </w:r>
      <w:proofErr w:type="spellEnd"/>
      <w:r w:rsidRPr="00AC52C9">
        <w:t xml:space="preserve"> Gorontalo yang </w:t>
      </w:r>
      <w:proofErr w:type="spellStart"/>
      <w:r w:rsidRPr="00AC52C9">
        <w:t>memberikan</w:t>
      </w:r>
      <w:proofErr w:type="spellEnd"/>
      <w:r w:rsidRPr="00AC52C9">
        <w:t xml:space="preserve"> </w:t>
      </w:r>
      <w:proofErr w:type="spellStart"/>
      <w:r w:rsidRPr="00AC52C9">
        <w:t>kontribusi</w:t>
      </w:r>
      <w:proofErr w:type="spellEnd"/>
      <w:r w:rsidRPr="00AC52C9">
        <w:t xml:space="preserve"> </w:t>
      </w:r>
      <w:proofErr w:type="spellStart"/>
      <w:r w:rsidRPr="00AC52C9">
        <w:t>ekonomi</w:t>
      </w:r>
      <w:proofErr w:type="spellEnd"/>
      <w:r w:rsidRPr="00AC52C9">
        <w:t xml:space="preserve"> </w:t>
      </w:r>
      <w:proofErr w:type="spellStart"/>
      <w:r w:rsidRPr="00AC52C9">
        <w:t>signifikan</w:t>
      </w:r>
      <w:proofErr w:type="spellEnd"/>
      <w:r w:rsidRPr="00AC52C9">
        <w:t xml:space="preserve">. Data TPI </w:t>
      </w:r>
      <w:proofErr w:type="spellStart"/>
      <w:r w:rsidRPr="00AC52C9">
        <w:t>Dudepo</w:t>
      </w:r>
      <w:proofErr w:type="spellEnd"/>
      <w:r w:rsidRPr="00AC52C9">
        <w:t xml:space="preserve"> </w:t>
      </w:r>
      <w:proofErr w:type="spellStart"/>
      <w:r w:rsidRPr="00AC52C9">
        <w:t>mencatat</w:t>
      </w:r>
      <w:proofErr w:type="spellEnd"/>
      <w:r w:rsidRPr="00AC52C9">
        <w:t xml:space="preserve"> </w:t>
      </w:r>
      <w:proofErr w:type="spellStart"/>
      <w:r w:rsidRPr="00AC52C9">
        <w:t>cakalang</w:t>
      </w:r>
      <w:proofErr w:type="spellEnd"/>
      <w:r w:rsidRPr="00AC52C9">
        <w:t xml:space="preserve"> </w:t>
      </w:r>
      <w:proofErr w:type="spellStart"/>
      <w:r w:rsidRPr="00AC52C9">
        <w:t>sebagai</w:t>
      </w:r>
      <w:proofErr w:type="spellEnd"/>
      <w:r w:rsidRPr="00AC52C9">
        <w:t xml:space="preserve"> </w:t>
      </w:r>
      <w:proofErr w:type="spellStart"/>
      <w:r w:rsidRPr="00AC52C9">
        <w:t>komoditas</w:t>
      </w:r>
      <w:proofErr w:type="spellEnd"/>
      <w:r w:rsidRPr="00AC52C9">
        <w:t xml:space="preserve"> </w:t>
      </w:r>
      <w:proofErr w:type="spellStart"/>
      <w:r w:rsidRPr="00AC52C9">
        <w:t>dominan</w:t>
      </w:r>
      <w:proofErr w:type="spellEnd"/>
      <w:r w:rsidRPr="00AC52C9">
        <w:t xml:space="preserve"> yang </w:t>
      </w:r>
      <w:proofErr w:type="spellStart"/>
      <w:r w:rsidRPr="00AC52C9">
        <w:t>menyumbang</w:t>
      </w:r>
      <w:proofErr w:type="spellEnd"/>
      <w:r w:rsidRPr="00AC52C9">
        <w:t xml:space="preserve"> </w:t>
      </w:r>
      <w:proofErr w:type="spellStart"/>
      <w:r w:rsidRPr="00AC52C9">
        <w:t>hingga</w:t>
      </w:r>
      <w:proofErr w:type="spellEnd"/>
      <w:r w:rsidRPr="00AC52C9">
        <w:t xml:space="preserve"> 40% </w:t>
      </w:r>
      <w:proofErr w:type="spellStart"/>
      <w:r w:rsidRPr="00AC52C9">
        <w:t>dari</w:t>
      </w:r>
      <w:proofErr w:type="spellEnd"/>
      <w:r w:rsidRPr="00AC52C9">
        <w:t xml:space="preserve"> total volume </w:t>
      </w:r>
      <w:proofErr w:type="spellStart"/>
      <w:r w:rsidRPr="00AC52C9">
        <w:t>perdagangan</w:t>
      </w:r>
      <w:proofErr w:type="spellEnd"/>
      <w:r w:rsidRPr="00AC52C9">
        <w:t xml:space="preserve"> ikan di </w:t>
      </w:r>
      <w:proofErr w:type="spellStart"/>
      <w:r w:rsidRPr="00AC52C9">
        <w:t>fasilitas</w:t>
      </w:r>
      <w:proofErr w:type="spellEnd"/>
      <w:r w:rsidRPr="00AC52C9">
        <w:t xml:space="preserve"> </w:t>
      </w:r>
      <w:proofErr w:type="spellStart"/>
      <w:r w:rsidRPr="00AC52C9">
        <w:t>tersebut</w:t>
      </w:r>
      <w:proofErr w:type="spellEnd"/>
      <w:r w:rsidRPr="00AC52C9">
        <w:t xml:space="preserve">. </w:t>
      </w:r>
      <w:proofErr w:type="spellStart"/>
      <w:r w:rsidRPr="00AC52C9">
        <w:t>Tingginya</w:t>
      </w:r>
      <w:proofErr w:type="spellEnd"/>
      <w:r w:rsidRPr="00AC52C9">
        <w:t xml:space="preserve"> </w:t>
      </w:r>
      <w:proofErr w:type="spellStart"/>
      <w:r w:rsidRPr="00AC52C9">
        <w:t>angka</w:t>
      </w:r>
      <w:proofErr w:type="spellEnd"/>
      <w:r w:rsidRPr="00AC52C9">
        <w:t xml:space="preserve"> </w:t>
      </w:r>
      <w:proofErr w:type="spellStart"/>
      <w:r w:rsidRPr="00AC52C9">
        <w:t>lalu</w:t>
      </w:r>
      <w:proofErr w:type="spellEnd"/>
      <w:r w:rsidRPr="00AC52C9">
        <w:t xml:space="preserve"> </w:t>
      </w:r>
      <w:proofErr w:type="spellStart"/>
      <w:r w:rsidRPr="00AC52C9">
        <w:t>lintas</w:t>
      </w:r>
      <w:proofErr w:type="spellEnd"/>
      <w:r w:rsidRPr="00AC52C9">
        <w:t xml:space="preserve"> </w:t>
      </w:r>
      <w:proofErr w:type="spellStart"/>
      <w:r w:rsidRPr="00AC52C9">
        <w:t>distribusi</w:t>
      </w:r>
      <w:proofErr w:type="spellEnd"/>
      <w:r w:rsidRPr="00AC52C9">
        <w:t xml:space="preserve"> </w:t>
      </w:r>
      <w:proofErr w:type="spellStart"/>
      <w:r w:rsidRPr="00AC52C9">
        <w:t>ini</w:t>
      </w:r>
      <w:proofErr w:type="spellEnd"/>
      <w:r w:rsidRPr="00AC52C9">
        <w:t xml:space="preserve"> </w:t>
      </w:r>
      <w:proofErr w:type="spellStart"/>
      <w:r w:rsidRPr="00AC52C9">
        <w:t>berbanding</w:t>
      </w:r>
      <w:proofErr w:type="spellEnd"/>
      <w:r w:rsidRPr="00AC52C9">
        <w:t xml:space="preserve"> </w:t>
      </w:r>
      <w:proofErr w:type="spellStart"/>
      <w:r w:rsidRPr="00AC52C9">
        <w:t>lurus</w:t>
      </w:r>
      <w:proofErr w:type="spellEnd"/>
      <w:r w:rsidRPr="00AC52C9">
        <w:t xml:space="preserve"> </w:t>
      </w:r>
      <w:proofErr w:type="spellStart"/>
      <w:r w:rsidRPr="00AC52C9">
        <w:t>dengan</w:t>
      </w:r>
      <w:proofErr w:type="spellEnd"/>
      <w:r w:rsidRPr="00AC52C9">
        <w:t xml:space="preserve"> </w:t>
      </w:r>
      <w:proofErr w:type="spellStart"/>
      <w:r w:rsidRPr="00AC52C9">
        <w:t>besarnya</w:t>
      </w:r>
      <w:proofErr w:type="spellEnd"/>
      <w:r w:rsidRPr="00AC52C9">
        <w:t xml:space="preserve"> </w:t>
      </w:r>
      <w:proofErr w:type="spellStart"/>
      <w:r>
        <w:t>risiko</w:t>
      </w:r>
      <w:proofErr w:type="spellEnd"/>
      <w:r>
        <w:t xml:space="preserve"> </w:t>
      </w:r>
      <w:proofErr w:type="spellStart"/>
      <w:r>
        <w:t>kesehatan</w:t>
      </w:r>
      <w:proofErr w:type="spellEnd"/>
      <w:r>
        <w:t xml:space="preserve"> </w:t>
      </w:r>
      <w:proofErr w:type="spellStart"/>
      <w:r>
        <w:t>masyarakat</w:t>
      </w:r>
      <w:proofErr w:type="spellEnd"/>
      <w:r>
        <w:t xml:space="preserve"> yang </w:t>
      </w:r>
      <w:proofErr w:type="spellStart"/>
      <w:r>
        <w:t>riil</w:t>
      </w:r>
      <w:proofErr w:type="spellEnd"/>
      <w:r w:rsidRPr="00AC52C9">
        <w:t xml:space="preserve"> </w:t>
      </w:r>
      <w:proofErr w:type="spellStart"/>
      <w:r w:rsidRPr="00AC52C9">
        <w:t>apabila</w:t>
      </w:r>
      <w:proofErr w:type="spellEnd"/>
      <w:r w:rsidRPr="00AC52C9">
        <w:t xml:space="preserve"> </w:t>
      </w:r>
      <w:proofErr w:type="spellStart"/>
      <w:r w:rsidRPr="00AC52C9">
        <w:t>terjadi</w:t>
      </w:r>
      <w:proofErr w:type="spellEnd"/>
      <w:r w:rsidRPr="00AC52C9">
        <w:t xml:space="preserve"> </w:t>
      </w:r>
      <w:proofErr w:type="spellStart"/>
      <w:r w:rsidRPr="00AC52C9">
        <w:t>penyalahgunaan</w:t>
      </w:r>
      <w:proofErr w:type="spellEnd"/>
      <w:r w:rsidRPr="00AC52C9">
        <w:t xml:space="preserve"> </w:t>
      </w:r>
      <w:proofErr w:type="spellStart"/>
      <w:r w:rsidRPr="00AC52C9">
        <w:t>bahan</w:t>
      </w:r>
      <w:proofErr w:type="spellEnd"/>
      <w:r w:rsidRPr="00AC52C9">
        <w:t xml:space="preserve"> </w:t>
      </w:r>
      <w:proofErr w:type="spellStart"/>
      <w:r w:rsidRPr="00AC52C9">
        <w:t>kimia</w:t>
      </w:r>
      <w:proofErr w:type="spellEnd"/>
      <w:r w:rsidRPr="00AC52C9">
        <w:t xml:space="preserve"> </w:t>
      </w:r>
      <w:proofErr w:type="spellStart"/>
      <w:r w:rsidRPr="00AC52C9">
        <w:t>berbahaya</w:t>
      </w:r>
      <w:proofErr w:type="spellEnd"/>
      <w:r w:rsidRPr="00AC52C9">
        <w:t>.</w:t>
      </w:r>
      <w:r w:rsidR="008117FD">
        <w:t xml:space="preserve"> </w:t>
      </w:r>
      <w:r w:rsidRPr="00AC52C9">
        <w:t xml:space="preserve">Sifat </w:t>
      </w:r>
      <w:proofErr w:type="spellStart"/>
      <w:r w:rsidRPr="00AC52C9">
        <w:t>alami</w:t>
      </w:r>
      <w:proofErr w:type="spellEnd"/>
      <w:r w:rsidRPr="00AC52C9">
        <w:t xml:space="preserve"> </w:t>
      </w:r>
      <w:proofErr w:type="spellStart"/>
      <w:r w:rsidRPr="00AC52C9">
        <w:t>daging</w:t>
      </w:r>
      <w:proofErr w:type="spellEnd"/>
      <w:r w:rsidRPr="00AC52C9">
        <w:t xml:space="preserve"> </w:t>
      </w:r>
      <w:proofErr w:type="spellStart"/>
      <w:r w:rsidRPr="00AC52C9">
        <w:t>cakalang</w:t>
      </w:r>
      <w:proofErr w:type="spellEnd"/>
      <w:r w:rsidRPr="00AC52C9">
        <w:t xml:space="preserve"> yang </w:t>
      </w:r>
      <w:proofErr w:type="spellStart"/>
      <w:r w:rsidRPr="00AC52C9">
        <w:t>cepat</w:t>
      </w:r>
      <w:proofErr w:type="spellEnd"/>
      <w:r w:rsidRPr="00AC52C9">
        <w:t xml:space="preserve"> </w:t>
      </w:r>
      <w:proofErr w:type="spellStart"/>
      <w:r w:rsidRPr="00AC52C9">
        <w:t>mengalami</w:t>
      </w:r>
      <w:proofErr w:type="spellEnd"/>
      <w:r w:rsidRPr="00AC52C9">
        <w:t xml:space="preserve"> </w:t>
      </w:r>
      <w:proofErr w:type="spellStart"/>
      <w:r w:rsidRPr="00AC52C9">
        <w:t>penurunan</w:t>
      </w:r>
      <w:proofErr w:type="spellEnd"/>
      <w:r w:rsidRPr="00AC52C9">
        <w:t xml:space="preserve"> </w:t>
      </w:r>
      <w:proofErr w:type="spellStart"/>
      <w:r w:rsidRPr="00AC52C9">
        <w:t>mutu</w:t>
      </w:r>
      <w:proofErr w:type="spellEnd"/>
      <w:r w:rsidRPr="00AC52C9">
        <w:t xml:space="preserve"> (</w:t>
      </w:r>
      <w:r w:rsidRPr="00AC52C9">
        <w:rPr>
          <w:i/>
          <w:iCs/>
        </w:rPr>
        <w:t>spoilage</w:t>
      </w:r>
      <w:r w:rsidRPr="00AC52C9">
        <w:t xml:space="preserve">) </w:t>
      </w:r>
      <w:proofErr w:type="spellStart"/>
      <w:r w:rsidRPr="00AC52C9">
        <w:t>menjadikannya</w:t>
      </w:r>
      <w:proofErr w:type="spellEnd"/>
      <w:r w:rsidRPr="00AC52C9">
        <w:t xml:space="preserve"> </w:t>
      </w:r>
      <w:proofErr w:type="spellStart"/>
      <w:r w:rsidRPr="00AC52C9">
        <w:t>rentan</w:t>
      </w:r>
      <w:proofErr w:type="spellEnd"/>
      <w:r w:rsidRPr="00AC52C9">
        <w:t xml:space="preserve"> </w:t>
      </w:r>
      <w:proofErr w:type="spellStart"/>
      <w:r w:rsidRPr="00AC52C9">
        <w:t>menjadi</w:t>
      </w:r>
      <w:proofErr w:type="spellEnd"/>
      <w:r w:rsidRPr="00AC52C9">
        <w:t xml:space="preserve"> </w:t>
      </w:r>
      <w:proofErr w:type="spellStart"/>
      <w:r w:rsidRPr="00AC52C9">
        <w:t>sasaran</w:t>
      </w:r>
      <w:proofErr w:type="spellEnd"/>
      <w:r w:rsidRPr="00AC52C9">
        <w:t xml:space="preserve"> </w:t>
      </w:r>
      <w:proofErr w:type="spellStart"/>
      <w:r w:rsidRPr="00AC52C9">
        <w:t>kecurangan</w:t>
      </w:r>
      <w:proofErr w:type="spellEnd"/>
      <w:r w:rsidRPr="00AC52C9">
        <w:t xml:space="preserve"> oleh </w:t>
      </w:r>
      <w:proofErr w:type="spellStart"/>
      <w:r w:rsidRPr="00AC52C9">
        <w:t>oknum</w:t>
      </w:r>
      <w:proofErr w:type="spellEnd"/>
      <w:r w:rsidRPr="00AC52C9">
        <w:t xml:space="preserve"> </w:t>
      </w:r>
      <w:proofErr w:type="spellStart"/>
      <w:r w:rsidRPr="00AC52C9">
        <w:t>pedagang</w:t>
      </w:r>
      <w:proofErr w:type="spellEnd"/>
      <w:r w:rsidRPr="00AC52C9">
        <w:t xml:space="preserve"> </w:t>
      </w:r>
      <w:proofErr w:type="spellStart"/>
      <w:r w:rsidRPr="00AC52C9">
        <w:t>melalui</w:t>
      </w:r>
      <w:proofErr w:type="spellEnd"/>
      <w:r w:rsidRPr="00AC52C9">
        <w:t xml:space="preserve"> </w:t>
      </w:r>
      <w:proofErr w:type="spellStart"/>
      <w:r w:rsidRPr="00AC52C9">
        <w:t>penambahan</w:t>
      </w:r>
      <w:proofErr w:type="spellEnd"/>
      <w:r w:rsidRPr="00AC52C9">
        <w:t xml:space="preserve"> formalin demi </w:t>
      </w:r>
      <w:proofErr w:type="spellStart"/>
      <w:r w:rsidRPr="00AC52C9">
        <w:t>memperpanjang</w:t>
      </w:r>
      <w:proofErr w:type="spellEnd"/>
      <w:r w:rsidRPr="00AC52C9">
        <w:t xml:space="preserve"> masa </w:t>
      </w:r>
      <w:proofErr w:type="spellStart"/>
      <w:r w:rsidRPr="00AC52C9">
        <w:t>simpan</w:t>
      </w:r>
      <w:proofErr w:type="spellEnd"/>
      <w:r w:rsidRPr="00AC52C9">
        <w:t xml:space="preserve">. Oleh </w:t>
      </w:r>
      <w:proofErr w:type="spellStart"/>
      <w:r w:rsidRPr="00AC52C9">
        <w:t>karena</w:t>
      </w:r>
      <w:proofErr w:type="spellEnd"/>
      <w:r w:rsidRPr="00AC52C9">
        <w:t xml:space="preserve"> </w:t>
      </w:r>
      <w:proofErr w:type="spellStart"/>
      <w:r w:rsidRPr="00AC52C9">
        <w:t>itu</w:t>
      </w:r>
      <w:proofErr w:type="spellEnd"/>
      <w:r w:rsidRPr="00AC52C9">
        <w:t xml:space="preserve">, </w:t>
      </w:r>
      <w:proofErr w:type="spellStart"/>
      <w:r w:rsidRPr="00AC52C9">
        <w:t>penelitian</w:t>
      </w:r>
      <w:proofErr w:type="spellEnd"/>
      <w:r w:rsidRPr="00AC52C9">
        <w:t xml:space="preserve"> </w:t>
      </w:r>
      <w:proofErr w:type="spellStart"/>
      <w:r w:rsidRPr="00AC52C9">
        <w:t>ini</w:t>
      </w:r>
      <w:proofErr w:type="spellEnd"/>
      <w:r w:rsidRPr="00AC52C9">
        <w:t xml:space="preserve"> </w:t>
      </w:r>
      <w:proofErr w:type="spellStart"/>
      <w:r w:rsidRPr="00AC52C9">
        <w:t>menjadi</w:t>
      </w:r>
      <w:proofErr w:type="spellEnd"/>
      <w:r w:rsidRPr="00AC52C9">
        <w:t xml:space="preserve"> </w:t>
      </w:r>
      <w:proofErr w:type="spellStart"/>
      <w:r w:rsidRPr="00AC52C9">
        <w:t>langkah</w:t>
      </w:r>
      <w:proofErr w:type="spellEnd"/>
      <w:r w:rsidRPr="00AC52C9">
        <w:t xml:space="preserve"> </w:t>
      </w:r>
      <w:proofErr w:type="spellStart"/>
      <w:r w:rsidRPr="00AC52C9">
        <w:t>krusial</w:t>
      </w:r>
      <w:proofErr w:type="spellEnd"/>
      <w:r w:rsidRPr="00AC52C9">
        <w:t xml:space="preserve"> </w:t>
      </w:r>
      <w:proofErr w:type="spellStart"/>
      <w:r w:rsidRPr="00AC52C9">
        <w:t>untuk</w:t>
      </w:r>
      <w:proofErr w:type="spellEnd"/>
      <w:r w:rsidRPr="00AC52C9">
        <w:t xml:space="preserve"> </w:t>
      </w:r>
      <w:proofErr w:type="spellStart"/>
      <w:r w:rsidRPr="00AC52C9">
        <w:t>mengisi</w:t>
      </w:r>
      <w:proofErr w:type="spellEnd"/>
      <w:r w:rsidRPr="00AC52C9">
        <w:t xml:space="preserve"> </w:t>
      </w:r>
      <w:proofErr w:type="spellStart"/>
      <w:r w:rsidRPr="00AC52C9">
        <w:t>kekosongan</w:t>
      </w:r>
      <w:proofErr w:type="spellEnd"/>
      <w:r w:rsidRPr="00AC52C9">
        <w:t xml:space="preserve"> data (</w:t>
      </w:r>
      <w:r w:rsidRPr="00AC52C9">
        <w:rPr>
          <w:i/>
          <w:iCs/>
        </w:rPr>
        <w:t>data gap</w:t>
      </w:r>
      <w:r w:rsidRPr="00AC52C9">
        <w:t xml:space="preserve">) </w:t>
      </w:r>
      <w:proofErr w:type="spellStart"/>
      <w:r w:rsidRPr="00AC52C9">
        <w:t>keamanan</w:t>
      </w:r>
      <w:proofErr w:type="spellEnd"/>
      <w:r w:rsidRPr="00AC52C9">
        <w:t xml:space="preserve"> </w:t>
      </w:r>
      <w:proofErr w:type="spellStart"/>
      <w:r w:rsidRPr="00AC52C9">
        <w:t>pangan</w:t>
      </w:r>
      <w:proofErr w:type="spellEnd"/>
      <w:r w:rsidRPr="00AC52C9">
        <w:t xml:space="preserve"> pada </w:t>
      </w:r>
      <w:proofErr w:type="spellStart"/>
      <w:r w:rsidRPr="00AC52C9">
        <w:t>rantai</w:t>
      </w:r>
      <w:proofErr w:type="spellEnd"/>
      <w:r w:rsidRPr="00AC52C9">
        <w:t xml:space="preserve"> </w:t>
      </w:r>
      <w:proofErr w:type="spellStart"/>
      <w:r w:rsidRPr="00AC52C9">
        <w:t>pasok</w:t>
      </w:r>
      <w:proofErr w:type="spellEnd"/>
      <w:r w:rsidRPr="00AC52C9">
        <w:t xml:space="preserve"> </w:t>
      </w:r>
      <w:proofErr w:type="spellStart"/>
      <w:r w:rsidRPr="00AC52C9">
        <w:t>komoditas</w:t>
      </w:r>
      <w:proofErr w:type="spellEnd"/>
      <w:r w:rsidRPr="00AC52C9">
        <w:t xml:space="preserve"> </w:t>
      </w:r>
      <w:proofErr w:type="spellStart"/>
      <w:r w:rsidRPr="00AC52C9">
        <w:t>perikanan</w:t>
      </w:r>
      <w:proofErr w:type="spellEnd"/>
      <w:r w:rsidRPr="00AC52C9">
        <w:t xml:space="preserve"> </w:t>
      </w:r>
      <w:proofErr w:type="spellStart"/>
      <w:r w:rsidRPr="00AC52C9">
        <w:t>utama</w:t>
      </w:r>
      <w:proofErr w:type="spellEnd"/>
      <w:r w:rsidRPr="00AC52C9">
        <w:t>.</w:t>
      </w:r>
    </w:p>
    <w:p w14:paraId="718C37AD" w14:textId="77777777" w:rsidR="00651895" w:rsidRPr="00AC52C9" w:rsidRDefault="002C25B9" w:rsidP="00651895">
      <w:pPr>
        <w:spacing w:after="160" w:line="278" w:lineRule="auto"/>
        <w:jc w:val="both"/>
      </w:pPr>
      <w:r w:rsidRPr="00AC52C9">
        <w:t xml:space="preserve">Di </w:t>
      </w:r>
      <w:proofErr w:type="spellStart"/>
      <w:r w:rsidRPr="00AC52C9">
        <w:t>samping</w:t>
      </w:r>
      <w:proofErr w:type="spellEnd"/>
      <w:r w:rsidRPr="00AC52C9">
        <w:t xml:space="preserve"> </w:t>
      </w:r>
      <w:proofErr w:type="spellStart"/>
      <w:r w:rsidRPr="00AC52C9">
        <w:t>aspek</w:t>
      </w:r>
      <w:proofErr w:type="spellEnd"/>
      <w:r w:rsidRPr="00AC52C9">
        <w:t xml:space="preserve"> </w:t>
      </w:r>
      <w:proofErr w:type="spellStart"/>
      <w:r w:rsidRPr="00AC52C9">
        <w:t>toksikologi</w:t>
      </w:r>
      <w:proofErr w:type="spellEnd"/>
      <w:r w:rsidRPr="00AC52C9">
        <w:t xml:space="preserve">, </w:t>
      </w:r>
      <w:proofErr w:type="spellStart"/>
      <w:r w:rsidRPr="00AC52C9">
        <w:t>pengujian</w:t>
      </w:r>
      <w:proofErr w:type="spellEnd"/>
      <w:r w:rsidRPr="00AC52C9">
        <w:t xml:space="preserve"> parameter </w:t>
      </w:r>
      <w:proofErr w:type="spellStart"/>
      <w:r w:rsidRPr="00AC52C9">
        <w:t>kualitas</w:t>
      </w:r>
      <w:proofErr w:type="spellEnd"/>
      <w:r w:rsidRPr="00AC52C9">
        <w:t>—</w:t>
      </w:r>
      <w:proofErr w:type="spellStart"/>
      <w:r w:rsidRPr="00AC52C9">
        <w:t>seperti</w:t>
      </w:r>
      <w:proofErr w:type="spellEnd"/>
      <w:r w:rsidRPr="00AC52C9">
        <w:t xml:space="preserve"> </w:t>
      </w:r>
      <w:proofErr w:type="spellStart"/>
      <w:r w:rsidRPr="00AC52C9">
        <w:t>sifat</w:t>
      </w:r>
      <w:proofErr w:type="spellEnd"/>
      <w:r w:rsidRPr="00AC52C9">
        <w:t xml:space="preserve"> </w:t>
      </w:r>
      <w:proofErr w:type="spellStart"/>
      <w:r w:rsidRPr="00AC52C9">
        <w:t>organoleptik</w:t>
      </w:r>
      <w:proofErr w:type="spellEnd"/>
      <w:r w:rsidRPr="00AC52C9">
        <w:t xml:space="preserve">, </w:t>
      </w:r>
      <w:proofErr w:type="spellStart"/>
      <w:r w:rsidRPr="00AC52C9">
        <w:t>nilai</w:t>
      </w:r>
      <w:proofErr w:type="spellEnd"/>
      <w:r w:rsidRPr="00AC52C9">
        <w:t xml:space="preserve"> pH, </w:t>
      </w:r>
      <w:proofErr w:type="spellStart"/>
      <w:r w:rsidRPr="00AC52C9">
        <w:t>kadar</w:t>
      </w:r>
      <w:proofErr w:type="spellEnd"/>
      <w:r w:rsidRPr="00AC52C9">
        <w:t xml:space="preserve"> air, dan </w:t>
      </w:r>
      <w:proofErr w:type="spellStart"/>
      <w:r w:rsidRPr="00AC52C9">
        <w:t>suhu</w:t>
      </w:r>
      <w:proofErr w:type="spellEnd"/>
      <w:r w:rsidRPr="00AC52C9">
        <w:t xml:space="preserve">—sangat </w:t>
      </w:r>
      <w:proofErr w:type="spellStart"/>
      <w:r w:rsidRPr="00AC52C9">
        <w:t>penting</w:t>
      </w:r>
      <w:proofErr w:type="spellEnd"/>
      <w:r w:rsidRPr="00AC52C9">
        <w:t xml:space="preserve"> </w:t>
      </w:r>
      <w:proofErr w:type="spellStart"/>
      <w:r w:rsidRPr="00AC52C9">
        <w:t>untuk</w:t>
      </w:r>
      <w:proofErr w:type="spellEnd"/>
      <w:r w:rsidRPr="00AC52C9">
        <w:t xml:space="preserve"> </w:t>
      </w:r>
      <w:proofErr w:type="spellStart"/>
      <w:r w:rsidRPr="00AC52C9">
        <w:t>mengukur</w:t>
      </w:r>
      <w:proofErr w:type="spellEnd"/>
      <w:r w:rsidRPr="00AC52C9">
        <w:t xml:space="preserve"> </w:t>
      </w:r>
      <w:proofErr w:type="spellStart"/>
      <w:r w:rsidRPr="00AC52C9">
        <w:t>tingkat</w:t>
      </w:r>
      <w:proofErr w:type="spellEnd"/>
      <w:r w:rsidRPr="00AC52C9">
        <w:t xml:space="preserve"> </w:t>
      </w:r>
      <w:proofErr w:type="spellStart"/>
      <w:r w:rsidRPr="00AC52C9">
        <w:t>kesegaran</w:t>
      </w:r>
      <w:proofErr w:type="spellEnd"/>
      <w:r w:rsidRPr="00AC52C9">
        <w:t xml:space="preserve"> </w:t>
      </w:r>
      <w:proofErr w:type="spellStart"/>
      <w:r w:rsidRPr="00AC52C9">
        <w:t>produk</w:t>
      </w:r>
      <w:proofErr w:type="spellEnd"/>
      <w:r w:rsidRPr="00AC52C9">
        <w:t xml:space="preserve"> </w:t>
      </w:r>
      <w:proofErr w:type="spellStart"/>
      <w:r w:rsidRPr="00AC52C9">
        <w:t>secara</w:t>
      </w:r>
      <w:proofErr w:type="spellEnd"/>
      <w:r w:rsidRPr="00AC52C9">
        <w:t xml:space="preserve"> </w:t>
      </w:r>
      <w:proofErr w:type="spellStart"/>
      <w:r w:rsidRPr="00AC52C9">
        <w:t>objektif</w:t>
      </w:r>
      <w:proofErr w:type="spellEnd"/>
      <w:r w:rsidRPr="00AC52C9">
        <w:t xml:space="preserve">. </w:t>
      </w:r>
      <w:proofErr w:type="spellStart"/>
      <w:r w:rsidRPr="00AC52C9">
        <w:t>Analisis</w:t>
      </w:r>
      <w:proofErr w:type="spellEnd"/>
      <w:r w:rsidRPr="00AC52C9">
        <w:t xml:space="preserve"> </w:t>
      </w:r>
      <w:proofErr w:type="spellStart"/>
      <w:r w:rsidRPr="00AC52C9">
        <w:t>hubungan</w:t>
      </w:r>
      <w:proofErr w:type="spellEnd"/>
      <w:r w:rsidRPr="00AC52C9">
        <w:t xml:space="preserve"> </w:t>
      </w:r>
      <w:proofErr w:type="spellStart"/>
      <w:r w:rsidRPr="00AC52C9">
        <w:t>antara</w:t>
      </w:r>
      <w:proofErr w:type="spellEnd"/>
      <w:r w:rsidRPr="00AC52C9">
        <w:t xml:space="preserve"> </w:t>
      </w:r>
      <w:proofErr w:type="spellStart"/>
      <w:r w:rsidRPr="00AC52C9">
        <w:t>keberadaan</w:t>
      </w:r>
      <w:proofErr w:type="spellEnd"/>
      <w:r w:rsidRPr="00AC52C9">
        <w:t xml:space="preserve"> formalin dan </w:t>
      </w:r>
      <w:proofErr w:type="spellStart"/>
      <w:r w:rsidRPr="00AC52C9">
        <w:t>indikator</w:t>
      </w:r>
      <w:proofErr w:type="spellEnd"/>
      <w:r w:rsidRPr="00AC52C9">
        <w:t xml:space="preserve"> </w:t>
      </w:r>
      <w:proofErr w:type="spellStart"/>
      <w:r w:rsidRPr="00AC52C9">
        <w:t>mutu</w:t>
      </w:r>
      <w:proofErr w:type="spellEnd"/>
      <w:r w:rsidRPr="00AC52C9">
        <w:t xml:space="preserve"> </w:t>
      </w:r>
      <w:proofErr w:type="spellStart"/>
      <w:r w:rsidRPr="00AC52C9">
        <w:t>ini</w:t>
      </w:r>
      <w:proofErr w:type="spellEnd"/>
      <w:r w:rsidRPr="00AC52C9">
        <w:t xml:space="preserve"> </w:t>
      </w:r>
      <w:proofErr w:type="spellStart"/>
      <w:r w:rsidRPr="00AC52C9">
        <w:t>diharapkan</w:t>
      </w:r>
      <w:proofErr w:type="spellEnd"/>
      <w:r w:rsidRPr="00AC52C9">
        <w:t xml:space="preserve"> </w:t>
      </w:r>
      <w:proofErr w:type="spellStart"/>
      <w:r w:rsidRPr="00AC52C9">
        <w:t>dapat</w:t>
      </w:r>
      <w:proofErr w:type="spellEnd"/>
      <w:r w:rsidRPr="00AC52C9">
        <w:t xml:space="preserve"> </w:t>
      </w:r>
      <w:proofErr w:type="spellStart"/>
      <w:r w:rsidRPr="00AC52C9">
        <w:t>melahirkan</w:t>
      </w:r>
      <w:proofErr w:type="spellEnd"/>
      <w:r w:rsidRPr="00AC52C9">
        <w:t xml:space="preserve"> </w:t>
      </w:r>
      <w:proofErr w:type="spellStart"/>
      <w:r w:rsidRPr="00AC52C9">
        <w:t>penanda</w:t>
      </w:r>
      <w:proofErr w:type="spellEnd"/>
      <w:r w:rsidRPr="00AC52C9">
        <w:t xml:space="preserve"> </w:t>
      </w:r>
      <w:proofErr w:type="spellStart"/>
      <w:r w:rsidRPr="00AC52C9">
        <w:t>awal</w:t>
      </w:r>
      <w:proofErr w:type="spellEnd"/>
      <w:r w:rsidRPr="00AC52C9">
        <w:t xml:space="preserve"> (</w:t>
      </w:r>
      <w:r w:rsidRPr="00AC52C9">
        <w:rPr>
          <w:i/>
          <w:iCs/>
        </w:rPr>
        <w:t>early indicator</w:t>
      </w:r>
      <w:r w:rsidRPr="00AC52C9">
        <w:t xml:space="preserve">) yang </w:t>
      </w:r>
      <w:proofErr w:type="spellStart"/>
      <w:r w:rsidRPr="00AC52C9">
        <w:t>praktis</w:t>
      </w:r>
      <w:proofErr w:type="spellEnd"/>
      <w:r w:rsidRPr="00AC52C9">
        <w:t xml:space="preserve"> </w:t>
      </w:r>
      <w:proofErr w:type="spellStart"/>
      <w:r w:rsidRPr="00AC52C9">
        <w:t>untuk</w:t>
      </w:r>
      <w:proofErr w:type="spellEnd"/>
      <w:r w:rsidRPr="00AC52C9">
        <w:t xml:space="preserve"> </w:t>
      </w:r>
      <w:proofErr w:type="spellStart"/>
      <w:r w:rsidRPr="00AC52C9">
        <w:t>mendukung</w:t>
      </w:r>
      <w:proofErr w:type="spellEnd"/>
      <w:r w:rsidRPr="00AC52C9">
        <w:t xml:space="preserve"> </w:t>
      </w:r>
      <w:proofErr w:type="spellStart"/>
      <w:r w:rsidRPr="00AC52C9">
        <w:t>sistem</w:t>
      </w:r>
      <w:proofErr w:type="spellEnd"/>
      <w:r w:rsidRPr="00AC52C9">
        <w:t xml:space="preserve"> </w:t>
      </w:r>
      <w:proofErr w:type="spellStart"/>
      <w:r w:rsidRPr="00AC52C9">
        <w:t>pengawasan</w:t>
      </w:r>
      <w:proofErr w:type="spellEnd"/>
      <w:r w:rsidRPr="00AC52C9">
        <w:t xml:space="preserve"> </w:t>
      </w:r>
      <w:proofErr w:type="spellStart"/>
      <w:r w:rsidRPr="00AC52C9">
        <w:t>mutu</w:t>
      </w:r>
      <w:proofErr w:type="spellEnd"/>
      <w:r w:rsidRPr="00AC52C9">
        <w:t xml:space="preserve"> di </w:t>
      </w:r>
      <w:proofErr w:type="spellStart"/>
      <w:r w:rsidRPr="00AC52C9">
        <w:t>lapangan</w:t>
      </w:r>
      <w:proofErr w:type="spellEnd"/>
      <w:r w:rsidRPr="00AC52C9">
        <w:t>.</w:t>
      </w:r>
      <w:r w:rsidR="00651895">
        <w:t xml:space="preserve"> </w:t>
      </w:r>
      <w:r w:rsidR="00651895" w:rsidRPr="00AC52C9">
        <w:t xml:space="preserve">Gorontalo </w:t>
      </w:r>
      <w:proofErr w:type="spellStart"/>
      <w:r w:rsidR="00651895" w:rsidRPr="00AC52C9">
        <w:t>memegang</w:t>
      </w:r>
      <w:proofErr w:type="spellEnd"/>
      <w:r w:rsidR="00651895" w:rsidRPr="00AC52C9">
        <w:t xml:space="preserve"> </w:t>
      </w:r>
      <w:proofErr w:type="spellStart"/>
      <w:r w:rsidR="00651895" w:rsidRPr="00AC52C9">
        <w:t>potensi</w:t>
      </w:r>
      <w:proofErr w:type="spellEnd"/>
      <w:r w:rsidR="00651895" w:rsidRPr="00AC52C9">
        <w:t xml:space="preserve"> </w:t>
      </w:r>
      <w:proofErr w:type="spellStart"/>
      <w:r w:rsidR="00651895" w:rsidRPr="00AC52C9">
        <w:t>sektor</w:t>
      </w:r>
      <w:proofErr w:type="spellEnd"/>
      <w:r w:rsidR="00651895" w:rsidRPr="00AC52C9">
        <w:t xml:space="preserve"> </w:t>
      </w:r>
      <w:proofErr w:type="spellStart"/>
      <w:r w:rsidR="00651895" w:rsidRPr="00AC52C9">
        <w:t>perikanan</w:t>
      </w:r>
      <w:proofErr w:type="spellEnd"/>
      <w:r w:rsidR="00651895" w:rsidRPr="00AC52C9">
        <w:t xml:space="preserve"> yang </w:t>
      </w:r>
      <w:proofErr w:type="spellStart"/>
      <w:r w:rsidR="00651895" w:rsidRPr="00AC52C9">
        <w:t>besar</w:t>
      </w:r>
      <w:proofErr w:type="spellEnd"/>
      <w:r w:rsidR="00651895" w:rsidRPr="00AC52C9">
        <w:t xml:space="preserve">, di mana </w:t>
      </w:r>
      <w:proofErr w:type="spellStart"/>
      <w:r w:rsidR="00651895" w:rsidRPr="00AC52C9">
        <w:t>cakalang</w:t>
      </w:r>
      <w:proofErr w:type="spellEnd"/>
      <w:r w:rsidR="00651895" w:rsidRPr="00AC52C9">
        <w:t xml:space="preserve"> </w:t>
      </w:r>
      <w:proofErr w:type="spellStart"/>
      <w:r w:rsidR="00651895" w:rsidRPr="00AC52C9">
        <w:t>bertindak</w:t>
      </w:r>
      <w:proofErr w:type="spellEnd"/>
      <w:r w:rsidR="00651895" w:rsidRPr="00AC52C9">
        <w:t xml:space="preserve"> </w:t>
      </w:r>
      <w:proofErr w:type="spellStart"/>
      <w:r w:rsidR="00651895" w:rsidRPr="00AC52C9">
        <w:t>sebagai</w:t>
      </w:r>
      <w:proofErr w:type="spellEnd"/>
      <w:r w:rsidR="00651895" w:rsidRPr="00AC52C9">
        <w:t xml:space="preserve"> </w:t>
      </w:r>
      <w:proofErr w:type="spellStart"/>
      <w:r w:rsidR="00651895" w:rsidRPr="00AC52C9">
        <w:t>sumber</w:t>
      </w:r>
      <w:proofErr w:type="spellEnd"/>
      <w:r w:rsidR="00651895" w:rsidRPr="00AC52C9">
        <w:t xml:space="preserve"> protein </w:t>
      </w:r>
      <w:proofErr w:type="spellStart"/>
      <w:r w:rsidR="00651895" w:rsidRPr="00AC52C9">
        <w:t>hewani</w:t>
      </w:r>
      <w:proofErr w:type="spellEnd"/>
      <w:r w:rsidR="00651895" w:rsidRPr="00AC52C9">
        <w:t xml:space="preserve"> </w:t>
      </w:r>
      <w:proofErr w:type="spellStart"/>
      <w:r w:rsidR="00651895" w:rsidRPr="00AC52C9">
        <w:t>utama</w:t>
      </w:r>
      <w:proofErr w:type="spellEnd"/>
      <w:r w:rsidR="00651895" w:rsidRPr="00AC52C9">
        <w:t xml:space="preserve"> </w:t>
      </w:r>
      <w:proofErr w:type="spellStart"/>
      <w:r w:rsidR="00651895" w:rsidRPr="00AC52C9">
        <w:t>sekaligus</w:t>
      </w:r>
      <w:proofErr w:type="spellEnd"/>
      <w:r w:rsidR="00651895" w:rsidRPr="00AC52C9">
        <w:t xml:space="preserve"> </w:t>
      </w:r>
      <w:proofErr w:type="spellStart"/>
      <w:r w:rsidR="00651895" w:rsidRPr="00AC52C9">
        <w:t>penopang</w:t>
      </w:r>
      <w:proofErr w:type="spellEnd"/>
      <w:r w:rsidR="00651895" w:rsidRPr="00AC52C9">
        <w:t xml:space="preserve"> </w:t>
      </w:r>
      <w:proofErr w:type="spellStart"/>
      <w:r w:rsidR="00651895" w:rsidRPr="00AC52C9">
        <w:t>mata</w:t>
      </w:r>
      <w:proofErr w:type="spellEnd"/>
      <w:r w:rsidR="00651895" w:rsidRPr="00AC52C9">
        <w:t xml:space="preserve"> </w:t>
      </w:r>
      <w:proofErr w:type="spellStart"/>
      <w:r w:rsidR="00651895" w:rsidRPr="00AC52C9">
        <w:t>pencaharian</w:t>
      </w:r>
      <w:proofErr w:type="spellEnd"/>
      <w:r w:rsidR="00651895" w:rsidRPr="00AC52C9">
        <w:t xml:space="preserve"> </w:t>
      </w:r>
      <w:proofErr w:type="spellStart"/>
      <w:r w:rsidR="00651895" w:rsidRPr="00AC52C9">
        <w:t>nelayan</w:t>
      </w:r>
      <w:proofErr w:type="spellEnd"/>
      <w:r w:rsidR="00651895" w:rsidRPr="00AC52C9">
        <w:t xml:space="preserve">, </w:t>
      </w:r>
      <w:proofErr w:type="spellStart"/>
      <w:r w:rsidR="00651895" w:rsidRPr="00AC52C9">
        <w:t>pengolah</w:t>
      </w:r>
      <w:proofErr w:type="spellEnd"/>
      <w:r w:rsidR="00651895" w:rsidRPr="00AC52C9">
        <w:t xml:space="preserve">, dan </w:t>
      </w:r>
      <w:proofErr w:type="spellStart"/>
      <w:r w:rsidR="00651895" w:rsidRPr="00AC52C9">
        <w:t>pedagang</w:t>
      </w:r>
      <w:proofErr w:type="spellEnd"/>
      <w:r w:rsidR="00651895" w:rsidRPr="00AC52C9">
        <w:t xml:space="preserve"> </w:t>
      </w:r>
      <w:proofErr w:type="spellStart"/>
      <w:r w:rsidR="00651895" w:rsidRPr="00AC52C9">
        <w:t>lokal</w:t>
      </w:r>
      <w:proofErr w:type="spellEnd"/>
      <w:r w:rsidR="00651895" w:rsidRPr="00AC52C9">
        <w:t xml:space="preserve">. Oleh </w:t>
      </w:r>
      <w:proofErr w:type="spellStart"/>
      <w:r w:rsidR="00651895" w:rsidRPr="00AC52C9">
        <w:t>sebab</w:t>
      </w:r>
      <w:proofErr w:type="spellEnd"/>
      <w:r w:rsidR="00651895" w:rsidRPr="00AC52C9">
        <w:t xml:space="preserve"> </w:t>
      </w:r>
      <w:proofErr w:type="spellStart"/>
      <w:r w:rsidR="00651895" w:rsidRPr="00AC52C9">
        <w:t>itu</w:t>
      </w:r>
      <w:proofErr w:type="spellEnd"/>
      <w:r w:rsidR="00651895" w:rsidRPr="00AC52C9">
        <w:t xml:space="preserve">, </w:t>
      </w:r>
      <w:proofErr w:type="spellStart"/>
      <w:r w:rsidR="00651895" w:rsidRPr="00AC52C9">
        <w:t>jaminan</w:t>
      </w:r>
      <w:proofErr w:type="spellEnd"/>
      <w:r w:rsidR="00651895" w:rsidRPr="00AC52C9">
        <w:t xml:space="preserve"> </w:t>
      </w:r>
      <w:proofErr w:type="spellStart"/>
      <w:r w:rsidR="00651895" w:rsidRPr="00AC52C9">
        <w:t>keamanan</w:t>
      </w:r>
      <w:proofErr w:type="spellEnd"/>
      <w:r w:rsidR="00651895" w:rsidRPr="00AC52C9">
        <w:t xml:space="preserve"> </w:t>
      </w:r>
      <w:proofErr w:type="spellStart"/>
      <w:r w:rsidR="00651895" w:rsidRPr="00AC52C9">
        <w:t>produk</w:t>
      </w:r>
      <w:proofErr w:type="spellEnd"/>
      <w:r w:rsidR="00651895" w:rsidRPr="00AC52C9">
        <w:t xml:space="preserve"> </w:t>
      </w:r>
      <w:proofErr w:type="spellStart"/>
      <w:r w:rsidR="00651895" w:rsidRPr="00AC52C9">
        <w:t>perikanan</w:t>
      </w:r>
      <w:proofErr w:type="spellEnd"/>
      <w:r w:rsidR="00651895" w:rsidRPr="00AC52C9">
        <w:t xml:space="preserve"> </w:t>
      </w:r>
      <w:proofErr w:type="spellStart"/>
      <w:r w:rsidR="00651895" w:rsidRPr="00AC52C9">
        <w:t>merupakan</w:t>
      </w:r>
      <w:proofErr w:type="spellEnd"/>
      <w:r w:rsidR="00651895" w:rsidRPr="00AC52C9">
        <w:t xml:space="preserve"> </w:t>
      </w:r>
      <w:proofErr w:type="spellStart"/>
      <w:r w:rsidR="00651895" w:rsidRPr="00AC52C9">
        <w:t>isu</w:t>
      </w:r>
      <w:proofErr w:type="spellEnd"/>
      <w:r w:rsidR="00651895" w:rsidRPr="00AC52C9">
        <w:t xml:space="preserve"> </w:t>
      </w:r>
      <w:proofErr w:type="spellStart"/>
      <w:r w:rsidR="00651895" w:rsidRPr="00AC52C9">
        <w:t>strategis</w:t>
      </w:r>
      <w:proofErr w:type="spellEnd"/>
      <w:r w:rsidR="00651895" w:rsidRPr="00AC52C9">
        <w:t xml:space="preserve"> yang </w:t>
      </w:r>
      <w:proofErr w:type="spellStart"/>
      <w:r w:rsidR="00651895" w:rsidRPr="00AC52C9">
        <w:t>menautkan</w:t>
      </w:r>
      <w:proofErr w:type="spellEnd"/>
      <w:r w:rsidR="00651895" w:rsidRPr="00AC52C9">
        <w:t xml:space="preserve"> </w:t>
      </w:r>
      <w:proofErr w:type="spellStart"/>
      <w:r w:rsidR="00651895" w:rsidRPr="00AC52C9">
        <w:t>kesehatan</w:t>
      </w:r>
      <w:proofErr w:type="spellEnd"/>
      <w:r w:rsidR="00651895" w:rsidRPr="00AC52C9">
        <w:t xml:space="preserve"> </w:t>
      </w:r>
      <w:proofErr w:type="spellStart"/>
      <w:r w:rsidR="00651895" w:rsidRPr="00AC52C9">
        <w:t>publik</w:t>
      </w:r>
      <w:proofErr w:type="spellEnd"/>
      <w:r w:rsidR="00651895" w:rsidRPr="00AC52C9">
        <w:t xml:space="preserve"> </w:t>
      </w:r>
      <w:proofErr w:type="spellStart"/>
      <w:r w:rsidR="00651895" w:rsidRPr="00AC52C9">
        <w:t>dengan</w:t>
      </w:r>
      <w:proofErr w:type="spellEnd"/>
      <w:r w:rsidR="00651895" w:rsidRPr="00AC52C9">
        <w:t xml:space="preserve"> </w:t>
      </w:r>
      <w:proofErr w:type="spellStart"/>
      <w:r w:rsidR="00651895" w:rsidRPr="00AC52C9">
        <w:t>keberlanjutan</w:t>
      </w:r>
      <w:proofErr w:type="spellEnd"/>
      <w:r w:rsidR="00651895" w:rsidRPr="00AC52C9">
        <w:t xml:space="preserve"> </w:t>
      </w:r>
      <w:proofErr w:type="spellStart"/>
      <w:r w:rsidR="00651895" w:rsidRPr="00AC52C9">
        <w:t>ekonomi</w:t>
      </w:r>
      <w:proofErr w:type="spellEnd"/>
      <w:r w:rsidR="00651895" w:rsidRPr="00AC52C9">
        <w:t xml:space="preserve"> </w:t>
      </w:r>
      <w:proofErr w:type="spellStart"/>
      <w:r w:rsidR="00651895" w:rsidRPr="00AC52C9">
        <w:t>daerah</w:t>
      </w:r>
      <w:proofErr w:type="spellEnd"/>
      <w:r w:rsidR="00651895" w:rsidRPr="00AC52C9">
        <w:t>.</w:t>
      </w:r>
    </w:p>
    <w:p w14:paraId="109C477E" w14:textId="76B49EED" w:rsidR="002C25B9" w:rsidRDefault="00651895" w:rsidP="002C25B9">
      <w:pPr>
        <w:spacing w:after="160" w:line="278" w:lineRule="auto"/>
        <w:jc w:val="both"/>
      </w:pPr>
      <w:proofErr w:type="spellStart"/>
      <w:r w:rsidRPr="00AC52C9">
        <w:t>Meningkatnya</w:t>
      </w:r>
      <w:proofErr w:type="spellEnd"/>
      <w:r w:rsidRPr="00AC52C9">
        <w:t xml:space="preserve"> </w:t>
      </w:r>
      <w:proofErr w:type="spellStart"/>
      <w:r w:rsidRPr="00AC52C9">
        <w:t>kesadaran</w:t>
      </w:r>
      <w:proofErr w:type="spellEnd"/>
      <w:r w:rsidRPr="00AC52C9">
        <w:t xml:space="preserve"> </w:t>
      </w:r>
      <w:proofErr w:type="spellStart"/>
      <w:r w:rsidRPr="00AC52C9">
        <w:t>konsumen</w:t>
      </w:r>
      <w:proofErr w:type="spellEnd"/>
      <w:r w:rsidRPr="00AC52C9">
        <w:t xml:space="preserve"> </w:t>
      </w:r>
      <w:proofErr w:type="spellStart"/>
      <w:r w:rsidRPr="00AC52C9">
        <w:t>terhadap</w:t>
      </w:r>
      <w:proofErr w:type="spellEnd"/>
      <w:r w:rsidRPr="00AC52C9">
        <w:t xml:space="preserve"> </w:t>
      </w:r>
      <w:proofErr w:type="spellStart"/>
      <w:r w:rsidRPr="00AC52C9">
        <w:t>standar</w:t>
      </w:r>
      <w:proofErr w:type="spellEnd"/>
      <w:r w:rsidRPr="00AC52C9">
        <w:t xml:space="preserve"> </w:t>
      </w:r>
      <w:proofErr w:type="spellStart"/>
      <w:r w:rsidRPr="00AC52C9">
        <w:t>keamanan</w:t>
      </w:r>
      <w:proofErr w:type="spellEnd"/>
      <w:r w:rsidRPr="00AC52C9">
        <w:t xml:space="preserve"> </w:t>
      </w:r>
      <w:proofErr w:type="spellStart"/>
      <w:r w:rsidRPr="00AC52C9">
        <w:t>pangan</w:t>
      </w:r>
      <w:proofErr w:type="spellEnd"/>
      <w:r w:rsidRPr="00AC52C9">
        <w:t xml:space="preserve"> </w:t>
      </w:r>
      <w:proofErr w:type="spellStart"/>
      <w:r w:rsidRPr="00AC52C9">
        <w:t>menuntut</w:t>
      </w:r>
      <w:proofErr w:type="spellEnd"/>
      <w:r w:rsidRPr="00AC52C9">
        <w:t xml:space="preserve"> </w:t>
      </w:r>
      <w:proofErr w:type="spellStart"/>
      <w:r w:rsidRPr="00AC52C9">
        <w:t>adanya</w:t>
      </w:r>
      <w:proofErr w:type="spellEnd"/>
      <w:r w:rsidRPr="00AC52C9">
        <w:t xml:space="preserve"> </w:t>
      </w:r>
      <w:proofErr w:type="spellStart"/>
      <w:r w:rsidRPr="00AC52C9">
        <w:t>langkah</w:t>
      </w:r>
      <w:proofErr w:type="spellEnd"/>
      <w:r w:rsidRPr="00AC52C9">
        <w:t xml:space="preserve"> </w:t>
      </w:r>
      <w:proofErr w:type="spellStart"/>
      <w:r w:rsidRPr="00AC52C9">
        <w:t>konkrit</w:t>
      </w:r>
      <w:proofErr w:type="spellEnd"/>
      <w:r w:rsidRPr="00AC52C9">
        <w:t xml:space="preserve"> </w:t>
      </w:r>
      <w:proofErr w:type="spellStart"/>
      <w:r w:rsidRPr="00AC52C9">
        <w:t>dari</w:t>
      </w:r>
      <w:proofErr w:type="spellEnd"/>
      <w:r w:rsidRPr="00AC52C9">
        <w:t xml:space="preserve"> </w:t>
      </w:r>
      <w:proofErr w:type="spellStart"/>
      <w:r w:rsidRPr="00AC52C9">
        <w:t>pemerintah</w:t>
      </w:r>
      <w:proofErr w:type="spellEnd"/>
      <w:r w:rsidRPr="00AC52C9">
        <w:t xml:space="preserve"> </w:t>
      </w:r>
      <w:proofErr w:type="spellStart"/>
      <w:r w:rsidRPr="00AC52C9">
        <w:t>daerah</w:t>
      </w:r>
      <w:proofErr w:type="spellEnd"/>
      <w:r w:rsidRPr="00AC52C9">
        <w:t xml:space="preserve"> </w:t>
      </w:r>
      <w:proofErr w:type="spellStart"/>
      <w:r w:rsidRPr="00AC52C9">
        <w:t>dalam</w:t>
      </w:r>
      <w:proofErr w:type="spellEnd"/>
      <w:r w:rsidRPr="00AC52C9">
        <w:t xml:space="preserve"> </w:t>
      </w:r>
      <w:proofErr w:type="spellStart"/>
      <w:r w:rsidRPr="00AC52C9">
        <w:t>melakukan</w:t>
      </w:r>
      <w:proofErr w:type="spellEnd"/>
      <w:r w:rsidRPr="00AC52C9">
        <w:t xml:space="preserve"> </w:t>
      </w:r>
      <w:proofErr w:type="spellStart"/>
      <w:r w:rsidRPr="00AC52C9">
        <w:t>pengawasan</w:t>
      </w:r>
      <w:proofErr w:type="spellEnd"/>
      <w:r w:rsidRPr="00AC52C9">
        <w:t xml:space="preserve"> pasar. </w:t>
      </w:r>
      <w:proofErr w:type="spellStart"/>
      <w:r w:rsidRPr="00AC52C9">
        <w:t>Tanpa</w:t>
      </w:r>
      <w:proofErr w:type="spellEnd"/>
      <w:r w:rsidRPr="00AC52C9">
        <w:t xml:space="preserve"> </w:t>
      </w:r>
      <w:proofErr w:type="spellStart"/>
      <w:r w:rsidRPr="00AC52C9">
        <w:t>dukungan</w:t>
      </w:r>
      <w:proofErr w:type="spellEnd"/>
      <w:r w:rsidRPr="00AC52C9">
        <w:t xml:space="preserve"> basis data </w:t>
      </w:r>
      <w:proofErr w:type="spellStart"/>
      <w:r w:rsidRPr="00AC52C9">
        <w:t>ilmiah</w:t>
      </w:r>
      <w:proofErr w:type="spellEnd"/>
      <w:r w:rsidRPr="00AC52C9">
        <w:t xml:space="preserve"> yang </w:t>
      </w:r>
      <w:proofErr w:type="spellStart"/>
      <w:r w:rsidRPr="00AC52C9">
        <w:t>terbarukan</w:t>
      </w:r>
      <w:proofErr w:type="spellEnd"/>
      <w:r w:rsidRPr="00AC52C9">
        <w:t xml:space="preserve"> (</w:t>
      </w:r>
      <w:r w:rsidRPr="00AC52C9">
        <w:rPr>
          <w:i/>
          <w:iCs/>
        </w:rPr>
        <w:t>up-to-date</w:t>
      </w:r>
      <w:r w:rsidRPr="00AC52C9">
        <w:t xml:space="preserve">), </w:t>
      </w:r>
      <w:proofErr w:type="spellStart"/>
      <w:r w:rsidRPr="00AC52C9">
        <w:t>formulasi</w:t>
      </w:r>
      <w:proofErr w:type="spellEnd"/>
      <w:r w:rsidRPr="00AC52C9">
        <w:t xml:space="preserve"> </w:t>
      </w:r>
      <w:proofErr w:type="spellStart"/>
      <w:r w:rsidRPr="00AC52C9">
        <w:t>kebijakan</w:t>
      </w:r>
      <w:proofErr w:type="spellEnd"/>
      <w:r w:rsidRPr="00AC52C9">
        <w:t xml:space="preserve"> </w:t>
      </w:r>
      <w:proofErr w:type="spellStart"/>
      <w:r w:rsidRPr="00AC52C9">
        <w:t>pengendalian</w:t>
      </w:r>
      <w:proofErr w:type="spellEnd"/>
      <w:r w:rsidRPr="00AC52C9">
        <w:t xml:space="preserve"> </w:t>
      </w:r>
      <w:proofErr w:type="spellStart"/>
      <w:r w:rsidRPr="00AC52C9">
        <w:t>mutu</w:t>
      </w:r>
      <w:proofErr w:type="spellEnd"/>
      <w:r w:rsidRPr="00AC52C9">
        <w:t xml:space="preserve"> </w:t>
      </w:r>
      <w:proofErr w:type="spellStart"/>
      <w:r w:rsidRPr="00AC52C9">
        <w:t>berisiko</w:t>
      </w:r>
      <w:proofErr w:type="spellEnd"/>
      <w:r w:rsidRPr="00AC52C9">
        <w:t xml:space="preserve"> </w:t>
      </w:r>
      <w:proofErr w:type="spellStart"/>
      <w:r w:rsidRPr="00AC52C9">
        <w:lastRenderedPageBreak/>
        <w:t>tidak</w:t>
      </w:r>
      <w:proofErr w:type="spellEnd"/>
      <w:r w:rsidRPr="00AC52C9">
        <w:t xml:space="preserve"> </w:t>
      </w:r>
      <w:proofErr w:type="spellStart"/>
      <w:r w:rsidRPr="00AC52C9">
        <w:t>tepat</w:t>
      </w:r>
      <w:proofErr w:type="spellEnd"/>
      <w:r w:rsidRPr="00AC52C9">
        <w:t xml:space="preserve"> </w:t>
      </w:r>
      <w:proofErr w:type="spellStart"/>
      <w:r w:rsidRPr="00AC52C9">
        <w:t>sasaran</w:t>
      </w:r>
      <w:proofErr w:type="spellEnd"/>
      <w:r w:rsidRPr="00AC52C9">
        <w:t xml:space="preserve">. Dari </w:t>
      </w:r>
      <w:proofErr w:type="spellStart"/>
      <w:r w:rsidRPr="00AC52C9">
        <w:t>sudut</w:t>
      </w:r>
      <w:proofErr w:type="spellEnd"/>
      <w:r w:rsidRPr="00AC52C9">
        <w:t xml:space="preserve"> </w:t>
      </w:r>
      <w:proofErr w:type="spellStart"/>
      <w:r w:rsidRPr="00AC52C9">
        <w:t>pandang</w:t>
      </w:r>
      <w:proofErr w:type="spellEnd"/>
      <w:r w:rsidRPr="00AC52C9">
        <w:t xml:space="preserve"> </w:t>
      </w:r>
      <w:proofErr w:type="spellStart"/>
      <w:r w:rsidRPr="00AC52C9">
        <w:t>akademis</w:t>
      </w:r>
      <w:proofErr w:type="spellEnd"/>
      <w:r w:rsidRPr="00AC52C9">
        <w:t xml:space="preserve">, </w:t>
      </w:r>
      <w:proofErr w:type="spellStart"/>
      <w:r w:rsidRPr="00AC52C9">
        <w:t>penelitian</w:t>
      </w:r>
      <w:proofErr w:type="spellEnd"/>
      <w:r w:rsidRPr="00AC52C9">
        <w:t xml:space="preserve"> </w:t>
      </w:r>
      <w:proofErr w:type="spellStart"/>
      <w:r w:rsidRPr="00AC52C9">
        <w:t>ini</w:t>
      </w:r>
      <w:proofErr w:type="spellEnd"/>
      <w:r w:rsidRPr="00AC52C9">
        <w:t xml:space="preserve"> </w:t>
      </w:r>
      <w:proofErr w:type="spellStart"/>
      <w:r w:rsidRPr="00AC52C9">
        <w:t>memberikan</w:t>
      </w:r>
      <w:proofErr w:type="spellEnd"/>
      <w:r w:rsidRPr="00AC52C9">
        <w:t xml:space="preserve"> </w:t>
      </w:r>
      <w:proofErr w:type="spellStart"/>
      <w:r w:rsidRPr="00AC52C9">
        <w:t>kontribusi</w:t>
      </w:r>
      <w:proofErr w:type="spellEnd"/>
      <w:r w:rsidRPr="00AC52C9">
        <w:t xml:space="preserve"> </w:t>
      </w:r>
      <w:proofErr w:type="spellStart"/>
      <w:r w:rsidRPr="00AC52C9">
        <w:t>metodologis</w:t>
      </w:r>
      <w:proofErr w:type="spellEnd"/>
      <w:r w:rsidRPr="00AC52C9">
        <w:t xml:space="preserve"> </w:t>
      </w:r>
      <w:proofErr w:type="spellStart"/>
      <w:r w:rsidRPr="00AC52C9">
        <w:t>melalui</w:t>
      </w:r>
      <w:proofErr w:type="spellEnd"/>
      <w:r w:rsidRPr="00AC52C9">
        <w:t xml:space="preserve"> </w:t>
      </w:r>
      <w:proofErr w:type="spellStart"/>
      <w:r w:rsidRPr="00AC52C9">
        <w:t>pendekatan</w:t>
      </w:r>
      <w:proofErr w:type="spellEnd"/>
      <w:r w:rsidRPr="00AC52C9">
        <w:t xml:space="preserve"> </w:t>
      </w:r>
      <w:proofErr w:type="spellStart"/>
      <w:r w:rsidRPr="00AC52C9">
        <w:t>integratif</w:t>
      </w:r>
      <w:proofErr w:type="spellEnd"/>
      <w:r w:rsidRPr="00AC52C9">
        <w:t>—</w:t>
      </w:r>
      <w:proofErr w:type="spellStart"/>
      <w:r w:rsidRPr="00AC52C9">
        <w:t>menggabungkan</w:t>
      </w:r>
      <w:proofErr w:type="spellEnd"/>
      <w:r w:rsidRPr="00AC52C9">
        <w:t xml:space="preserve"> </w:t>
      </w:r>
      <w:proofErr w:type="spellStart"/>
      <w:r w:rsidRPr="00AC52C9">
        <w:t>analisis</w:t>
      </w:r>
      <w:proofErr w:type="spellEnd"/>
      <w:r w:rsidRPr="00AC52C9">
        <w:t xml:space="preserve"> </w:t>
      </w:r>
      <w:proofErr w:type="spellStart"/>
      <w:r w:rsidRPr="00AC52C9">
        <w:t>laboratorium</w:t>
      </w:r>
      <w:proofErr w:type="spellEnd"/>
      <w:r w:rsidRPr="00AC52C9">
        <w:t xml:space="preserve"> </w:t>
      </w:r>
      <w:proofErr w:type="spellStart"/>
      <w:r w:rsidRPr="00AC52C9">
        <w:t>dengan</w:t>
      </w:r>
      <w:proofErr w:type="spellEnd"/>
      <w:r w:rsidRPr="00AC52C9">
        <w:t xml:space="preserve"> </w:t>
      </w:r>
      <w:proofErr w:type="spellStart"/>
      <w:r w:rsidRPr="00AC52C9">
        <w:t>survei</w:t>
      </w:r>
      <w:proofErr w:type="spellEnd"/>
      <w:r w:rsidRPr="00AC52C9">
        <w:t xml:space="preserve"> </w:t>
      </w:r>
      <w:proofErr w:type="spellStart"/>
      <w:r w:rsidRPr="00AC52C9">
        <w:t>observasional</w:t>
      </w:r>
      <w:proofErr w:type="spellEnd"/>
      <w:r w:rsidRPr="00AC52C9">
        <w:t xml:space="preserve"> </w:t>
      </w:r>
      <w:proofErr w:type="spellStart"/>
      <w:r w:rsidRPr="00AC52C9">
        <w:t>lapang</w:t>
      </w:r>
      <w:proofErr w:type="spellEnd"/>
      <w:r w:rsidRPr="00AC52C9">
        <w:t xml:space="preserve">—yang </w:t>
      </w:r>
      <w:proofErr w:type="spellStart"/>
      <w:r w:rsidRPr="00AC52C9">
        <w:t>dapat</w:t>
      </w:r>
      <w:proofErr w:type="spellEnd"/>
      <w:r w:rsidRPr="00AC52C9">
        <w:t xml:space="preserve"> </w:t>
      </w:r>
      <w:proofErr w:type="spellStart"/>
      <w:r w:rsidRPr="00AC52C9">
        <w:t>direplikasi</w:t>
      </w:r>
      <w:proofErr w:type="spellEnd"/>
      <w:r w:rsidRPr="00AC52C9">
        <w:t xml:space="preserve"> pada </w:t>
      </w:r>
      <w:proofErr w:type="spellStart"/>
      <w:r w:rsidRPr="00AC52C9">
        <w:t>komoditas</w:t>
      </w:r>
      <w:proofErr w:type="spellEnd"/>
      <w:r w:rsidRPr="00AC52C9">
        <w:t xml:space="preserve"> </w:t>
      </w:r>
      <w:proofErr w:type="spellStart"/>
      <w:r w:rsidRPr="00AC52C9">
        <w:t>perikanan</w:t>
      </w:r>
      <w:proofErr w:type="spellEnd"/>
      <w:r w:rsidRPr="00AC52C9">
        <w:t xml:space="preserve"> </w:t>
      </w:r>
      <w:proofErr w:type="spellStart"/>
      <w:r w:rsidRPr="00AC52C9">
        <w:t>lainnya</w:t>
      </w:r>
      <w:proofErr w:type="spellEnd"/>
      <w:r w:rsidRPr="00AC52C9">
        <w:t>.</w:t>
      </w:r>
      <w:r w:rsidR="0089705F">
        <w:t xml:space="preserve"> </w:t>
      </w:r>
    </w:p>
    <w:p w14:paraId="0D89F965" w14:textId="5572D570" w:rsidR="00B662DE" w:rsidRPr="00AC52C9" w:rsidRDefault="00B662DE" w:rsidP="002C25B9">
      <w:pPr>
        <w:spacing w:after="160" w:line="278" w:lineRule="auto"/>
        <w:jc w:val="both"/>
      </w:pPr>
      <w:r w:rsidRPr="00AC52C9">
        <w:t xml:space="preserve">Kajian </w:t>
      </w:r>
      <w:proofErr w:type="spellStart"/>
      <w:r w:rsidRPr="00AC52C9">
        <w:t>ini</w:t>
      </w:r>
      <w:proofErr w:type="spellEnd"/>
      <w:r w:rsidRPr="00AC52C9">
        <w:t xml:space="preserve"> </w:t>
      </w:r>
      <w:proofErr w:type="spellStart"/>
      <w:r w:rsidRPr="00AC52C9">
        <w:t>dirancang</w:t>
      </w:r>
      <w:proofErr w:type="spellEnd"/>
      <w:r w:rsidRPr="00AC52C9">
        <w:t xml:space="preserve"> </w:t>
      </w:r>
      <w:proofErr w:type="spellStart"/>
      <w:r w:rsidRPr="00AC52C9">
        <w:t>sebagai</w:t>
      </w:r>
      <w:proofErr w:type="spellEnd"/>
      <w:r w:rsidRPr="00AC52C9">
        <w:t xml:space="preserve"> </w:t>
      </w:r>
      <w:proofErr w:type="spellStart"/>
      <w:r w:rsidRPr="00AC52C9">
        <w:t>bagian</w:t>
      </w:r>
      <w:proofErr w:type="spellEnd"/>
      <w:r w:rsidRPr="00AC52C9">
        <w:t xml:space="preserve"> </w:t>
      </w:r>
      <w:proofErr w:type="spellStart"/>
      <w:r w:rsidRPr="00AC52C9">
        <w:t>utuh</w:t>
      </w:r>
      <w:proofErr w:type="spellEnd"/>
      <w:r w:rsidRPr="00AC52C9">
        <w:t xml:space="preserve"> </w:t>
      </w:r>
      <w:proofErr w:type="spellStart"/>
      <w:r w:rsidRPr="00AC52C9">
        <w:t>dari</w:t>
      </w:r>
      <w:proofErr w:type="spellEnd"/>
      <w:r w:rsidRPr="00AC52C9">
        <w:t xml:space="preserve"> </w:t>
      </w:r>
      <w:r w:rsidRPr="00AC52C9">
        <w:rPr>
          <w:i/>
          <w:iCs/>
        </w:rPr>
        <w:t>roadmap</w:t>
      </w:r>
      <w:r w:rsidRPr="00AC52C9">
        <w:t xml:space="preserve"> </w:t>
      </w:r>
      <w:proofErr w:type="spellStart"/>
      <w:r w:rsidRPr="00AC52C9">
        <w:t>penelitian</w:t>
      </w:r>
      <w:proofErr w:type="spellEnd"/>
      <w:r w:rsidRPr="00AC52C9">
        <w:t xml:space="preserve"> </w:t>
      </w:r>
      <w:proofErr w:type="spellStart"/>
      <w:r w:rsidRPr="00AC52C9">
        <w:t>keamanan</w:t>
      </w:r>
      <w:proofErr w:type="spellEnd"/>
      <w:r w:rsidRPr="00AC52C9">
        <w:t xml:space="preserve"> </w:t>
      </w:r>
      <w:proofErr w:type="spellStart"/>
      <w:r w:rsidRPr="00AC52C9">
        <w:t>pangan</w:t>
      </w:r>
      <w:proofErr w:type="spellEnd"/>
      <w:r w:rsidRPr="00AC52C9">
        <w:t xml:space="preserve"> </w:t>
      </w:r>
      <w:proofErr w:type="spellStart"/>
      <w:r w:rsidRPr="00AC52C9">
        <w:t>perikanan</w:t>
      </w:r>
      <w:proofErr w:type="spellEnd"/>
      <w:r w:rsidRPr="00AC52C9">
        <w:t xml:space="preserve"> di Gorontalo. Fase </w:t>
      </w:r>
      <w:proofErr w:type="spellStart"/>
      <w:r w:rsidRPr="00AC52C9">
        <w:t>penelitian</w:t>
      </w:r>
      <w:proofErr w:type="spellEnd"/>
      <w:r w:rsidRPr="00AC52C9">
        <w:t xml:space="preserve"> </w:t>
      </w:r>
      <w:proofErr w:type="spellStart"/>
      <w:r w:rsidRPr="00AC52C9">
        <w:t>ini</w:t>
      </w:r>
      <w:proofErr w:type="spellEnd"/>
      <w:r w:rsidRPr="00AC52C9">
        <w:t xml:space="preserve"> </w:t>
      </w:r>
      <w:proofErr w:type="spellStart"/>
      <w:r w:rsidRPr="00AC52C9">
        <w:t>melanjutkan</w:t>
      </w:r>
      <w:proofErr w:type="spellEnd"/>
      <w:r w:rsidRPr="00AC52C9">
        <w:t xml:space="preserve"> </w:t>
      </w:r>
      <w:proofErr w:type="spellStart"/>
      <w:r w:rsidRPr="00AC52C9">
        <w:t>kesinambungan</w:t>
      </w:r>
      <w:proofErr w:type="spellEnd"/>
      <w:r w:rsidRPr="00AC52C9">
        <w:t xml:space="preserve"> </w:t>
      </w:r>
      <w:proofErr w:type="spellStart"/>
      <w:r w:rsidRPr="00AC52C9">
        <w:t>studi</w:t>
      </w:r>
      <w:proofErr w:type="spellEnd"/>
      <w:r w:rsidRPr="00AC52C9">
        <w:t xml:space="preserve"> </w:t>
      </w:r>
      <w:r w:rsidR="00070562">
        <w:fldChar w:fldCharType="begin" w:fldLock="1"/>
      </w:r>
      <w:r w:rsidR="00070562">
        <w:instrText>ADDIN CSL_CITATION {"citationItems":[{"id":"ITEM-1","itemData":{"ISBN":"0127081992","abstract":"Pengolahan ikan teri (Stolephorus sp) asin kering secara tradisional kurang memperhatikan aspek sanitasi dan hygiene dalam proses persiapan, pengolahan dan penyimpanan produk sehingga mudah mengalami kerusakan secara mikrobiologis, kimiawi dan organoleptik. Penggunaan bahan kimia berbahaya seperti formalin biasa diambil sebagai jalan pintas untuk mengatasi masalah tersebut. Penelitian ini bertujuan melihat karakteristik kimia dan mikrobiologi ikan teri (Stolephorus sp) asin kering yang dipasarkan di Kota Gorontalo. Diterapkan metode deskriptif dengan melakukan observasi, kuisioner, dan data hasil pengujian laboratorium. Tempat pengambilan sampel di tiga pasar di Kota Gorontalo yaitu Pasar S, Pasar L dan toko swalayan H. Sampel ikan teri (Stolephorus sp) asin kering yang sejenis diambil sebanyak 1 kg pada masing-masing lokasi penjualan. Pengujian formalin dilakukan dalam dua kali ulangan. Hasil uji menunjukkan formalin tidak terdeteksi pada ikan teri asin kering pada ketiga lokasi pengambilan sampel. Karakteristik mutu ikan teri yang dijual di tiga pasar tersebut masih memenuhi standar yang dipersyaratkan SNI 01-2708-1992 untuk ikan teri (Stolephorus sp) asin kering","author":[{"dropping-particle":"","family":"Mobonggi","given":"Liska","non-dropping-particle":"","parse-names":false,"suffix":""},{"dropping-particle":"","family":"Asri Silvana Naiu","given":"","non-dropping-particle":"","parse-names":false,"suffix":""},{"dropping-particle":"","family":"Mile","given":"Lukman","non-dropping-particle":"","parse-names":false,"suffix":""}],"container-title":"Jurnal Ilmiah Perikanan dan Kelautan","id":"ITEM-1","issue":"1","issued":{"date-parts":[["2014"]]},"page":"1-3","title":"Uji Formalin pada Ikan Teri Asin Kering di Kota Gorontalo","type":"article-journal","volume":"2"},"uris":["http://www.mendeley.com/documents/?uuid=6ca86840-fc2d-43d5-ae32-33606f853723"]}],"mendeley":{"formattedCitation":"(Mobonggi et al., 2014)","plainTextFormattedCitation":"(Mobonggi et al., 2014)","previouslyFormattedCitation":"(Mobonggi et al., 2014)"},"properties":{"noteIndex":0},"schema":"https://github.com/citation-style-language/schema/raw/master/csl-citation.json"}</w:instrText>
      </w:r>
      <w:r w:rsidR="00070562">
        <w:fldChar w:fldCharType="separate"/>
      </w:r>
      <w:r w:rsidR="00070562" w:rsidRPr="00070562">
        <w:rPr>
          <w:noProof/>
        </w:rPr>
        <w:t>(Mobonggi et al., 2014)</w:t>
      </w:r>
      <w:r w:rsidR="00070562">
        <w:fldChar w:fldCharType="end"/>
      </w:r>
      <w:r w:rsidRPr="00AC52C9">
        <w:t xml:space="preserve"> dan </w:t>
      </w:r>
      <w:r w:rsidR="00070562">
        <w:fldChar w:fldCharType="begin" w:fldLock="1"/>
      </w:r>
      <w:r w:rsidR="00070562">
        <w:instrText>ADDIN CSL_CITATION {"citationItems":[{"id":"ITEM-1","itemData":{"abstract":"Salted fish is a popular food ingredient among people and much-loved as a side dish every day. Anchovies besides preserved with salt, many have using a preservative synthetic as formaldehyde. Formalin much used as a preservative for food which it is an ingredient poisonous and dangerous to human health. The research was conducted to find out if fish such as salted fish who marketed, positive or negative detected formalin. A method of purposive was used in the study sample with the methods of sampling and testing colorimetry is to look at the change of color on fish. This research result indicates that of salted fish who marketed in gorontalo regency negative detected formalin, but the level of community favorite (organoleptic) very low value .The customers to the low level of fondness of salted fish who marketed because long storage which reached 1-2 months.","author":[{"dropping-particle":"","family":"Astuti","given":"Ida","non-dropping-particle":"","parse-names":false,"suffix":""},{"dropping-particle":"","family":"Tebai","given":"Dan Paulinus","non-dropping-particle":"","parse-names":false,"suffix":""}],"container-title":"Gorontalo Fisheries Journal•","id":"ITEM-1","issue":"1","issued":{"date-parts":[["2018"]]},"title":"Analisis Formalin Ikan Teri (Stolephorus sp) Asin Di Pasar Tradisional Kabupaten Gorntalo","type":"report","volume":"1"},"uris":["http://www.mendeley.com/documents/?uuid=1efb2594-faa5-3db4-9fbe-6669eda17583"]}],"mendeley":{"formattedCitation":"(Astuti &amp; Tebai, 2018)","plainTextFormattedCitation":"(Astuti &amp; Tebai, 2018)","previouslyFormattedCitation":"(Astuti &amp; Tebai, 2018)"},"properties":{"noteIndex":0},"schema":"https://github.com/citation-style-language/schema/raw/master/csl-citation.json"}</w:instrText>
      </w:r>
      <w:r w:rsidR="00070562">
        <w:fldChar w:fldCharType="separate"/>
      </w:r>
      <w:r w:rsidR="00070562" w:rsidRPr="00070562">
        <w:rPr>
          <w:noProof/>
        </w:rPr>
        <w:t>(Astuti &amp; Tebai, 2018)</w:t>
      </w:r>
      <w:r w:rsidR="00070562">
        <w:fldChar w:fldCharType="end"/>
      </w:r>
      <w:r w:rsidRPr="00AC52C9">
        <w:t xml:space="preserve"> pada </w:t>
      </w:r>
      <w:proofErr w:type="spellStart"/>
      <w:r w:rsidRPr="00AC52C9">
        <w:t>komoditas</w:t>
      </w:r>
      <w:proofErr w:type="spellEnd"/>
      <w:r w:rsidRPr="00AC52C9">
        <w:t xml:space="preserve"> </w:t>
      </w:r>
      <w:proofErr w:type="spellStart"/>
      <w:r w:rsidRPr="00AC52C9">
        <w:t>olahan</w:t>
      </w:r>
      <w:proofErr w:type="spellEnd"/>
      <w:r w:rsidRPr="00AC52C9">
        <w:t xml:space="preserve"> </w:t>
      </w:r>
      <w:proofErr w:type="spellStart"/>
      <w:r w:rsidRPr="00AC52C9">
        <w:t>skala</w:t>
      </w:r>
      <w:proofErr w:type="spellEnd"/>
      <w:r w:rsidRPr="00AC52C9">
        <w:t xml:space="preserve"> </w:t>
      </w:r>
      <w:proofErr w:type="spellStart"/>
      <w:r w:rsidRPr="00AC52C9">
        <w:t>kecil</w:t>
      </w:r>
      <w:proofErr w:type="spellEnd"/>
      <w:r w:rsidRPr="00AC52C9">
        <w:t xml:space="preserve">, </w:t>
      </w:r>
      <w:proofErr w:type="spellStart"/>
      <w:r w:rsidRPr="00AC52C9">
        <w:t>serta</w:t>
      </w:r>
      <w:proofErr w:type="spellEnd"/>
      <w:r w:rsidRPr="00AC52C9">
        <w:t xml:space="preserve"> </w:t>
      </w:r>
      <w:proofErr w:type="spellStart"/>
      <w:r w:rsidRPr="00AC52C9">
        <w:t>studi</w:t>
      </w:r>
      <w:proofErr w:type="spellEnd"/>
      <w:r w:rsidRPr="00AC52C9">
        <w:t xml:space="preserve"> </w:t>
      </w:r>
      <w:r w:rsidR="00070562">
        <w:fldChar w:fldCharType="begin" w:fldLock="1"/>
      </w:r>
      <w:r w:rsidR="00152B4A">
        <w:instrText>ADDIN CSL_CITATION {"citationItems":[{"id":"ITEM-1","itemData":{"DOI":"10.55606/sscj-amik.v4i3.6130","ISSN":"2985-3761","abstract":"Food safety of fresh fish is an important concern because fish is highly perishable and may be misused with hazardous preservatives such as formalin. This study aimed to determine formalin content and analyze the relationship between length and weight of Nile tilapia (Oreochromis niloticus) and formalin levels in traditional markets of Gorontalo City. The study was conducted from January to February 2026 in five traditional markets, namely TPI Tenda, Moodu, Potanga, Andalas, and Sentral. Nile tilapia samples were analyzed using a formaldehyde test kit, and formalin levels were expressed in ppm. Total length and fish weight were measured, and the relationship between physical size and formalin content was analyzed using Pearson correlation. The results showed that all Nile tilapia samples tested positive for formalin, with concentrations ranging from 0.11 to 0.23 ppm. The highest formalin levels were found in TPI Tenda and Moodu, each at 0.23 ppm, while the lowest level was found in Sentral at 0.11 ppm. Fish length ranged from 19.43 to 25.61 cm, while fish weight ranged from 0.17 to 1.78 g. The correlations between length and formalin content and between weight and formalin content were both very strongly negative, with r = -0.97. These findings indicate that smaller fish tended to contain higher formalin levels. Market supervision, trader education, and formalin-free fish handling practices should be strengthened to protect consumer health.","author":[{"dropping-particle":"","family":"Sri Gita Tamai","given":"","non-dropping-particle":"","parse-names":false,"suffix":""},{"dropping-particle":"","family":"Tusaban Tusaban","given":"","non-dropping-particle":"","parse-names":false,"suffix":""},{"dropping-particle":"","family":"Dewi Shinta Achmad","given":"","non-dropping-particle":"","parse-names":false,"suffix":""},{"dropping-particle":"","family":"Nur Jihan Fareranty Piu","given":"","non-dropping-particle":"","parse-names":false,"suffix":""}],"container-title":"Student Scientific Creativity Journal","id":"ITEM-1","issue":"3","issued":{"date-parts":[["2026"]]},"page":"91-115","title":"Analisis Kandungan Formalin pada Ikan Nila (Oreochromis niloticus) yang Dijual di Pasar Tradisional Kota Gorontalo","type":"article-journal","volume":"4"},"uris":["http://www.mendeley.com/documents/?uuid=fae5938a-3dd3-4881-abd0-21b7a246ea04"]}],"mendeley":{"formattedCitation":"(Sri Gita Tamai et al., 2026)","plainTextFormattedCitation":"(Sri Gita Tamai et al., 2026)","previouslyFormattedCitation":"(Sri Gita Tamai et al., 2026)"},"properties":{"noteIndex":0},"schema":"https://github.com/citation-style-language/schema/raw/master/csl-citation.json"}</w:instrText>
      </w:r>
      <w:r w:rsidR="00070562">
        <w:fldChar w:fldCharType="separate"/>
      </w:r>
      <w:r w:rsidR="00070562" w:rsidRPr="00070562">
        <w:rPr>
          <w:noProof/>
        </w:rPr>
        <w:t>(Sri Gita Tamai et al., 2026)</w:t>
      </w:r>
      <w:r w:rsidR="00070562">
        <w:fldChar w:fldCharType="end"/>
      </w:r>
      <w:r w:rsidRPr="00AC52C9">
        <w:t xml:space="preserve"> </w:t>
      </w:r>
      <w:r w:rsidR="005F4F54">
        <w:t>Pada</w:t>
      </w:r>
      <w:r w:rsidRPr="00AC52C9">
        <w:t xml:space="preserve"> </w:t>
      </w:r>
      <w:proofErr w:type="spellStart"/>
      <w:r w:rsidRPr="00AC52C9">
        <w:t>komoditas</w:t>
      </w:r>
      <w:proofErr w:type="spellEnd"/>
      <w:r w:rsidRPr="00AC52C9">
        <w:t xml:space="preserve"> air </w:t>
      </w:r>
      <w:proofErr w:type="spellStart"/>
      <w:r w:rsidRPr="00AC52C9">
        <w:t>tawar</w:t>
      </w:r>
      <w:proofErr w:type="spellEnd"/>
      <w:r w:rsidR="005F4F54">
        <w:t>,</w:t>
      </w:r>
      <w:r w:rsidR="00CE7FB5">
        <w:t xml:space="preserve"> </w:t>
      </w:r>
      <w:proofErr w:type="spellStart"/>
      <w:r w:rsidR="005F4F54">
        <w:t>dengan</w:t>
      </w:r>
      <w:proofErr w:type="spellEnd"/>
      <w:r w:rsidR="00CE7FB5" w:rsidRPr="00CE7FB5">
        <w:t xml:space="preserve"> </w:t>
      </w:r>
      <w:proofErr w:type="spellStart"/>
      <w:r w:rsidR="00CE7FB5" w:rsidRPr="00CE7FB5">
        <w:t>mengalihkan</w:t>
      </w:r>
      <w:proofErr w:type="spellEnd"/>
      <w:r w:rsidR="00CE7FB5" w:rsidRPr="00CE7FB5">
        <w:t xml:space="preserve"> </w:t>
      </w:r>
      <w:proofErr w:type="spellStart"/>
      <w:r w:rsidR="00CE7FB5" w:rsidRPr="00CE7FB5">
        <w:t>fokus</w:t>
      </w:r>
      <w:proofErr w:type="spellEnd"/>
      <w:r w:rsidR="00CE7FB5" w:rsidRPr="00CE7FB5">
        <w:t xml:space="preserve"> pada </w:t>
      </w:r>
      <w:proofErr w:type="spellStart"/>
      <w:r w:rsidR="00CE7FB5" w:rsidRPr="00CE7FB5">
        <w:t>komoditas</w:t>
      </w:r>
      <w:proofErr w:type="spellEnd"/>
      <w:r w:rsidR="00CE7FB5" w:rsidRPr="00CE7FB5">
        <w:t xml:space="preserve"> </w:t>
      </w:r>
      <w:proofErr w:type="spellStart"/>
      <w:r w:rsidR="00CE7FB5" w:rsidRPr="00CE7FB5">
        <w:t>pelagis</w:t>
      </w:r>
      <w:proofErr w:type="spellEnd"/>
      <w:r w:rsidR="00CE7FB5" w:rsidRPr="00CE7FB5">
        <w:t xml:space="preserve"> </w:t>
      </w:r>
      <w:proofErr w:type="spellStart"/>
      <w:r w:rsidR="00CE7FB5" w:rsidRPr="00CE7FB5">
        <w:t>besar</w:t>
      </w:r>
      <w:proofErr w:type="spellEnd"/>
      <w:r w:rsidR="00CE7FB5" w:rsidRPr="00CE7FB5">
        <w:t xml:space="preserve"> yang </w:t>
      </w:r>
      <w:proofErr w:type="spellStart"/>
      <w:r w:rsidR="00CE7FB5" w:rsidRPr="00CE7FB5">
        <w:t>berorientasi</w:t>
      </w:r>
      <w:proofErr w:type="spellEnd"/>
      <w:r w:rsidR="00CE7FB5" w:rsidRPr="00CE7FB5">
        <w:t xml:space="preserve"> </w:t>
      </w:r>
      <w:r w:rsidR="005F4F54">
        <w:t xml:space="preserve">pada </w:t>
      </w:r>
      <w:r w:rsidR="00CE7FB5" w:rsidRPr="00CE7FB5">
        <w:t xml:space="preserve">pasar </w:t>
      </w:r>
      <w:proofErr w:type="spellStart"/>
      <w:r w:rsidR="00CE7FB5" w:rsidRPr="00CE7FB5">
        <w:t>luas</w:t>
      </w:r>
      <w:proofErr w:type="spellEnd"/>
      <w:r w:rsidR="00CE7FB5" w:rsidRPr="00CE7FB5">
        <w:t xml:space="preserve">, </w:t>
      </w:r>
      <w:proofErr w:type="spellStart"/>
      <w:r w:rsidR="00CE7FB5" w:rsidRPr="00CE7FB5">
        <w:t>penelitian</w:t>
      </w:r>
      <w:proofErr w:type="spellEnd"/>
      <w:r w:rsidR="00CE7FB5" w:rsidRPr="00CE7FB5">
        <w:t xml:space="preserve"> </w:t>
      </w:r>
      <w:proofErr w:type="spellStart"/>
      <w:r w:rsidR="00CE7FB5" w:rsidRPr="00CE7FB5">
        <w:t>ini</w:t>
      </w:r>
      <w:proofErr w:type="spellEnd"/>
      <w:r w:rsidR="00CE7FB5" w:rsidRPr="00CE7FB5">
        <w:t xml:space="preserve"> </w:t>
      </w:r>
      <w:proofErr w:type="spellStart"/>
      <w:r w:rsidR="00CE7FB5" w:rsidRPr="00CE7FB5">
        <w:t>memperkuat</w:t>
      </w:r>
      <w:proofErr w:type="spellEnd"/>
      <w:r w:rsidR="00CE7FB5" w:rsidRPr="00CE7FB5">
        <w:t xml:space="preserve"> </w:t>
      </w:r>
      <w:proofErr w:type="spellStart"/>
      <w:r w:rsidR="00CE7FB5" w:rsidRPr="00CE7FB5">
        <w:t>posisi</w:t>
      </w:r>
      <w:proofErr w:type="spellEnd"/>
      <w:r w:rsidR="00CE7FB5" w:rsidRPr="00CE7FB5">
        <w:t xml:space="preserve"> </w:t>
      </w:r>
      <w:proofErr w:type="spellStart"/>
      <w:r w:rsidR="00CE7FB5" w:rsidRPr="00CE7FB5">
        <w:t>strategis</w:t>
      </w:r>
      <w:proofErr w:type="spellEnd"/>
      <w:r w:rsidR="00CE7FB5" w:rsidRPr="00CE7FB5">
        <w:t xml:space="preserve"> </w:t>
      </w:r>
      <w:r w:rsidR="00CE7FB5" w:rsidRPr="00CE7FB5">
        <w:rPr>
          <w:i/>
          <w:iCs/>
        </w:rPr>
        <w:t>roadmap</w:t>
      </w:r>
      <w:r w:rsidR="00CE7FB5" w:rsidRPr="00CE7FB5">
        <w:t xml:space="preserve"> </w:t>
      </w:r>
      <w:proofErr w:type="spellStart"/>
      <w:r w:rsidR="00CE7FB5" w:rsidRPr="00CE7FB5">
        <w:t>dalam</w:t>
      </w:r>
      <w:proofErr w:type="spellEnd"/>
      <w:r w:rsidR="00CE7FB5" w:rsidRPr="00CE7FB5">
        <w:t xml:space="preserve"> </w:t>
      </w:r>
      <w:proofErr w:type="spellStart"/>
      <w:r w:rsidR="00CE7FB5" w:rsidRPr="00CE7FB5">
        <w:t>menyediakan</w:t>
      </w:r>
      <w:proofErr w:type="spellEnd"/>
      <w:r w:rsidR="00CE7FB5" w:rsidRPr="00CE7FB5">
        <w:t xml:space="preserve"> </w:t>
      </w:r>
      <w:proofErr w:type="spellStart"/>
      <w:r w:rsidR="00CE7FB5" w:rsidRPr="00CE7FB5">
        <w:t>bukti</w:t>
      </w:r>
      <w:proofErr w:type="spellEnd"/>
      <w:r w:rsidR="00CE7FB5" w:rsidRPr="00CE7FB5">
        <w:t xml:space="preserve"> </w:t>
      </w:r>
      <w:proofErr w:type="spellStart"/>
      <w:r w:rsidR="00CE7FB5" w:rsidRPr="00CE7FB5">
        <w:t>empiris</w:t>
      </w:r>
      <w:proofErr w:type="spellEnd"/>
      <w:r w:rsidR="00CE7FB5" w:rsidRPr="00CE7FB5">
        <w:t xml:space="preserve"> </w:t>
      </w:r>
      <w:proofErr w:type="spellStart"/>
      <w:r w:rsidR="00CE7FB5" w:rsidRPr="00CE7FB5">
        <w:t>untuk</w:t>
      </w:r>
      <w:proofErr w:type="spellEnd"/>
      <w:r w:rsidR="00CE7FB5" w:rsidRPr="00CE7FB5">
        <w:t xml:space="preserve"> </w:t>
      </w:r>
      <w:proofErr w:type="spellStart"/>
      <w:r w:rsidR="00CE7FB5" w:rsidRPr="00CE7FB5">
        <w:t>mendukung</w:t>
      </w:r>
      <w:proofErr w:type="spellEnd"/>
      <w:r w:rsidR="00CE7FB5" w:rsidRPr="00CE7FB5">
        <w:t xml:space="preserve"> tata </w:t>
      </w:r>
      <w:proofErr w:type="spellStart"/>
      <w:r w:rsidR="00CE7FB5" w:rsidRPr="00CE7FB5">
        <w:t>kelola</w:t>
      </w:r>
      <w:proofErr w:type="spellEnd"/>
      <w:r w:rsidR="00CE7FB5" w:rsidRPr="00CE7FB5">
        <w:t xml:space="preserve"> </w:t>
      </w:r>
      <w:proofErr w:type="spellStart"/>
      <w:r w:rsidR="00CE7FB5" w:rsidRPr="00CE7FB5">
        <w:t>keamanan</w:t>
      </w:r>
      <w:proofErr w:type="spellEnd"/>
      <w:r w:rsidR="00CE7FB5" w:rsidRPr="00CE7FB5">
        <w:t xml:space="preserve"> </w:t>
      </w:r>
      <w:proofErr w:type="spellStart"/>
      <w:r w:rsidR="00CE7FB5" w:rsidRPr="00CE7FB5">
        <w:t>pangan</w:t>
      </w:r>
      <w:proofErr w:type="spellEnd"/>
      <w:r w:rsidR="00CE7FB5" w:rsidRPr="00CE7FB5">
        <w:t xml:space="preserve"> </w:t>
      </w:r>
      <w:proofErr w:type="spellStart"/>
      <w:r w:rsidR="00CE7FB5" w:rsidRPr="00CE7FB5">
        <w:t>laut</w:t>
      </w:r>
      <w:proofErr w:type="spellEnd"/>
      <w:r w:rsidR="00CE7FB5" w:rsidRPr="00CE7FB5">
        <w:t xml:space="preserve"> yang </w:t>
      </w:r>
      <w:proofErr w:type="spellStart"/>
      <w:r w:rsidR="00CE7FB5" w:rsidRPr="00CE7FB5">
        <w:t>berkelanjutan</w:t>
      </w:r>
      <w:proofErr w:type="spellEnd"/>
      <w:r w:rsidR="00CE7FB5" w:rsidRPr="00CE7FB5">
        <w:t xml:space="preserve"> di </w:t>
      </w:r>
      <w:proofErr w:type="spellStart"/>
      <w:r w:rsidR="00CE7FB5" w:rsidRPr="00CE7FB5">
        <w:t>Provinsi</w:t>
      </w:r>
      <w:proofErr w:type="spellEnd"/>
      <w:r w:rsidR="00CE7FB5" w:rsidRPr="00CE7FB5">
        <w:t xml:space="preserve"> Gorontalo.</w:t>
      </w:r>
    </w:p>
    <w:p w14:paraId="7575ACF8" w14:textId="0D25DC56" w:rsidR="00021266" w:rsidRPr="003F1B29" w:rsidRDefault="00124AD0" w:rsidP="00B662DE">
      <w:pPr>
        <w:jc w:val="both"/>
        <w:rPr>
          <w:lang w:val="nb-NO"/>
        </w:rPr>
      </w:pPr>
      <w:r>
        <w:rPr>
          <w:lang w:val="nb-NO"/>
        </w:rPr>
        <w:t xml:space="preserve"> </w:t>
      </w:r>
      <w:r w:rsidR="00E04100" w:rsidRPr="003F1B29">
        <w:rPr>
          <w:b/>
          <w:sz w:val="24"/>
          <w:lang w:val="nb-NO"/>
        </w:rPr>
        <w:t>E. POSISI PENELITIAN DALAM ROADMAP</w:t>
      </w:r>
    </w:p>
    <w:p w14:paraId="3E79967D" w14:textId="77777777" w:rsidR="00021266" w:rsidRPr="003F1B29" w:rsidRDefault="00E04100" w:rsidP="006D58AE">
      <w:pPr>
        <w:jc w:val="both"/>
        <w:rPr>
          <w:lang w:val="nb-NO"/>
        </w:rPr>
      </w:pPr>
      <w:r w:rsidRPr="003F1B29">
        <w:rPr>
          <w:i/>
          <w:sz w:val="19"/>
          <w:lang w:val="nb-NO"/>
        </w:rPr>
        <w:t>Tidak perlu membuat roadmap panjang. Cukup tunjukkan penelitian ini berada di tahap mana, berasal dari penelitian apa, dan akan dilanjutkan ke arah apa.</w:t>
      </w:r>
    </w:p>
    <w:tbl>
      <w:tblPr>
        <w:tblStyle w:val="TableGrid"/>
        <w:tblW w:w="0" w:type="auto"/>
        <w:jc w:val="center"/>
        <w:tblLook w:val="04A0" w:firstRow="1" w:lastRow="0" w:firstColumn="1" w:lastColumn="0" w:noHBand="0" w:noVBand="1"/>
      </w:tblPr>
      <w:tblGrid>
        <w:gridCol w:w="3828"/>
        <w:gridCol w:w="4561"/>
      </w:tblGrid>
      <w:tr w:rsidR="00021266" w14:paraId="0136C04E" w14:textId="77777777" w:rsidTr="00E767A4">
        <w:trPr>
          <w:jc w:val="center"/>
        </w:trPr>
        <w:tc>
          <w:tcPr>
            <w:tcW w:w="3828" w:type="dxa"/>
            <w:shd w:val="clear" w:color="auto" w:fill="EAF2F8"/>
            <w:tcMar>
              <w:top w:w="90" w:type="dxa"/>
              <w:left w:w="90" w:type="dxa"/>
              <w:bottom w:w="90" w:type="dxa"/>
              <w:right w:w="90" w:type="dxa"/>
            </w:tcMar>
            <w:vAlign w:val="center"/>
          </w:tcPr>
          <w:p w14:paraId="598EFE91" w14:textId="77777777" w:rsidR="00021266" w:rsidRPr="003F1B29" w:rsidRDefault="00E04100">
            <w:pPr>
              <w:spacing w:after="0"/>
              <w:rPr>
                <w:lang w:val="nb-NO"/>
              </w:rPr>
            </w:pPr>
            <w:r w:rsidRPr="003F1B29">
              <w:rPr>
                <w:b/>
                <w:sz w:val="18"/>
                <w:lang w:val="nb-NO"/>
              </w:rPr>
              <w:t>Penelitian/temuan sebelumnya yang menjadi dasar</w:t>
            </w:r>
          </w:p>
        </w:tc>
        <w:tc>
          <w:tcPr>
            <w:tcW w:w="4561" w:type="dxa"/>
            <w:tcMar>
              <w:top w:w="90" w:type="dxa"/>
              <w:left w:w="90" w:type="dxa"/>
              <w:bottom w:w="90" w:type="dxa"/>
              <w:right w:w="90" w:type="dxa"/>
            </w:tcMar>
            <w:vAlign w:val="center"/>
          </w:tcPr>
          <w:p w14:paraId="5DC8F39D" w14:textId="43EC1C78" w:rsidR="00021266" w:rsidRDefault="00E04100" w:rsidP="004B30BE">
            <w:pPr>
              <w:spacing w:after="0"/>
              <w:jc w:val="both"/>
            </w:pPr>
            <w:proofErr w:type="gramStart"/>
            <w:r>
              <w:rPr>
                <w:sz w:val="18"/>
              </w:rPr>
              <w:t>.</w:t>
            </w:r>
            <w:proofErr w:type="spellStart"/>
            <w:r w:rsidR="005E3760" w:rsidRPr="005E3760">
              <w:rPr>
                <w:sz w:val="18"/>
              </w:rPr>
              <w:t>Berakar</w:t>
            </w:r>
            <w:proofErr w:type="spellEnd"/>
            <w:proofErr w:type="gramEnd"/>
            <w:r w:rsidR="005E3760" w:rsidRPr="005E3760">
              <w:rPr>
                <w:sz w:val="18"/>
              </w:rPr>
              <w:t xml:space="preserve"> </w:t>
            </w:r>
            <w:proofErr w:type="spellStart"/>
            <w:r w:rsidR="005E3760" w:rsidRPr="005E3760">
              <w:rPr>
                <w:sz w:val="18"/>
              </w:rPr>
              <w:t>dari</w:t>
            </w:r>
            <w:proofErr w:type="spellEnd"/>
            <w:r w:rsidR="005E3760" w:rsidRPr="005E3760">
              <w:rPr>
                <w:sz w:val="18"/>
              </w:rPr>
              <w:t xml:space="preserve"> </w:t>
            </w:r>
            <w:proofErr w:type="spellStart"/>
            <w:r w:rsidR="005E3760" w:rsidRPr="005E3760">
              <w:rPr>
                <w:sz w:val="18"/>
              </w:rPr>
              <w:t>penelitian</w:t>
            </w:r>
            <w:proofErr w:type="spellEnd"/>
            <w:r w:rsidR="005E3760" w:rsidRPr="005E3760">
              <w:rPr>
                <w:sz w:val="18"/>
              </w:rPr>
              <w:t xml:space="preserve"> </w:t>
            </w:r>
            <w:proofErr w:type="spellStart"/>
            <w:r w:rsidR="005E3760" w:rsidRPr="005E3760">
              <w:rPr>
                <w:sz w:val="18"/>
              </w:rPr>
              <w:t>keamanan</w:t>
            </w:r>
            <w:proofErr w:type="spellEnd"/>
            <w:r w:rsidR="005E3760" w:rsidRPr="005E3760">
              <w:rPr>
                <w:sz w:val="18"/>
              </w:rPr>
              <w:t xml:space="preserve"> </w:t>
            </w:r>
            <w:proofErr w:type="spellStart"/>
            <w:r w:rsidR="005E3760" w:rsidRPr="005E3760">
              <w:rPr>
                <w:sz w:val="18"/>
              </w:rPr>
              <w:t>pangan</w:t>
            </w:r>
            <w:proofErr w:type="spellEnd"/>
            <w:r w:rsidR="005E3760" w:rsidRPr="005E3760">
              <w:rPr>
                <w:sz w:val="18"/>
              </w:rPr>
              <w:t xml:space="preserve"> </w:t>
            </w:r>
            <w:proofErr w:type="spellStart"/>
            <w:r w:rsidR="005E3760" w:rsidRPr="005E3760">
              <w:rPr>
                <w:sz w:val="18"/>
              </w:rPr>
              <w:t>produk</w:t>
            </w:r>
            <w:proofErr w:type="spellEnd"/>
            <w:r w:rsidR="005E3760" w:rsidRPr="005E3760">
              <w:rPr>
                <w:sz w:val="18"/>
              </w:rPr>
              <w:t xml:space="preserve"> </w:t>
            </w:r>
            <w:proofErr w:type="spellStart"/>
            <w:r w:rsidR="005E3760" w:rsidRPr="005E3760">
              <w:rPr>
                <w:sz w:val="18"/>
              </w:rPr>
              <w:t>perikanan</w:t>
            </w:r>
            <w:proofErr w:type="spellEnd"/>
            <w:r w:rsidR="005E3760" w:rsidRPr="005E3760">
              <w:rPr>
                <w:sz w:val="18"/>
              </w:rPr>
              <w:t xml:space="preserve"> di Gorontalo, </w:t>
            </w:r>
            <w:proofErr w:type="spellStart"/>
            <w:r w:rsidR="005E3760" w:rsidRPr="005E3760">
              <w:rPr>
                <w:sz w:val="18"/>
              </w:rPr>
              <w:t>yaitu</w:t>
            </w:r>
            <w:proofErr w:type="spellEnd"/>
            <w:r w:rsidR="005E3760" w:rsidRPr="005E3760">
              <w:rPr>
                <w:sz w:val="18"/>
              </w:rPr>
              <w:t xml:space="preserve"> </w:t>
            </w:r>
            <w:proofErr w:type="spellStart"/>
            <w:r w:rsidR="005E3760" w:rsidRPr="005E3760">
              <w:rPr>
                <w:sz w:val="18"/>
              </w:rPr>
              <w:t>studi</w:t>
            </w:r>
            <w:proofErr w:type="spellEnd"/>
            <w:r w:rsidR="005E3760" w:rsidRPr="005E3760">
              <w:rPr>
                <w:sz w:val="18"/>
              </w:rPr>
              <w:t xml:space="preserve"> </w:t>
            </w:r>
            <w:proofErr w:type="spellStart"/>
            <w:r w:rsidR="005E3760" w:rsidRPr="005E3760">
              <w:rPr>
                <w:sz w:val="18"/>
              </w:rPr>
              <w:t>Mobonggi</w:t>
            </w:r>
            <w:proofErr w:type="spellEnd"/>
            <w:r w:rsidR="005E3760" w:rsidRPr="005E3760">
              <w:rPr>
                <w:sz w:val="18"/>
              </w:rPr>
              <w:t xml:space="preserve"> </w:t>
            </w:r>
            <w:r w:rsidR="005E3760" w:rsidRPr="005E3760">
              <w:rPr>
                <w:i/>
                <w:iCs/>
                <w:sz w:val="18"/>
              </w:rPr>
              <w:t>et al.</w:t>
            </w:r>
            <w:r w:rsidR="005E3760" w:rsidRPr="005E3760">
              <w:rPr>
                <w:sz w:val="18"/>
              </w:rPr>
              <w:t xml:space="preserve"> (2014) dan Astuti &amp; </w:t>
            </w:r>
            <w:proofErr w:type="spellStart"/>
            <w:r w:rsidR="005E3760" w:rsidRPr="005E3760">
              <w:rPr>
                <w:sz w:val="18"/>
              </w:rPr>
              <w:t>Tebai</w:t>
            </w:r>
            <w:proofErr w:type="spellEnd"/>
            <w:r w:rsidR="005E3760" w:rsidRPr="005E3760">
              <w:rPr>
                <w:sz w:val="18"/>
              </w:rPr>
              <w:t xml:space="preserve"> (2018) pada </w:t>
            </w:r>
            <w:proofErr w:type="spellStart"/>
            <w:r w:rsidR="005E3760" w:rsidRPr="005E3760">
              <w:rPr>
                <w:sz w:val="18"/>
              </w:rPr>
              <w:t>komoditas</w:t>
            </w:r>
            <w:proofErr w:type="spellEnd"/>
            <w:r w:rsidR="005E3760" w:rsidRPr="005E3760">
              <w:rPr>
                <w:sz w:val="18"/>
              </w:rPr>
              <w:t xml:space="preserve"> ikan </w:t>
            </w:r>
            <w:proofErr w:type="spellStart"/>
            <w:r w:rsidR="005E3760" w:rsidRPr="005E3760">
              <w:rPr>
                <w:sz w:val="18"/>
              </w:rPr>
              <w:t>teri</w:t>
            </w:r>
            <w:proofErr w:type="spellEnd"/>
            <w:r w:rsidR="005E3760" w:rsidRPr="005E3760">
              <w:rPr>
                <w:sz w:val="18"/>
              </w:rPr>
              <w:t xml:space="preserve"> </w:t>
            </w:r>
            <w:proofErr w:type="spellStart"/>
            <w:r w:rsidR="005E3760" w:rsidRPr="005E3760">
              <w:rPr>
                <w:sz w:val="18"/>
              </w:rPr>
              <w:t>asin</w:t>
            </w:r>
            <w:proofErr w:type="spellEnd"/>
            <w:r w:rsidR="005E3760" w:rsidRPr="005E3760">
              <w:rPr>
                <w:sz w:val="18"/>
              </w:rPr>
              <w:t xml:space="preserve"> (</w:t>
            </w:r>
            <w:proofErr w:type="spellStart"/>
            <w:r w:rsidR="005E3760" w:rsidRPr="005E3760">
              <w:rPr>
                <w:sz w:val="18"/>
              </w:rPr>
              <w:t>bebas</w:t>
            </w:r>
            <w:proofErr w:type="spellEnd"/>
            <w:r w:rsidR="005E3760" w:rsidRPr="005E3760">
              <w:rPr>
                <w:sz w:val="18"/>
              </w:rPr>
              <w:t xml:space="preserve"> formalin), </w:t>
            </w:r>
            <w:proofErr w:type="spellStart"/>
            <w:r w:rsidR="005E3760" w:rsidRPr="005E3760">
              <w:rPr>
                <w:sz w:val="18"/>
              </w:rPr>
              <w:t>serta</w:t>
            </w:r>
            <w:proofErr w:type="spellEnd"/>
            <w:r w:rsidR="005E3760" w:rsidRPr="005E3760">
              <w:rPr>
                <w:sz w:val="18"/>
              </w:rPr>
              <w:t xml:space="preserve"> </w:t>
            </w:r>
            <w:proofErr w:type="spellStart"/>
            <w:r w:rsidR="005E3760" w:rsidRPr="005E3760">
              <w:rPr>
                <w:sz w:val="18"/>
              </w:rPr>
              <w:t>temuan</w:t>
            </w:r>
            <w:proofErr w:type="spellEnd"/>
            <w:r w:rsidR="005E3760" w:rsidRPr="005E3760">
              <w:rPr>
                <w:sz w:val="18"/>
              </w:rPr>
              <w:t xml:space="preserve"> Tamai </w:t>
            </w:r>
            <w:r w:rsidR="005E3760" w:rsidRPr="005E3760">
              <w:rPr>
                <w:i/>
                <w:iCs/>
                <w:sz w:val="18"/>
              </w:rPr>
              <w:t>et al.</w:t>
            </w:r>
            <w:r w:rsidR="005E3760" w:rsidRPr="005E3760">
              <w:rPr>
                <w:sz w:val="18"/>
              </w:rPr>
              <w:t xml:space="preserve"> (2026) yang </w:t>
            </w:r>
            <w:proofErr w:type="spellStart"/>
            <w:r w:rsidR="005E3760" w:rsidRPr="005E3760">
              <w:rPr>
                <w:sz w:val="18"/>
              </w:rPr>
              <w:t>mengidentifikasi</w:t>
            </w:r>
            <w:proofErr w:type="spellEnd"/>
            <w:r w:rsidR="005E3760" w:rsidRPr="005E3760">
              <w:rPr>
                <w:sz w:val="18"/>
              </w:rPr>
              <w:t xml:space="preserve"> </w:t>
            </w:r>
            <w:proofErr w:type="spellStart"/>
            <w:r w:rsidR="005E3760" w:rsidRPr="005E3760">
              <w:rPr>
                <w:sz w:val="18"/>
              </w:rPr>
              <w:t>adanya</w:t>
            </w:r>
            <w:proofErr w:type="spellEnd"/>
            <w:r w:rsidR="005E3760" w:rsidRPr="005E3760">
              <w:rPr>
                <w:sz w:val="18"/>
              </w:rPr>
              <w:t xml:space="preserve"> </w:t>
            </w:r>
            <w:proofErr w:type="spellStart"/>
            <w:r w:rsidR="005E3760" w:rsidRPr="005E3760">
              <w:rPr>
                <w:sz w:val="18"/>
              </w:rPr>
              <w:t>kontaminasi</w:t>
            </w:r>
            <w:proofErr w:type="spellEnd"/>
            <w:r w:rsidR="005E3760" w:rsidRPr="005E3760">
              <w:rPr>
                <w:sz w:val="18"/>
              </w:rPr>
              <w:t xml:space="preserve"> formalin (0,11–0,23 ppm) pada ikan </w:t>
            </w:r>
            <w:proofErr w:type="spellStart"/>
            <w:r w:rsidR="005E3760" w:rsidRPr="005E3760">
              <w:rPr>
                <w:sz w:val="18"/>
              </w:rPr>
              <w:t>nila</w:t>
            </w:r>
            <w:proofErr w:type="spellEnd"/>
            <w:r w:rsidR="005E3760" w:rsidRPr="005E3760">
              <w:rPr>
                <w:sz w:val="18"/>
              </w:rPr>
              <w:t xml:space="preserve"> segar di pasar </w:t>
            </w:r>
            <w:proofErr w:type="spellStart"/>
            <w:r w:rsidR="005E3760" w:rsidRPr="005E3760">
              <w:rPr>
                <w:sz w:val="18"/>
              </w:rPr>
              <w:t>tradisional</w:t>
            </w:r>
            <w:proofErr w:type="spellEnd"/>
            <w:r w:rsidR="005E3760" w:rsidRPr="005E3760">
              <w:rPr>
                <w:sz w:val="18"/>
              </w:rPr>
              <w:t xml:space="preserve"> Kota Gorontalo</w:t>
            </w:r>
          </w:p>
        </w:tc>
      </w:tr>
      <w:tr w:rsidR="00021266" w14:paraId="2033B095" w14:textId="77777777" w:rsidTr="00E767A4">
        <w:trPr>
          <w:jc w:val="center"/>
        </w:trPr>
        <w:tc>
          <w:tcPr>
            <w:tcW w:w="3828" w:type="dxa"/>
            <w:shd w:val="clear" w:color="auto" w:fill="EAF2F8"/>
            <w:tcMar>
              <w:top w:w="90" w:type="dxa"/>
              <w:left w:w="90" w:type="dxa"/>
              <w:bottom w:w="90" w:type="dxa"/>
              <w:right w:w="90" w:type="dxa"/>
            </w:tcMar>
            <w:vAlign w:val="center"/>
          </w:tcPr>
          <w:p w14:paraId="2C7C23E3" w14:textId="77777777" w:rsidR="00021266" w:rsidRDefault="00E04100">
            <w:pPr>
              <w:spacing w:after="0"/>
            </w:pPr>
            <w:proofErr w:type="spellStart"/>
            <w:r>
              <w:rPr>
                <w:b/>
                <w:sz w:val="18"/>
              </w:rPr>
              <w:t>Posisi</w:t>
            </w:r>
            <w:proofErr w:type="spellEnd"/>
            <w:r>
              <w:rPr>
                <w:b/>
                <w:sz w:val="18"/>
              </w:rPr>
              <w:t xml:space="preserve"> </w:t>
            </w:r>
            <w:proofErr w:type="spellStart"/>
            <w:r>
              <w:rPr>
                <w:b/>
                <w:sz w:val="18"/>
              </w:rPr>
              <w:t>penelitian</w:t>
            </w:r>
            <w:proofErr w:type="spellEnd"/>
            <w:r>
              <w:rPr>
                <w:b/>
                <w:sz w:val="18"/>
              </w:rPr>
              <w:t xml:space="preserve"> </w:t>
            </w:r>
            <w:proofErr w:type="spellStart"/>
            <w:r>
              <w:rPr>
                <w:b/>
                <w:sz w:val="18"/>
              </w:rPr>
              <w:t>tahun</w:t>
            </w:r>
            <w:proofErr w:type="spellEnd"/>
            <w:r>
              <w:rPr>
                <w:b/>
                <w:sz w:val="18"/>
              </w:rPr>
              <w:t xml:space="preserve"> </w:t>
            </w:r>
            <w:proofErr w:type="spellStart"/>
            <w:r>
              <w:rPr>
                <w:b/>
                <w:sz w:val="18"/>
              </w:rPr>
              <w:t>ini</w:t>
            </w:r>
            <w:proofErr w:type="spellEnd"/>
          </w:p>
        </w:tc>
        <w:tc>
          <w:tcPr>
            <w:tcW w:w="4561" w:type="dxa"/>
            <w:tcMar>
              <w:top w:w="90" w:type="dxa"/>
              <w:left w:w="90" w:type="dxa"/>
              <w:bottom w:w="90" w:type="dxa"/>
              <w:right w:w="90" w:type="dxa"/>
            </w:tcMar>
            <w:vAlign w:val="center"/>
          </w:tcPr>
          <w:p w14:paraId="3179941B" w14:textId="1D3D0C63" w:rsidR="00021266" w:rsidRDefault="004B30BE" w:rsidP="004B30BE">
            <w:pPr>
              <w:spacing w:after="0"/>
              <w:jc w:val="both"/>
            </w:pPr>
            <w:proofErr w:type="spellStart"/>
            <w:r w:rsidRPr="004B30BE">
              <w:rPr>
                <w:sz w:val="18"/>
              </w:rPr>
              <w:t>Berada</w:t>
            </w:r>
            <w:proofErr w:type="spellEnd"/>
            <w:r w:rsidRPr="004B30BE">
              <w:rPr>
                <w:sz w:val="18"/>
              </w:rPr>
              <w:t xml:space="preserve"> pada </w:t>
            </w:r>
            <w:proofErr w:type="spellStart"/>
            <w:r w:rsidRPr="004B30BE">
              <w:rPr>
                <w:sz w:val="18"/>
              </w:rPr>
              <w:t>tahap</w:t>
            </w:r>
            <w:proofErr w:type="spellEnd"/>
            <w:r w:rsidRPr="004B30BE">
              <w:rPr>
                <w:sz w:val="18"/>
              </w:rPr>
              <w:t xml:space="preserve"> </w:t>
            </w:r>
            <w:proofErr w:type="spellStart"/>
            <w:r w:rsidRPr="004B30BE">
              <w:rPr>
                <w:b/>
                <w:bCs/>
                <w:sz w:val="18"/>
              </w:rPr>
              <w:t>identifikasi</w:t>
            </w:r>
            <w:proofErr w:type="spellEnd"/>
            <w:r w:rsidRPr="004B30BE">
              <w:rPr>
                <w:b/>
                <w:bCs/>
                <w:sz w:val="18"/>
              </w:rPr>
              <w:t xml:space="preserve">, </w:t>
            </w:r>
            <w:proofErr w:type="spellStart"/>
            <w:r w:rsidRPr="004B30BE">
              <w:rPr>
                <w:b/>
                <w:bCs/>
                <w:sz w:val="18"/>
              </w:rPr>
              <w:t>pemetaan</w:t>
            </w:r>
            <w:proofErr w:type="spellEnd"/>
            <w:r w:rsidRPr="004B30BE">
              <w:rPr>
                <w:b/>
                <w:bCs/>
                <w:sz w:val="18"/>
              </w:rPr>
              <w:t xml:space="preserve"> </w:t>
            </w:r>
            <w:proofErr w:type="spellStart"/>
            <w:r>
              <w:rPr>
                <w:b/>
                <w:bCs/>
                <w:sz w:val="18"/>
              </w:rPr>
              <w:t>risiko</w:t>
            </w:r>
            <w:proofErr w:type="spellEnd"/>
            <w:r>
              <w:rPr>
                <w:b/>
                <w:bCs/>
                <w:sz w:val="18"/>
              </w:rPr>
              <w:t xml:space="preserve"> </w:t>
            </w:r>
            <w:proofErr w:type="spellStart"/>
            <w:r>
              <w:rPr>
                <w:b/>
                <w:bCs/>
                <w:sz w:val="18"/>
              </w:rPr>
              <w:t>psikologis</w:t>
            </w:r>
            <w:proofErr w:type="spellEnd"/>
            <w:r w:rsidRPr="004B30BE">
              <w:rPr>
                <w:b/>
                <w:bCs/>
                <w:sz w:val="18"/>
              </w:rPr>
              <w:t xml:space="preserve">, dan </w:t>
            </w:r>
            <w:proofErr w:type="spellStart"/>
            <w:r w:rsidRPr="004B30BE">
              <w:rPr>
                <w:b/>
                <w:bCs/>
                <w:sz w:val="18"/>
              </w:rPr>
              <w:t>analisis</w:t>
            </w:r>
            <w:proofErr w:type="spellEnd"/>
            <w:r w:rsidRPr="004B30BE">
              <w:rPr>
                <w:b/>
                <w:bCs/>
                <w:sz w:val="18"/>
              </w:rPr>
              <w:t xml:space="preserve"> </w:t>
            </w:r>
            <w:proofErr w:type="spellStart"/>
            <w:r w:rsidRPr="004B30BE">
              <w:rPr>
                <w:b/>
                <w:bCs/>
                <w:sz w:val="18"/>
              </w:rPr>
              <w:t>karakteristik</w:t>
            </w:r>
            <w:proofErr w:type="spellEnd"/>
            <w:r w:rsidRPr="004B30BE">
              <w:rPr>
                <w:b/>
                <w:bCs/>
                <w:sz w:val="18"/>
              </w:rPr>
              <w:t xml:space="preserve"> </w:t>
            </w:r>
            <w:proofErr w:type="spellStart"/>
            <w:r w:rsidRPr="004B30BE">
              <w:rPr>
                <w:b/>
                <w:bCs/>
                <w:sz w:val="18"/>
              </w:rPr>
              <w:t>mutu</w:t>
            </w:r>
            <w:proofErr w:type="spellEnd"/>
            <w:r w:rsidRPr="004B30BE">
              <w:rPr>
                <w:sz w:val="18"/>
              </w:rPr>
              <w:t xml:space="preserve"> </w:t>
            </w:r>
            <w:proofErr w:type="spellStart"/>
            <w:r w:rsidRPr="004B30BE">
              <w:rPr>
                <w:sz w:val="18"/>
              </w:rPr>
              <w:t>keberadaan</w:t>
            </w:r>
            <w:proofErr w:type="spellEnd"/>
            <w:r w:rsidRPr="004B30BE">
              <w:rPr>
                <w:sz w:val="18"/>
              </w:rPr>
              <w:t xml:space="preserve"> formalin pada </w:t>
            </w:r>
            <w:proofErr w:type="spellStart"/>
            <w:r w:rsidRPr="004B30BE">
              <w:rPr>
                <w:sz w:val="18"/>
              </w:rPr>
              <w:t>komoditas</w:t>
            </w:r>
            <w:proofErr w:type="spellEnd"/>
            <w:r w:rsidRPr="004B30BE">
              <w:rPr>
                <w:sz w:val="18"/>
              </w:rPr>
              <w:t xml:space="preserve"> </w:t>
            </w:r>
            <w:proofErr w:type="spellStart"/>
            <w:r w:rsidRPr="004B30BE">
              <w:rPr>
                <w:sz w:val="18"/>
              </w:rPr>
              <w:t>pelagis</w:t>
            </w:r>
            <w:proofErr w:type="spellEnd"/>
            <w:r w:rsidRPr="004B30BE">
              <w:rPr>
                <w:sz w:val="18"/>
              </w:rPr>
              <w:t xml:space="preserve"> </w:t>
            </w:r>
            <w:proofErr w:type="spellStart"/>
            <w:r w:rsidRPr="004B30BE">
              <w:rPr>
                <w:sz w:val="18"/>
              </w:rPr>
              <w:t>utama</w:t>
            </w:r>
            <w:proofErr w:type="spellEnd"/>
            <w:r w:rsidRPr="004B30BE">
              <w:rPr>
                <w:sz w:val="18"/>
              </w:rPr>
              <w:t xml:space="preserve"> </w:t>
            </w:r>
            <w:proofErr w:type="spellStart"/>
            <w:r w:rsidRPr="004B30BE">
              <w:rPr>
                <w:sz w:val="18"/>
              </w:rPr>
              <w:t>berskala</w:t>
            </w:r>
            <w:proofErr w:type="spellEnd"/>
            <w:r w:rsidRPr="004B30BE">
              <w:rPr>
                <w:sz w:val="18"/>
              </w:rPr>
              <w:t xml:space="preserve"> </w:t>
            </w:r>
            <w:proofErr w:type="spellStart"/>
            <w:r w:rsidRPr="004B30BE">
              <w:rPr>
                <w:sz w:val="18"/>
              </w:rPr>
              <w:t>ekonomi</w:t>
            </w:r>
            <w:proofErr w:type="spellEnd"/>
            <w:r w:rsidRPr="004B30BE">
              <w:rPr>
                <w:sz w:val="18"/>
              </w:rPr>
              <w:t xml:space="preserve"> </w:t>
            </w:r>
            <w:proofErr w:type="spellStart"/>
            <w:r w:rsidRPr="004B30BE">
              <w:rPr>
                <w:sz w:val="18"/>
              </w:rPr>
              <w:t>tinggi</w:t>
            </w:r>
            <w:proofErr w:type="spellEnd"/>
            <w:r w:rsidRPr="004B30BE">
              <w:rPr>
                <w:sz w:val="18"/>
              </w:rPr>
              <w:t xml:space="preserve">, </w:t>
            </w:r>
            <w:proofErr w:type="spellStart"/>
            <w:r w:rsidRPr="004B30BE">
              <w:rPr>
                <w:sz w:val="18"/>
              </w:rPr>
              <w:t>yaitu</w:t>
            </w:r>
            <w:proofErr w:type="spellEnd"/>
            <w:r w:rsidRPr="004B30BE">
              <w:rPr>
                <w:sz w:val="18"/>
              </w:rPr>
              <w:t xml:space="preserve"> ikan </w:t>
            </w:r>
            <w:proofErr w:type="spellStart"/>
            <w:r w:rsidRPr="004B30BE">
              <w:rPr>
                <w:sz w:val="18"/>
              </w:rPr>
              <w:t>cakalang</w:t>
            </w:r>
            <w:proofErr w:type="spellEnd"/>
            <w:r w:rsidRPr="004B30BE">
              <w:rPr>
                <w:sz w:val="18"/>
              </w:rPr>
              <w:t xml:space="preserve"> (</w:t>
            </w:r>
            <w:r w:rsidRPr="004B30BE">
              <w:rPr>
                <w:i/>
                <w:iCs/>
                <w:sz w:val="18"/>
              </w:rPr>
              <w:t>Katsuwonus pelamis</w:t>
            </w:r>
            <w:r w:rsidRPr="004B30BE">
              <w:rPr>
                <w:sz w:val="18"/>
              </w:rPr>
              <w:t xml:space="preserve">) </w:t>
            </w:r>
            <w:proofErr w:type="spellStart"/>
            <w:r w:rsidRPr="004B30BE">
              <w:rPr>
                <w:sz w:val="18"/>
              </w:rPr>
              <w:t>dalam</w:t>
            </w:r>
            <w:proofErr w:type="spellEnd"/>
            <w:r w:rsidRPr="004B30BE">
              <w:rPr>
                <w:sz w:val="18"/>
              </w:rPr>
              <w:t xml:space="preserve"> </w:t>
            </w:r>
            <w:proofErr w:type="spellStart"/>
            <w:r w:rsidRPr="004B30BE">
              <w:rPr>
                <w:sz w:val="18"/>
              </w:rPr>
              <w:t>bentuk</w:t>
            </w:r>
            <w:proofErr w:type="spellEnd"/>
            <w:r w:rsidRPr="004B30BE">
              <w:rPr>
                <w:sz w:val="18"/>
              </w:rPr>
              <w:t xml:space="preserve"> segar dan asap di </w:t>
            </w:r>
            <w:proofErr w:type="spellStart"/>
            <w:r w:rsidRPr="004B30BE">
              <w:rPr>
                <w:sz w:val="18"/>
              </w:rPr>
              <w:t>rantai</w:t>
            </w:r>
            <w:proofErr w:type="spellEnd"/>
            <w:r w:rsidRPr="004B30BE">
              <w:rPr>
                <w:sz w:val="18"/>
              </w:rPr>
              <w:t xml:space="preserve"> </w:t>
            </w:r>
            <w:proofErr w:type="spellStart"/>
            <w:r w:rsidRPr="004B30BE">
              <w:rPr>
                <w:sz w:val="18"/>
              </w:rPr>
              <w:t>pemasaran</w:t>
            </w:r>
            <w:proofErr w:type="spellEnd"/>
            <w:r w:rsidRPr="004B30BE">
              <w:rPr>
                <w:sz w:val="18"/>
              </w:rPr>
              <w:t xml:space="preserve"> Gorontalo.</w:t>
            </w:r>
          </w:p>
        </w:tc>
      </w:tr>
      <w:tr w:rsidR="00021266" w14:paraId="609E36A2" w14:textId="77777777" w:rsidTr="00E767A4">
        <w:trPr>
          <w:jc w:val="center"/>
        </w:trPr>
        <w:tc>
          <w:tcPr>
            <w:tcW w:w="3828" w:type="dxa"/>
            <w:shd w:val="clear" w:color="auto" w:fill="EAF2F8"/>
            <w:tcMar>
              <w:top w:w="90" w:type="dxa"/>
              <w:left w:w="90" w:type="dxa"/>
              <w:bottom w:w="90" w:type="dxa"/>
              <w:right w:w="90" w:type="dxa"/>
            </w:tcMar>
            <w:vAlign w:val="center"/>
          </w:tcPr>
          <w:p w14:paraId="7A09FB03" w14:textId="77777777" w:rsidR="00021266" w:rsidRDefault="00E04100">
            <w:pPr>
              <w:spacing w:after="0"/>
            </w:pPr>
            <w:proofErr w:type="spellStart"/>
            <w:r>
              <w:rPr>
                <w:b/>
                <w:sz w:val="18"/>
              </w:rPr>
              <w:t>Rencana</w:t>
            </w:r>
            <w:proofErr w:type="spellEnd"/>
            <w:r>
              <w:rPr>
                <w:b/>
                <w:sz w:val="18"/>
              </w:rPr>
              <w:t xml:space="preserve"> </w:t>
            </w:r>
            <w:proofErr w:type="spellStart"/>
            <w:r>
              <w:rPr>
                <w:b/>
                <w:sz w:val="18"/>
              </w:rPr>
              <w:t>pengembangan</w:t>
            </w:r>
            <w:proofErr w:type="spellEnd"/>
            <w:r>
              <w:rPr>
                <w:b/>
                <w:sz w:val="18"/>
              </w:rPr>
              <w:t xml:space="preserve"> </w:t>
            </w:r>
            <w:proofErr w:type="spellStart"/>
            <w:r>
              <w:rPr>
                <w:b/>
                <w:sz w:val="18"/>
              </w:rPr>
              <w:t>berikutnya</w:t>
            </w:r>
            <w:proofErr w:type="spellEnd"/>
          </w:p>
        </w:tc>
        <w:tc>
          <w:tcPr>
            <w:tcW w:w="4561" w:type="dxa"/>
            <w:tcMar>
              <w:top w:w="90" w:type="dxa"/>
              <w:left w:w="90" w:type="dxa"/>
              <w:bottom w:w="90" w:type="dxa"/>
              <w:right w:w="90" w:type="dxa"/>
            </w:tcMar>
            <w:vAlign w:val="center"/>
          </w:tcPr>
          <w:p w14:paraId="6BEF9118" w14:textId="0FE20656" w:rsidR="00021266" w:rsidRDefault="00B42167" w:rsidP="00D83E6A">
            <w:pPr>
              <w:spacing w:after="0"/>
              <w:jc w:val="both"/>
            </w:pPr>
            <w:r w:rsidRPr="00B42167">
              <w:rPr>
                <w:sz w:val="18"/>
              </w:rPr>
              <w:t xml:space="preserve">Akan </w:t>
            </w:r>
            <w:proofErr w:type="spellStart"/>
            <w:r w:rsidRPr="00B42167">
              <w:rPr>
                <w:sz w:val="18"/>
              </w:rPr>
              <w:t>dilanjutkan</w:t>
            </w:r>
            <w:proofErr w:type="spellEnd"/>
            <w:r w:rsidRPr="00B42167">
              <w:rPr>
                <w:sz w:val="18"/>
              </w:rPr>
              <w:t xml:space="preserve"> </w:t>
            </w:r>
            <w:proofErr w:type="spellStart"/>
            <w:r w:rsidRPr="00B42167">
              <w:rPr>
                <w:sz w:val="18"/>
              </w:rPr>
              <w:t>ke</w:t>
            </w:r>
            <w:proofErr w:type="spellEnd"/>
            <w:r w:rsidRPr="00B42167">
              <w:rPr>
                <w:sz w:val="18"/>
              </w:rPr>
              <w:t xml:space="preserve"> </w:t>
            </w:r>
            <w:proofErr w:type="spellStart"/>
            <w:r w:rsidRPr="00B42167">
              <w:rPr>
                <w:sz w:val="18"/>
              </w:rPr>
              <w:t>arah</w:t>
            </w:r>
            <w:proofErr w:type="spellEnd"/>
            <w:r w:rsidRPr="00B42167">
              <w:rPr>
                <w:sz w:val="18"/>
              </w:rPr>
              <w:t xml:space="preserve"> </w:t>
            </w:r>
            <w:proofErr w:type="spellStart"/>
            <w:r w:rsidRPr="00B42167">
              <w:rPr>
                <w:b/>
                <w:bCs/>
                <w:sz w:val="18"/>
              </w:rPr>
              <w:t>pengembangan</w:t>
            </w:r>
            <w:proofErr w:type="spellEnd"/>
            <w:r w:rsidRPr="00B42167">
              <w:rPr>
                <w:b/>
                <w:bCs/>
                <w:sz w:val="18"/>
              </w:rPr>
              <w:t xml:space="preserve"> </w:t>
            </w:r>
            <w:proofErr w:type="spellStart"/>
            <w:r w:rsidRPr="00B42167">
              <w:rPr>
                <w:b/>
                <w:bCs/>
                <w:sz w:val="18"/>
              </w:rPr>
              <w:t>teknologi</w:t>
            </w:r>
            <w:proofErr w:type="spellEnd"/>
            <w:r w:rsidRPr="00B42167">
              <w:rPr>
                <w:b/>
                <w:bCs/>
                <w:sz w:val="18"/>
              </w:rPr>
              <w:t xml:space="preserve"> </w:t>
            </w:r>
            <w:proofErr w:type="spellStart"/>
            <w:r w:rsidRPr="00B42167">
              <w:rPr>
                <w:b/>
                <w:bCs/>
                <w:sz w:val="18"/>
              </w:rPr>
              <w:t>deteksi</w:t>
            </w:r>
            <w:proofErr w:type="spellEnd"/>
            <w:r w:rsidRPr="00B42167">
              <w:rPr>
                <w:b/>
                <w:bCs/>
                <w:sz w:val="18"/>
              </w:rPr>
              <w:t xml:space="preserve"> </w:t>
            </w:r>
            <w:proofErr w:type="spellStart"/>
            <w:r w:rsidRPr="00B42167">
              <w:rPr>
                <w:b/>
                <w:bCs/>
                <w:sz w:val="18"/>
              </w:rPr>
              <w:t>cepat</w:t>
            </w:r>
            <w:proofErr w:type="spellEnd"/>
            <w:r w:rsidRPr="00B42167">
              <w:rPr>
                <w:b/>
                <w:bCs/>
                <w:sz w:val="18"/>
              </w:rPr>
              <w:t xml:space="preserve"> (</w:t>
            </w:r>
            <w:r w:rsidRPr="00B42167">
              <w:rPr>
                <w:b/>
                <w:bCs/>
                <w:i/>
                <w:iCs/>
                <w:sz w:val="18"/>
              </w:rPr>
              <w:t>rapid test kit</w:t>
            </w:r>
            <w:r w:rsidRPr="00B42167">
              <w:rPr>
                <w:b/>
                <w:bCs/>
                <w:sz w:val="18"/>
              </w:rPr>
              <w:t xml:space="preserve">) yang </w:t>
            </w:r>
            <w:proofErr w:type="spellStart"/>
            <w:r w:rsidRPr="00B42167">
              <w:rPr>
                <w:b/>
                <w:bCs/>
                <w:sz w:val="18"/>
              </w:rPr>
              <w:t>sensitif</w:t>
            </w:r>
            <w:proofErr w:type="spellEnd"/>
            <w:r w:rsidRPr="00B42167">
              <w:rPr>
                <w:sz w:val="18"/>
              </w:rPr>
              <w:t xml:space="preserve">, </w:t>
            </w:r>
            <w:proofErr w:type="spellStart"/>
            <w:r w:rsidRPr="00B42167">
              <w:rPr>
                <w:sz w:val="18"/>
              </w:rPr>
              <w:t>formulasi</w:t>
            </w:r>
            <w:proofErr w:type="spellEnd"/>
            <w:r w:rsidRPr="00B42167">
              <w:rPr>
                <w:sz w:val="18"/>
              </w:rPr>
              <w:t xml:space="preserve"> </w:t>
            </w:r>
            <w:proofErr w:type="spellStart"/>
            <w:r w:rsidRPr="00B42167">
              <w:rPr>
                <w:sz w:val="18"/>
              </w:rPr>
              <w:t>bahan</w:t>
            </w:r>
            <w:proofErr w:type="spellEnd"/>
            <w:r w:rsidRPr="00B42167">
              <w:rPr>
                <w:sz w:val="18"/>
              </w:rPr>
              <w:t xml:space="preserve"> </w:t>
            </w:r>
            <w:proofErr w:type="spellStart"/>
            <w:r w:rsidRPr="00B42167">
              <w:rPr>
                <w:sz w:val="18"/>
              </w:rPr>
              <w:t>pengawet</w:t>
            </w:r>
            <w:proofErr w:type="spellEnd"/>
            <w:r w:rsidRPr="00B42167">
              <w:rPr>
                <w:sz w:val="18"/>
              </w:rPr>
              <w:t xml:space="preserve"> </w:t>
            </w:r>
            <w:proofErr w:type="spellStart"/>
            <w:r w:rsidRPr="00B42167">
              <w:rPr>
                <w:sz w:val="18"/>
              </w:rPr>
              <w:t>alami</w:t>
            </w:r>
            <w:proofErr w:type="spellEnd"/>
            <w:r w:rsidRPr="00B42167">
              <w:rPr>
                <w:sz w:val="18"/>
              </w:rPr>
              <w:t xml:space="preserve"> (</w:t>
            </w:r>
            <w:r w:rsidRPr="00B42167">
              <w:rPr>
                <w:i/>
                <w:iCs/>
                <w:sz w:val="18"/>
              </w:rPr>
              <w:t>natural preservatives</w:t>
            </w:r>
            <w:r w:rsidRPr="00B42167">
              <w:rPr>
                <w:sz w:val="18"/>
              </w:rPr>
              <w:t xml:space="preserve">) </w:t>
            </w:r>
            <w:proofErr w:type="spellStart"/>
            <w:r w:rsidRPr="00B42167">
              <w:rPr>
                <w:sz w:val="18"/>
              </w:rPr>
              <w:t>berbasis</w:t>
            </w:r>
            <w:proofErr w:type="spellEnd"/>
            <w:r w:rsidRPr="00B42167">
              <w:rPr>
                <w:sz w:val="18"/>
              </w:rPr>
              <w:t xml:space="preserve"> </w:t>
            </w:r>
            <w:proofErr w:type="spellStart"/>
            <w:r w:rsidRPr="00B42167">
              <w:rPr>
                <w:sz w:val="18"/>
              </w:rPr>
              <w:t>potensi</w:t>
            </w:r>
            <w:proofErr w:type="spellEnd"/>
            <w:r w:rsidRPr="00B42167">
              <w:rPr>
                <w:sz w:val="18"/>
              </w:rPr>
              <w:t xml:space="preserve"> </w:t>
            </w:r>
            <w:proofErr w:type="spellStart"/>
            <w:r w:rsidRPr="00B42167">
              <w:rPr>
                <w:sz w:val="18"/>
              </w:rPr>
              <w:t>lokal</w:t>
            </w:r>
            <w:proofErr w:type="spellEnd"/>
            <w:r w:rsidRPr="00B42167">
              <w:rPr>
                <w:sz w:val="18"/>
              </w:rPr>
              <w:t xml:space="preserve"> </w:t>
            </w:r>
            <w:proofErr w:type="spellStart"/>
            <w:r w:rsidRPr="00B42167">
              <w:rPr>
                <w:sz w:val="18"/>
              </w:rPr>
              <w:t>untuk</w:t>
            </w:r>
            <w:proofErr w:type="spellEnd"/>
            <w:r w:rsidRPr="00B42167">
              <w:rPr>
                <w:sz w:val="18"/>
              </w:rPr>
              <w:t xml:space="preserve"> </w:t>
            </w:r>
            <w:proofErr w:type="spellStart"/>
            <w:r w:rsidRPr="00B42167">
              <w:rPr>
                <w:sz w:val="18"/>
              </w:rPr>
              <w:t>memperpanjang</w:t>
            </w:r>
            <w:proofErr w:type="spellEnd"/>
            <w:r w:rsidRPr="00B42167">
              <w:rPr>
                <w:sz w:val="18"/>
              </w:rPr>
              <w:t xml:space="preserve"> masa </w:t>
            </w:r>
            <w:proofErr w:type="spellStart"/>
            <w:r w:rsidRPr="00B42167">
              <w:rPr>
                <w:sz w:val="18"/>
              </w:rPr>
              <w:t>simpan</w:t>
            </w:r>
            <w:proofErr w:type="spellEnd"/>
            <w:r w:rsidRPr="00B42167">
              <w:rPr>
                <w:sz w:val="18"/>
              </w:rPr>
              <w:t xml:space="preserve"> </w:t>
            </w:r>
            <w:proofErr w:type="spellStart"/>
            <w:r w:rsidRPr="00B42167">
              <w:rPr>
                <w:sz w:val="18"/>
              </w:rPr>
              <w:t>cakalang</w:t>
            </w:r>
            <w:proofErr w:type="spellEnd"/>
            <w:r w:rsidRPr="00B42167">
              <w:rPr>
                <w:sz w:val="18"/>
              </w:rPr>
              <w:t xml:space="preserve">, </w:t>
            </w:r>
            <w:proofErr w:type="spellStart"/>
            <w:r w:rsidRPr="00B42167">
              <w:rPr>
                <w:sz w:val="18"/>
              </w:rPr>
              <w:t>serta</w:t>
            </w:r>
            <w:proofErr w:type="spellEnd"/>
            <w:r w:rsidRPr="00B42167">
              <w:rPr>
                <w:sz w:val="18"/>
              </w:rPr>
              <w:t xml:space="preserve"> </w:t>
            </w:r>
            <w:proofErr w:type="spellStart"/>
            <w:r w:rsidRPr="00B42167">
              <w:rPr>
                <w:sz w:val="18"/>
              </w:rPr>
              <w:t>penyusunan</w:t>
            </w:r>
            <w:proofErr w:type="spellEnd"/>
            <w:r w:rsidRPr="00B42167">
              <w:rPr>
                <w:sz w:val="18"/>
              </w:rPr>
              <w:t xml:space="preserve"> model </w:t>
            </w:r>
            <w:proofErr w:type="spellStart"/>
            <w:r w:rsidRPr="00B42167">
              <w:rPr>
                <w:sz w:val="18"/>
              </w:rPr>
              <w:t>sistem</w:t>
            </w:r>
            <w:proofErr w:type="spellEnd"/>
            <w:r w:rsidRPr="00B42167">
              <w:rPr>
                <w:sz w:val="18"/>
              </w:rPr>
              <w:t xml:space="preserve"> </w:t>
            </w:r>
            <w:proofErr w:type="spellStart"/>
            <w:r w:rsidRPr="00B42167">
              <w:rPr>
                <w:sz w:val="18"/>
              </w:rPr>
              <w:t>jaminan</w:t>
            </w:r>
            <w:proofErr w:type="spellEnd"/>
            <w:r w:rsidRPr="00B42167">
              <w:rPr>
                <w:sz w:val="18"/>
              </w:rPr>
              <w:t xml:space="preserve"> </w:t>
            </w:r>
            <w:proofErr w:type="spellStart"/>
            <w:r w:rsidRPr="00B42167">
              <w:rPr>
                <w:sz w:val="18"/>
              </w:rPr>
              <w:t>keamanan</w:t>
            </w:r>
            <w:proofErr w:type="spellEnd"/>
            <w:r w:rsidRPr="00B42167">
              <w:rPr>
                <w:sz w:val="18"/>
              </w:rPr>
              <w:t xml:space="preserve"> </w:t>
            </w:r>
            <w:proofErr w:type="spellStart"/>
            <w:r w:rsidRPr="00B42167">
              <w:rPr>
                <w:sz w:val="18"/>
              </w:rPr>
              <w:t>pangan</w:t>
            </w:r>
            <w:proofErr w:type="spellEnd"/>
            <w:r w:rsidRPr="00B42167">
              <w:rPr>
                <w:sz w:val="18"/>
              </w:rPr>
              <w:t xml:space="preserve"> dan </w:t>
            </w:r>
            <w:proofErr w:type="spellStart"/>
            <w:r w:rsidRPr="00B42167">
              <w:rPr>
                <w:sz w:val="18"/>
              </w:rPr>
              <w:t>kebijakan</w:t>
            </w:r>
            <w:proofErr w:type="spellEnd"/>
            <w:r w:rsidRPr="00B42167">
              <w:rPr>
                <w:sz w:val="18"/>
              </w:rPr>
              <w:t xml:space="preserve"> </w:t>
            </w:r>
            <w:proofErr w:type="spellStart"/>
            <w:r w:rsidRPr="00B42167">
              <w:rPr>
                <w:sz w:val="18"/>
              </w:rPr>
              <w:t>pengawasan</w:t>
            </w:r>
            <w:proofErr w:type="spellEnd"/>
            <w:r w:rsidRPr="00B42167">
              <w:rPr>
                <w:sz w:val="18"/>
              </w:rPr>
              <w:t xml:space="preserve"> </w:t>
            </w:r>
            <w:proofErr w:type="spellStart"/>
            <w:r w:rsidRPr="00B42167">
              <w:rPr>
                <w:sz w:val="18"/>
              </w:rPr>
              <w:t>pascapanen</w:t>
            </w:r>
            <w:proofErr w:type="spellEnd"/>
            <w:r w:rsidRPr="00B42167">
              <w:rPr>
                <w:sz w:val="18"/>
              </w:rPr>
              <w:t xml:space="preserve"> </w:t>
            </w:r>
            <w:proofErr w:type="spellStart"/>
            <w:r w:rsidRPr="00B42167">
              <w:rPr>
                <w:sz w:val="18"/>
              </w:rPr>
              <w:t>bagi</w:t>
            </w:r>
            <w:proofErr w:type="spellEnd"/>
            <w:r w:rsidRPr="00B42167">
              <w:rPr>
                <w:sz w:val="18"/>
              </w:rPr>
              <w:t xml:space="preserve"> </w:t>
            </w:r>
            <w:proofErr w:type="spellStart"/>
            <w:r w:rsidRPr="00B42167">
              <w:rPr>
                <w:sz w:val="18"/>
              </w:rPr>
              <w:t>pemerintah</w:t>
            </w:r>
            <w:proofErr w:type="spellEnd"/>
            <w:r w:rsidRPr="00B42167">
              <w:rPr>
                <w:sz w:val="18"/>
              </w:rPr>
              <w:t xml:space="preserve"> </w:t>
            </w:r>
            <w:proofErr w:type="spellStart"/>
            <w:r w:rsidRPr="00B42167">
              <w:rPr>
                <w:sz w:val="18"/>
              </w:rPr>
              <w:t>daerah</w:t>
            </w:r>
            <w:proofErr w:type="spellEnd"/>
          </w:p>
        </w:tc>
      </w:tr>
      <w:tr w:rsidR="00021266" w14:paraId="5EDF79BC" w14:textId="77777777" w:rsidTr="00E767A4">
        <w:trPr>
          <w:jc w:val="center"/>
        </w:trPr>
        <w:tc>
          <w:tcPr>
            <w:tcW w:w="3828" w:type="dxa"/>
            <w:shd w:val="clear" w:color="auto" w:fill="EAF2F8"/>
            <w:tcMar>
              <w:top w:w="90" w:type="dxa"/>
              <w:left w:w="90" w:type="dxa"/>
              <w:bottom w:w="90" w:type="dxa"/>
              <w:right w:w="90" w:type="dxa"/>
            </w:tcMar>
            <w:vAlign w:val="center"/>
          </w:tcPr>
          <w:p w14:paraId="30A2DADD" w14:textId="77777777" w:rsidR="00021266" w:rsidRPr="003F1B29" w:rsidRDefault="00E04100">
            <w:pPr>
              <w:spacing w:after="0"/>
              <w:rPr>
                <w:lang w:val="nb-NO"/>
              </w:rPr>
            </w:pPr>
            <w:r w:rsidRPr="003F1B29">
              <w:rPr>
                <w:b/>
                <w:sz w:val="18"/>
                <w:lang w:val="nb-NO"/>
              </w:rPr>
              <w:t>Kontribusi terhadap bidang/tema/kelompok riset</w:t>
            </w:r>
          </w:p>
        </w:tc>
        <w:tc>
          <w:tcPr>
            <w:tcW w:w="4561" w:type="dxa"/>
            <w:tcMar>
              <w:top w:w="90" w:type="dxa"/>
              <w:left w:w="90" w:type="dxa"/>
              <w:bottom w:w="90" w:type="dxa"/>
              <w:right w:w="90" w:type="dxa"/>
            </w:tcMar>
            <w:vAlign w:val="center"/>
          </w:tcPr>
          <w:p w14:paraId="72B32D58" w14:textId="21401E35" w:rsidR="00021266" w:rsidRDefault="00E04100" w:rsidP="00E767A4">
            <w:pPr>
              <w:spacing w:after="0"/>
              <w:jc w:val="both"/>
            </w:pPr>
            <w:proofErr w:type="gramStart"/>
            <w:r>
              <w:rPr>
                <w:sz w:val="18"/>
              </w:rPr>
              <w:t>.</w:t>
            </w:r>
            <w:proofErr w:type="spellStart"/>
            <w:r w:rsidR="002C4006" w:rsidRPr="002C4006">
              <w:rPr>
                <w:sz w:val="18"/>
              </w:rPr>
              <w:t>Melengkapi</w:t>
            </w:r>
            <w:proofErr w:type="spellEnd"/>
            <w:proofErr w:type="gramEnd"/>
            <w:r w:rsidR="002C4006" w:rsidRPr="002C4006">
              <w:rPr>
                <w:sz w:val="18"/>
              </w:rPr>
              <w:t xml:space="preserve"> basis data </w:t>
            </w:r>
            <w:proofErr w:type="spellStart"/>
            <w:r w:rsidR="002C4006" w:rsidRPr="002C4006">
              <w:rPr>
                <w:sz w:val="18"/>
              </w:rPr>
              <w:t>nasional</w:t>
            </w:r>
            <w:proofErr w:type="spellEnd"/>
            <w:r w:rsidR="002C4006" w:rsidRPr="002C4006">
              <w:rPr>
                <w:sz w:val="18"/>
              </w:rPr>
              <w:t xml:space="preserve"> dan </w:t>
            </w:r>
            <w:proofErr w:type="spellStart"/>
            <w:r w:rsidR="002C4006" w:rsidRPr="002C4006">
              <w:rPr>
                <w:sz w:val="18"/>
              </w:rPr>
              <w:t>menutup</w:t>
            </w:r>
            <w:proofErr w:type="spellEnd"/>
            <w:r w:rsidR="002C4006" w:rsidRPr="002C4006">
              <w:rPr>
                <w:sz w:val="18"/>
              </w:rPr>
              <w:t xml:space="preserve"> </w:t>
            </w:r>
            <w:proofErr w:type="spellStart"/>
            <w:r w:rsidR="002C4006" w:rsidRPr="002C4006">
              <w:rPr>
                <w:sz w:val="18"/>
              </w:rPr>
              <w:t>kesenjangan</w:t>
            </w:r>
            <w:proofErr w:type="spellEnd"/>
            <w:r w:rsidR="002C4006" w:rsidRPr="002C4006">
              <w:rPr>
                <w:sz w:val="18"/>
              </w:rPr>
              <w:t xml:space="preserve"> </w:t>
            </w:r>
            <w:proofErr w:type="spellStart"/>
            <w:r w:rsidR="002C4006" w:rsidRPr="002C4006">
              <w:rPr>
                <w:sz w:val="18"/>
              </w:rPr>
              <w:t>penelitian</w:t>
            </w:r>
            <w:proofErr w:type="spellEnd"/>
            <w:r w:rsidR="002C4006" w:rsidRPr="002C4006">
              <w:rPr>
                <w:sz w:val="18"/>
              </w:rPr>
              <w:t xml:space="preserve"> (</w:t>
            </w:r>
            <w:r w:rsidR="002C4006" w:rsidRPr="002C4006">
              <w:rPr>
                <w:i/>
                <w:iCs/>
                <w:sz w:val="18"/>
              </w:rPr>
              <w:t>research gap</w:t>
            </w:r>
            <w:r w:rsidR="002C4006" w:rsidRPr="002C4006">
              <w:rPr>
                <w:sz w:val="18"/>
              </w:rPr>
              <w:t xml:space="preserve">) </w:t>
            </w:r>
            <w:proofErr w:type="spellStart"/>
            <w:r w:rsidR="002C4006" w:rsidRPr="002C4006">
              <w:rPr>
                <w:sz w:val="18"/>
              </w:rPr>
              <w:t>terkait</w:t>
            </w:r>
            <w:proofErr w:type="spellEnd"/>
            <w:r w:rsidR="002C4006" w:rsidRPr="002C4006">
              <w:rPr>
                <w:sz w:val="18"/>
              </w:rPr>
              <w:t xml:space="preserve"> </w:t>
            </w:r>
            <w:proofErr w:type="spellStart"/>
            <w:r w:rsidR="002C4006" w:rsidRPr="002C4006">
              <w:rPr>
                <w:sz w:val="18"/>
              </w:rPr>
              <w:t>keamanan</w:t>
            </w:r>
            <w:proofErr w:type="spellEnd"/>
            <w:r w:rsidR="002C4006" w:rsidRPr="002C4006">
              <w:rPr>
                <w:sz w:val="18"/>
              </w:rPr>
              <w:t xml:space="preserve"> </w:t>
            </w:r>
            <w:proofErr w:type="spellStart"/>
            <w:r w:rsidR="002C4006" w:rsidRPr="002C4006">
              <w:rPr>
                <w:sz w:val="18"/>
              </w:rPr>
              <w:t>pangan</w:t>
            </w:r>
            <w:proofErr w:type="spellEnd"/>
            <w:r w:rsidR="002C4006" w:rsidRPr="002C4006">
              <w:rPr>
                <w:sz w:val="18"/>
              </w:rPr>
              <w:t xml:space="preserve"> </w:t>
            </w:r>
            <w:proofErr w:type="spellStart"/>
            <w:r w:rsidR="002C4006" w:rsidRPr="002C4006">
              <w:rPr>
                <w:sz w:val="18"/>
              </w:rPr>
              <w:t>komoditas</w:t>
            </w:r>
            <w:proofErr w:type="spellEnd"/>
            <w:r w:rsidR="002C4006" w:rsidRPr="002C4006">
              <w:rPr>
                <w:sz w:val="18"/>
              </w:rPr>
              <w:t xml:space="preserve"> </w:t>
            </w:r>
            <w:proofErr w:type="spellStart"/>
            <w:r w:rsidR="002C4006" w:rsidRPr="002C4006">
              <w:rPr>
                <w:sz w:val="18"/>
              </w:rPr>
              <w:t>laut</w:t>
            </w:r>
            <w:proofErr w:type="spellEnd"/>
            <w:r w:rsidR="002C4006" w:rsidRPr="002C4006">
              <w:rPr>
                <w:sz w:val="18"/>
              </w:rPr>
              <w:t xml:space="preserve"> </w:t>
            </w:r>
            <w:proofErr w:type="spellStart"/>
            <w:r w:rsidR="002C4006" w:rsidRPr="002C4006">
              <w:rPr>
                <w:sz w:val="18"/>
              </w:rPr>
              <w:t>unggulan</w:t>
            </w:r>
            <w:proofErr w:type="spellEnd"/>
            <w:r w:rsidR="002C4006" w:rsidRPr="002C4006">
              <w:rPr>
                <w:sz w:val="18"/>
              </w:rPr>
              <w:t xml:space="preserve"> </w:t>
            </w:r>
            <w:proofErr w:type="spellStart"/>
            <w:r w:rsidR="002C4006" w:rsidRPr="002C4006">
              <w:rPr>
                <w:sz w:val="18"/>
              </w:rPr>
              <w:t>daerah</w:t>
            </w:r>
            <w:proofErr w:type="spellEnd"/>
            <w:r w:rsidR="002C4006" w:rsidRPr="002C4006">
              <w:rPr>
                <w:sz w:val="18"/>
              </w:rPr>
              <w:t xml:space="preserve">, </w:t>
            </w:r>
            <w:proofErr w:type="spellStart"/>
            <w:r w:rsidR="002C4006" w:rsidRPr="002C4006">
              <w:rPr>
                <w:sz w:val="18"/>
              </w:rPr>
              <w:t>serta</w:t>
            </w:r>
            <w:proofErr w:type="spellEnd"/>
            <w:r w:rsidR="002C4006" w:rsidRPr="002C4006">
              <w:rPr>
                <w:sz w:val="18"/>
              </w:rPr>
              <w:t xml:space="preserve"> </w:t>
            </w:r>
            <w:proofErr w:type="spellStart"/>
            <w:r w:rsidR="002C4006" w:rsidRPr="002C4006">
              <w:rPr>
                <w:sz w:val="18"/>
              </w:rPr>
              <w:t>menyediakan</w:t>
            </w:r>
            <w:proofErr w:type="spellEnd"/>
            <w:r w:rsidR="002C4006" w:rsidRPr="002C4006">
              <w:rPr>
                <w:sz w:val="18"/>
              </w:rPr>
              <w:t xml:space="preserve"> </w:t>
            </w:r>
            <w:proofErr w:type="spellStart"/>
            <w:r w:rsidR="002C4006" w:rsidRPr="002C4006">
              <w:rPr>
                <w:sz w:val="18"/>
              </w:rPr>
              <w:t>indikator</w:t>
            </w:r>
            <w:proofErr w:type="spellEnd"/>
            <w:r w:rsidR="002C4006" w:rsidRPr="002C4006">
              <w:rPr>
                <w:sz w:val="18"/>
              </w:rPr>
              <w:t xml:space="preserve"> </w:t>
            </w:r>
            <w:proofErr w:type="spellStart"/>
            <w:r w:rsidR="002C4006" w:rsidRPr="002C4006">
              <w:rPr>
                <w:sz w:val="18"/>
              </w:rPr>
              <w:t>korelasi</w:t>
            </w:r>
            <w:proofErr w:type="spellEnd"/>
            <w:r w:rsidR="002C4006" w:rsidRPr="002C4006">
              <w:rPr>
                <w:sz w:val="18"/>
              </w:rPr>
              <w:t xml:space="preserve"> </w:t>
            </w:r>
            <w:proofErr w:type="spellStart"/>
            <w:r w:rsidR="002C4006" w:rsidRPr="002C4006">
              <w:rPr>
                <w:sz w:val="18"/>
              </w:rPr>
              <w:t>antara</w:t>
            </w:r>
            <w:proofErr w:type="spellEnd"/>
            <w:r w:rsidR="002C4006" w:rsidRPr="002C4006">
              <w:rPr>
                <w:sz w:val="18"/>
              </w:rPr>
              <w:t xml:space="preserve"> parameter </w:t>
            </w:r>
            <w:proofErr w:type="spellStart"/>
            <w:r w:rsidR="002C4006" w:rsidRPr="002C4006">
              <w:rPr>
                <w:sz w:val="18"/>
              </w:rPr>
              <w:t>mutu</w:t>
            </w:r>
            <w:proofErr w:type="spellEnd"/>
            <w:r w:rsidR="002C4006" w:rsidRPr="002C4006">
              <w:rPr>
                <w:sz w:val="18"/>
              </w:rPr>
              <w:t xml:space="preserve"> </w:t>
            </w:r>
            <w:proofErr w:type="spellStart"/>
            <w:r w:rsidR="002C4006" w:rsidRPr="002C4006">
              <w:rPr>
                <w:sz w:val="18"/>
              </w:rPr>
              <w:t>organoleptik-kimia</w:t>
            </w:r>
            <w:proofErr w:type="spellEnd"/>
            <w:r w:rsidR="002C4006" w:rsidRPr="002C4006">
              <w:rPr>
                <w:sz w:val="18"/>
              </w:rPr>
              <w:t xml:space="preserve"> </w:t>
            </w:r>
            <w:proofErr w:type="spellStart"/>
            <w:r w:rsidR="002C4006" w:rsidRPr="002C4006">
              <w:rPr>
                <w:sz w:val="18"/>
              </w:rPr>
              <w:t>dengan</w:t>
            </w:r>
            <w:proofErr w:type="spellEnd"/>
            <w:r w:rsidR="002C4006" w:rsidRPr="002C4006">
              <w:rPr>
                <w:sz w:val="18"/>
              </w:rPr>
              <w:t xml:space="preserve"> </w:t>
            </w:r>
            <w:proofErr w:type="spellStart"/>
            <w:r w:rsidR="002C4006" w:rsidRPr="002C4006">
              <w:rPr>
                <w:sz w:val="18"/>
              </w:rPr>
              <w:t>tingkat</w:t>
            </w:r>
            <w:proofErr w:type="spellEnd"/>
            <w:r w:rsidR="002C4006" w:rsidRPr="002C4006">
              <w:rPr>
                <w:sz w:val="18"/>
              </w:rPr>
              <w:t xml:space="preserve"> </w:t>
            </w:r>
            <w:proofErr w:type="spellStart"/>
            <w:r w:rsidR="002C4006" w:rsidRPr="002C4006">
              <w:rPr>
                <w:sz w:val="18"/>
              </w:rPr>
              <w:t>kontaminasi</w:t>
            </w:r>
            <w:proofErr w:type="spellEnd"/>
            <w:r w:rsidR="002C4006" w:rsidRPr="002C4006">
              <w:rPr>
                <w:sz w:val="18"/>
              </w:rPr>
              <w:t xml:space="preserve"> formalin </w:t>
            </w:r>
            <w:proofErr w:type="spellStart"/>
            <w:r w:rsidR="002C4006" w:rsidRPr="002C4006">
              <w:rPr>
                <w:sz w:val="18"/>
              </w:rPr>
              <w:t>sebagai</w:t>
            </w:r>
            <w:proofErr w:type="spellEnd"/>
            <w:r w:rsidR="002C4006" w:rsidRPr="002C4006">
              <w:rPr>
                <w:sz w:val="18"/>
              </w:rPr>
              <w:t xml:space="preserve"> </w:t>
            </w:r>
            <w:proofErr w:type="spellStart"/>
            <w:r w:rsidR="002C4006" w:rsidRPr="002C4006">
              <w:rPr>
                <w:sz w:val="18"/>
              </w:rPr>
              <w:t>referensi</w:t>
            </w:r>
            <w:proofErr w:type="spellEnd"/>
            <w:r w:rsidR="002C4006" w:rsidRPr="002C4006">
              <w:rPr>
                <w:sz w:val="18"/>
              </w:rPr>
              <w:t xml:space="preserve"> </w:t>
            </w:r>
            <w:proofErr w:type="spellStart"/>
            <w:r w:rsidR="002C4006" w:rsidRPr="002C4006">
              <w:rPr>
                <w:sz w:val="18"/>
              </w:rPr>
              <w:t>ilmiah</w:t>
            </w:r>
            <w:proofErr w:type="spellEnd"/>
            <w:r w:rsidR="002C4006" w:rsidRPr="002C4006">
              <w:rPr>
                <w:sz w:val="18"/>
              </w:rPr>
              <w:t xml:space="preserve"> </w:t>
            </w:r>
            <w:proofErr w:type="spellStart"/>
            <w:r w:rsidR="002C4006" w:rsidRPr="002C4006">
              <w:rPr>
                <w:sz w:val="18"/>
              </w:rPr>
              <w:t>bidang</w:t>
            </w:r>
            <w:proofErr w:type="spellEnd"/>
            <w:r w:rsidR="002C4006" w:rsidRPr="002C4006">
              <w:rPr>
                <w:sz w:val="18"/>
              </w:rPr>
              <w:t xml:space="preserve"> </w:t>
            </w:r>
            <w:proofErr w:type="spellStart"/>
            <w:r w:rsidR="002C4006" w:rsidRPr="002C4006">
              <w:rPr>
                <w:sz w:val="18"/>
              </w:rPr>
              <w:t>Teknologi</w:t>
            </w:r>
            <w:proofErr w:type="spellEnd"/>
            <w:r w:rsidR="002C4006" w:rsidRPr="002C4006">
              <w:rPr>
                <w:sz w:val="18"/>
              </w:rPr>
              <w:t xml:space="preserve"> Hasil </w:t>
            </w:r>
            <w:proofErr w:type="spellStart"/>
            <w:r w:rsidR="002C4006" w:rsidRPr="002C4006">
              <w:rPr>
                <w:sz w:val="18"/>
              </w:rPr>
              <w:t>Perikanan</w:t>
            </w:r>
            <w:proofErr w:type="spellEnd"/>
          </w:p>
        </w:tc>
      </w:tr>
    </w:tbl>
    <w:p w14:paraId="3E4E095F" w14:textId="77777777" w:rsidR="00021266" w:rsidRDefault="00E04100">
      <w:pPr>
        <w:spacing w:before="160" w:after="100"/>
      </w:pPr>
      <w:r>
        <w:rPr>
          <w:b/>
          <w:sz w:val="24"/>
        </w:rPr>
        <w:t>F. TUJUAN DAN MANFAAT</w:t>
      </w:r>
    </w:p>
    <w:p w14:paraId="52CA66D0" w14:textId="77777777" w:rsidR="00021266" w:rsidRDefault="00E04100">
      <w:r>
        <w:rPr>
          <w:b/>
        </w:rPr>
        <w:t>1. Tujuan</w:t>
      </w:r>
    </w:p>
    <w:p w14:paraId="79C08145" w14:textId="3ABEE68A" w:rsidR="00F829F8" w:rsidRPr="008D27FC" w:rsidRDefault="00F829F8" w:rsidP="00F829F8">
      <w:pPr>
        <w:numPr>
          <w:ilvl w:val="0"/>
          <w:numId w:val="11"/>
        </w:numPr>
        <w:spacing w:after="160" w:line="278" w:lineRule="auto"/>
        <w:jc w:val="both"/>
      </w:pPr>
      <w:proofErr w:type="spellStart"/>
      <w:r>
        <w:t>Untuk</w:t>
      </w:r>
      <w:proofErr w:type="spellEnd"/>
      <w:r>
        <w:t xml:space="preserve"> </w:t>
      </w:r>
      <w:proofErr w:type="spellStart"/>
      <w:r>
        <w:t>me</w:t>
      </w:r>
      <w:r w:rsidRPr="008D27FC">
        <w:t>ngidentifikasi</w:t>
      </w:r>
      <w:proofErr w:type="spellEnd"/>
      <w:r w:rsidRPr="008D27FC">
        <w:t xml:space="preserve"> </w:t>
      </w:r>
      <w:proofErr w:type="spellStart"/>
      <w:r w:rsidRPr="008D27FC">
        <w:t>keberadaan</w:t>
      </w:r>
      <w:proofErr w:type="spellEnd"/>
      <w:r w:rsidRPr="008D27FC">
        <w:t xml:space="preserve"> formalin pada ikan </w:t>
      </w:r>
      <w:proofErr w:type="spellStart"/>
      <w:r w:rsidRPr="008D27FC">
        <w:t>cakalang</w:t>
      </w:r>
      <w:proofErr w:type="spellEnd"/>
      <w:r w:rsidRPr="008D27FC">
        <w:t xml:space="preserve"> segar dan asap yang </w:t>
      </w:r>
      <w:proofErr w:type="spellStart"/>
      <w:r w:rsidRPr="008D27FC">
        <w:t>dipasarkan</w:t>
      </w:r>
      <w:proofErr w:type="spellEnd"/>
      <w:r w:rsidRPr="008D27FC">
        <w:t xml:space="preserve"> di wilayah Gorontalo.</w:t>
      </w:r>
    </w:p>
    <w:p w14:paraId="692C28BA" w14:textId="77777777" w:rsidR="00F829F8" w:rsidRPr="008D27FC" w:rsidRDefault="00F829F8" w:rsidP="00F829F8">
      <w:pPr>
        <w:numPr>
          <w:ilvl w:val="0"/>
          <w:numId w:val="11"/>
        </w:numPr>
        <w:spacing w:after="160" w:line="278" w:lineRule="auto"/>
        <w:jc w:val="both"/>
      </w:pPr>
      <w:proofErr w:type="spellStart"/>
      <w:r>
        <w:t>Untuk</w:t>
      </w:r>
      <w:proofErr w:type="spellEnd"/>
      <w:r>
        <w:t xml:space="preserve"> </w:t>
      </w:r>
      <w:proofErr w:type="spellStart"/>
      <w:r>
        <w:t>m</w:t>
      </w:r>
      <w:r w:rsidRPr="008D27FC">
        <w:t>enganalisis</w:t>
      </w:r>
      <w:proofErr w:type="spellEnd"/>
      <w:r w:rsidRPr="008D27FC">
        <w:t xml:space="preserve"> </w:t>
      </w:r>
      <w:proofErr w:type="spellStart"/>
      <w:r w:rsidRPr="008D27FC">
        <w:t>karakteristik</w:t>
      </w:r>
      <w:proofErr w:type="spellEnd"/>
      <w:r w:rsidRPr="008D27FC">
        <w:t xml:space="preserve"> </w:t>
      </w:r>
      <w:proofErr w:type="spellStart"/>
      <w:r w:rsidRPr="008D27FC">
        <w:t>mutu</w:t>
      </w:r>
      <w:proofErr w:type="spellEnd"/>
      <w:r w:rsidRPr="008D27FC">
        <w:t xml:space="preserve"> ikan </w:t>
      </w:r>
      <w:proofErr w:type="spellStart"/>
      <w:r w:rsidRPr="008D27FC">
        <w:t>cakalang</w:t>
      </w:r>
      <w:proofErr w:type="spellEnd"/>
      <w:r w:rsidRPr="008D27FC">
        <w:t xml:space="preserve"> segar dan asap.</w:t>
      </w:r>
    </w:p>
    <w:p w14:paraId="5E2360BA" w14:textId="77777777" w:rsidR="00F829F8" w:rsidRPr="008D27FC" w:rsidRDefault="00F829F8" w:rsidP="00F829F8">
      <w:pPr>
        <w:numPr>
          <w:ilvl w:val="0"/>
          <w:numId w:val="11"/>
        </w:numPr>
        <w:spacing w:after="160" w:line="278" w:lineRule="auto"/>
        <w:jc w:val="both"/>
      </w:pPr>
      <w:proofErr w:type="spellStart"/>
      <w:r w:rsidRPr="008D27FC">
        <w:t>Menganalisis</w:t>
      </w:r>
      <w:proofErr w:type="spellEnd"/>
      <w:r w:rsidRPr="008D27FC">
        <w:t xml:space="preserve"> </w:t>
      </w:r>
      <w:proofErr w:type="spellStart"/>
      <w:r w:rsidRPr="008D27FC">
        <w:t>hubungan</w:t>
      </w:r>
      <w:proofErr w:type="spellEnd"/>
      <w:r w:rsidRPr="008D27FC">
        <w:t xml:space="preserve"> </w:t>
      </w:r>
      <w:proofErr w:type="spellStart"/>
      <w:r>
        <w:t>antara</w:t>
      </w:r>
      <w:proofErr w:type="spellEnd"/>
      <w:r>
        <w:t xml:space="preserve"> </w:t>
      </w:r>
      <w:proofErr w:type="spellStart"/>
      <w:r>
        <w:t>kandungan</w:t>
      </w:r>
      <w:proofErr w:type="spellEnd"/>
      <w:r>
        <w:t xml:space="preserve"> formalin dan</w:t>
      </w:r>
      <w:r w:rsidRPr="008D27FC">
        <w:t xml:space="preserve"> </w:t>
      </w:r>
      <w:proofErr w:type="spellStart"/>
      <w:r w:rsidRPr="008D27FC">
        <w:t>karakteristik</w:t>
      </w:r>
      <w:proofErr w:type="spellEnd"/>
      <w:r w:rsidRPr="008D27FC">
        <w:t xml:space="preserve"> </w:t>
      </w:r>
      <w:proofErr w:type="spellStart"/>
      <w:r w:rsidRPr="008D27FC">
        <w:t>mutu</w:t>
      </w:r>
      <w:proofErr w:type="spellEnd"/>
      <w:r w:rsidRPr="008D27FC">
        <w:t xml:space="preserve"> ikan.</w:t>
      </w:r>
    </w:p>
    <w:p w14:paraId="20AAD0A2" w14:textId="77777777" w:rsidR="00021266" w:rsidRDefault="00E04100">
      <w:r>
        <w:rPr>
          <w:b/>
        </w:rPr>
        <w:lastRenderedPageBreak/>
        <w:t>2. Manfaat</w:t>
      </w:r>
    </w:p>
    <w:p w14:paraId="5506C726" w14:textId="77777777" w:rsidR="008E329F" w:rsidRDefault="008E329F" w:rsidP="008E329F">
      <w:pPr>
        <w:spacing w:before="160" w:after="100"/>
        <w:jc w:val="both"/>
      </w:pPr>
      <w:proofErr w:type="spellStart"/>
      <w:r w:rsidRPr="008E329F">
        <w:t>Penelitian</w:t>
      </w:r>
      <w:proofErr w:type="spellEnd"/>
      <w:r w:rsidRPr="008E329F">
        <w:t xml:space="preserve"> </w:t>
      </w:r>
      <w:proofErr w:type="spellStart"/>
      <w:r w:rsidRPr="008E329F">
        <w:t>ini</w:t>
      </w:r>
      <w:proofErr w:type="spellEnd"/>
      <w:r w:rsidRPr="008E329F">
        <w:t xml:space="preserve"> </w:t>
      </w:r>
      <w:proofErr w:type="spellStart"/>
      <w:r w:rsidRPr="008E329F">
        <w:t>bermanfaat</w:t>
      </w:r>
      <w:proofErr w:type="spellEnd"/>
      <w:r w:rsidRPr="008E329F">
        <w:t xml:space="preserve"> </w:t>
      </w:r>
      <w:proofErr w:type="spellStart"/>
      <w:r w:rsidRPr="008E329F">
        <w:t>secara</w:t>
      </w:r>
      <w:proofErr w:type="spellEnd"/>
      <w:r w:rsidRPr="008E329F">
        <w:t xml:space="preserve"> </w:t>
      </w:r>
      <w:proofErr w:type="spellStart"/>
      <w:r w:rsidRPr="008E329F">
        <w:t>teoretis</w:t>
      </w:r>
      <w:proofErr w:type="spellEnd"/>
      <w:r w:rsidRPr="008E329F">
        <w:t xml:space="preserve"> </w:t>
      </w:r>
      <w:proofErr w:type="spellStart"/>
      <w:r w:rsidRPr="008E329F">
        <w:t>dalam</w:t>
      </w:r>
      <w:proofErr w:type="spellEnd"/>
      <w:r w:rsidRPr="008E329F">
        <w:t xml:space="preserve"> </w:t>
      </w:r>
      <w:proofErr w:type="spellStart"/>
      <w:r w:rsidRPr="008E329F">
        <w:t>memperkaya</w:t>
      </w:r>
      <w:proofErr w:type="spellEnd"/>
      <w:r w:rsidRPr="008E329F">
        <w:t xml:space="preserve"> </w:t>
      </w:r>
      <w:proofErr w:type="spellStart"/>
      <w:r w:rsidRPr="008E329F">
        <w:t>ilmu</w:t>
      </w:r>
      <w:proofErr w:type="spellEnd"/>
      <w:r w:rsidRPr="008E329F">
        <w:t xml:space="preserve"> </w:t>
      </w:r>
      <w:proofErr w:type="spellStart"/>
      <w:r w:rsidRPr="008E329F">
        <w:t>keamanan</w:t>
      </w:r>
      <w:proofErr w:type="spellEnd"/>
      <w:r w:rsidRPr="008E329F">
        <w:t xml:space="preserve"> </w:t>
      </w:r>
      <w:proofErr w:type="spellStart"/>
      <w:r w:rsidRPr="008E329F">
        <w:t>pangan</w:t>
      </w:r>
      <w:proofErr w:type="spellEnd"/>
      <w:r w:rsidRPr="008E329F">
        <w:t xml:space="preserve"> dan </w:t>
      </w:r>
      <w:proofErr w:type="spellStart"/>
      <w:r w:rsidRPr="008E329F">
        <w:t>teknologi</w:t>
      </w:r>
      <w:proofErr w:type="spellEnd"/>
      <w:r w:rsidRPr="008E329F">
        <w:t xml:space="preserve"> </w:t>
      </w:r>
      <w:proofErr w:type="spellStart"/>
      <w:r w:rsidRPr="008E329F">
        <w:t>hasil</w:t>
      </w:r>
      <w:proofErr w:type="spellEnd"/>
      <w:r w:rsidRPr="008E329F">
        <w:t xml:space="preserve"> </w:t>
      </w:r>
      <w:proofErr w:type="spellStart"/>
      <w:r w:rsidRPr="008E329F">
        <w:t>perikanan</w:t>
      </w:r>
      <w:proofErr w:type="spellEnd"/>
      <w:r w:rsidRPr="008E329F">
        <w:t xml:space="preserve">, </w:t>
      </w:r>
      <w:proofErr w:type="spellStart"/>
      <w:r w:rsidRPr="008E329F">
        <w:t>khususnya</w:t>
      </w:r>
      <w:proofErr w:type="spellEnd"/>
      <w:r w:rsidRPr="008E329F">
        <w:t xml:space="preserve"> </w:t>
      </w:r>
      <w:proofErr w:type="spellStart"/>
      <w:r w:rsidRPr="008E329F">
        <w:t>terkait</w:t>
      </w:r>
      <w:proofErr w:type="spellEnd"/>
      <w:r w:rsidRPr="008E329F">
        <w:t xml:space="preserve"> </w:t>
      </w:r>
      <w:proofErr w:type="spellStart"/>
      <w:r w:rsidRPr="008E329F">
        <w:t>deteksi</w:t>
      </w:r>
      <w:proofErr w:type="spellEnd"/>
      <w:r w:rsidRPr="008E329F">
        <w:t xml:space="preserve"> formalin dan </w:t>
      </w:r>
      <w:proofErr w:type="spellStart"/>
      <w:r w:rsidRPr="008E329F">
        <w:t>karakteristik</w:t>
      </w:r>
      <w:proofErr w:type="spellEnd"/>
      <w:r w:rsidRPr="008E329F">
        <w:t xml:space="preserve"> </w:t>
      </w:r>
      <w:proofErr w:type="spellStart"/>
      <w:r w:rsidRPr="008E329F">
        <w:t>mutu</w:t>
      </w:r>
      <w:proofErr w:type="spellEnd"/>
      <w:r w:rsidRPr="008E329F">
        <w:t xml:space="preserve"> ikan </w:t>
      </w:r>
      <w:proofErr w:type="spellStart"/>
      <w:r w:rsidRPr="008E329F">
        <w:t>cakalang</w:t>
      </w:r>
      <w:proofErr w:type="spellEnd"/>
      <w:r w:rsidRPr="008E329F">
        <w:t xml:space="preserve">, </w:t>
      </w:r>
      <w:proofErr w:type="spellStart"/>
      <w:r w:rsidRPr="008E329F">
        <w:t>serta</w:t>
      </w:r>
      <w:proofErr w:type="spellEnd"/>
      <w:r w:rsidRPr="008E329F">
        <w:t xml:space="preserve"> </w:t>
      </w:r>
      <w:proofErr w:type="spellStart"/>
      <w:r w:rsidRPr="008E329F">
        <w:t>memperkuat</w:t>
      </w:r>
      <w:proofErr w:type="spellEnd"/>
      <w:r w:rsidRPr="008E329F">
        <w:t xml:space="preserve"> </w:t>
      </w:r>
      <w:proofErr w:type="spellStart"/>
      <w:r w:rsidRPr="008E329F">
        <w:t>landasan</w:t>
      </w:r>
      <w:proofErr w:type="spellEnd"/>
      <w:r w:rsidRPr="008E329F">
        <w:t xml:space="preserve"> </w:t>
      </w:r>
      <w:proofErr w:type="spellStart"/>
      <w:r w:rsidRPr="008E329F">
        <w:t>teori</w:t>
      </w:r>
      <w:proofErr w:type="spellEnd"/>
      <w:r w:rsidRPr="008E329F">
        <w:t xml:space="preserve"> </w:t>
      </w:r>
      <w:proofErr w:type="spellStart"/>
      <w:r w:rsidRPr="008E329F">
        <w:t>mengenai</w:t>
      </w:r>
      <w:proofErr w:type="spellEnd"/>
      <w:r w:rsidRPr="008E329F">
        <w:t xml:space="preserve"> </w:t>
      </w:r>
      <w:proofErr w:type="spellStart"/>
      <w:r w:rsidRPr="008E329F">
        <w:t>faktor-faktor</w:t>
      </w:r>
      <w:proofErr w:type="spellEnd"/>
      <w:r w:rsidRPr="008E329F">
        <w:t xml:space="preserve"> yang </w:t>
      </w:r>
      <w:proofErr w:type="spellStart"/>
      <w:r w:rsidRPr="008E329F">
        <w:t>memengaruhi</w:t>
      </w:r>
      <w:proofErr w:type="spellEnd"/>
      <w:r w:rsidRPr="008E329F">
        <w:t xml:space="preserve"> </w:t>
      </w:r>
      <w:proofErr w:type="spellStart"/>
      <w:r w:rsidRPr="008E329F">
        <w:t>keberadaan</w:t>
      </w:r>
      <w:proofErr w:type="spellEnd"/>
      <w:r w:rsidRPr="008E329F">
        <w:t xml:space="preserve"> formalin pada </w:t>
      </w:r>
      <w:proofErr w:type="spellStart"/>
      <w:r w:rsidRPr="008E329F">
        <w:t>produk</w:t>
      </w:r>
      <w:proofErr w:type="spellEnd"/>
      <w:r w:rsidRPr="008E329F">
        <w:t xml:space="preserve"> </w:t>
      </w:r>
      <w:proofErr w:type="spellStart"/>
      <w:r w:rsidRPr="008E329F">
        <w:t>perikanan</w:t>
      </w:r>
      <w:proofErr w:type="spellEnd"/>
      <w:r w:rsidRPr="008E329F">
        <w:t xml:space="preserve">. </w:t>
      </w:r>
      <w:proofErr w:type="spellStart"/>
      <w:r w:rsidRPr="008E329F">
        <w:t>Secara</w:t>
      </w:r>
      <w:proofErr w:type="spellEnd"/>
      <w:r w:rsidRPr="008E329F">
        <w:t xml:space="preserve"> </w:t>
      </w:r>
      <w:proofErr w:type="spellStart"/>
      <w:r w:rsidRPr="008E329F">
        <w:t>praktis</w:t>
      </w:r>
      <w:proofErr w:type="spellEnd"/>
      <w:r w:rsidRPr="008E329F">
        <w:t xml:space="preserve">, </w:t>
      </w:r>
      <w:proofErr w:type="spellStart"/>
      <w:r w:rsidRPr="008E329F">
        <w:t>hasil</w:t>
      </w:r>
      <w:proofErr w:type="spellEnd"/>
      <w:r w:rsidRPr="008E329F">
        <w:t xml:space="preserve"> </w:t>
      </w:r>
      <w:proofErr w:type="spellStart"/>
      <w:r w:rsidRPr="008E329F">
        <w:t>penelitian</w:t>
      </w:r>
      <w:proofErr w:type="spellEnd"/>
      <w:r w:rsidRPr="008E329F">
        <w:t xml:space="preserve"> </w:t>
      </w:r>
      <w:proofErr w:type="spellStart"/>
      <w:r w:rsidRPr="008E329F">
        <w:t>ini</w:t>
      </w:r>
      <w:proofErr w:type="spellEnd"/>
      <w:r w:rsidRPr="008E329F">
        <w:t xml:space="preserve"> </w:t>
      </w:r>
      <w:proofErr w:type="spellStart"/>
      <w:r w:rsidRPr="008E329F">
        <w:t>dapat</w:t>
      </w:r>
      <w:proofErr w:type="spellEnd"/>
      <w:r w:rsidRPr="008E329F">
        <w:t xml:space="preserve"> </w:t>
      </w:r>
      <w:proofErr w:type="spellStart"/>
      <w:r w:rsidRPr="008E329F">
        <w:t>menjadi</w:t>
      </w:r>
      <w:proofErr w:type="spellEnd"/>
      <w:r w:rsidRPr="008E329F">
        <w:t xml:space="preserve"> </w:t>
      </w:r>
      <w:proofErr w:type="spellStart"/>
      <w:r w:rsidRPr="008E329F">
        <w:t>dasar</w:t>
      </w:r>
      <w:proofErr w:type="spellEnd"/>
      <w:r w:rsidRPr="008E329F">
        <w:t xml:space="preserve"> </w:t>
      </w:r>
      <w:proofErr w:type="spellStart"/>
      <w:r w:rsidRPr="008E329F">
        <w:t>ilmiah</w:t>
      </w:r>
      <w:proofErr w:type="spellEnd"/>
      <w:r w:rsidRPr="008E329F">
        <w:t xml:space="preserve"> </w:t>
      </w:r>
      <w:proofErr w:type="spellStart"/>
      <w:r w:rsidRPr="008E329F">
        <w:t>bagi</w:t>
      </w:r>
      <w:proofErr w:type="spellEnd"/>
      <w:r w:rsidRPr="008E329F">
        <w:t xml:space="preserve"> </w:t>
      </w:r>
      <w:proofErr w:type="spellStart"/>
      <w:r w:rsidRPr="008E329F">
        <w:t>pemerintah</w:t>
      </w:r>
      <w:proofErr w:type="spellEnd"/>
      <w:r w:rsidRPr="008E329F">
        <w:t xml:space="preserve"> </w:t>
      </w:r>
      <w:proofErr w:type="spellStart"/>
      <w:r w:rsidRPr="008E329F">
        <w:t>daerah</w:t>
      </w:r>
      <w:proofErr w:type="spellEnd"/>
      <w:r w:rsidRPr="008E329F">
        <w:t xml:space="preserve"> dan </w:t>
      </w:r>
      <w:proofErr w:type="spellStart"/>
      <w:r w:rsidRPr="008E329F">
        <w:t>otoritas</w:t>
      </w:r>
      <w:proofErr w:type="spellEnd"/>
      <w:r w:rsidRPr="008E329F">
        <w:t xml:space="preserve"> </w:t>
      </w:r>
      <w:proofErr w:type="spellStart"/>
      <w:r w:rsidRPr="008E329F">
        <w:t>pengawasan</w:t>
      </w:r>
      <w:proofErr w:type="spellEnd"/>
      <w:r w:rsidRPr="008E329F">
        <w:t xml:space="preserve"> </w:t>
      </w:r>
      <w:proofErr w:type="spellStart"/>
      <w:r w:rsidRPr="008E329F">
        <w:t>dalam</w:t>
      </w:r>
      <w:proofErr w:type="spellEnd"/>
      <w:r w:rsidRPr="008E329F">
        <w:t xml:space="preserve"> </w:t>
      </w:r>
      <w:proofErr w:type="spellStart"/>
      <w:r w:rsidRPr="008E329F">
        <w:t>merumuskan</w:t>
      </w:r>
      <w:proofErr w:type="spellEnd"/>
      <w:r w:rsidRPr="008E329F">
        <w:t xml:space="preserve"> </w:t>
      </w:r>
      <w:proofErr w:type="spellStart"/>
      <w:r w:rsidRPr="008E329F">
        <w:t>kebijakan</w:t>
      </w:r>
      <w:proofErr w:type="spellEnd"/>
      <w:r w:rsidRPr="008E329F">
        <w:t xml:space="preserve"> </w:t>
      </w:r>
      <w:proofErr w:type="spellStart"/>
      <w:r w:rsidRPr="008E329F">
        <w:t>pengawasan</w:t>
      </w:r>
      <w:proofErr w:type="spellEnd"/>
      <w:r w:rsidRPr="008E329F">
        <w:t xml:space="preserve"> </w:t>
      </w:r>
      <w:proofErr w:type="spellStart"/>
      <w:r w:rsidRPr="008E329F">
        <w:t>keamanan</w:t>
      </w:r>
      <w:proofErr w:type="spellEnd"/>
      <w:r w:rsidRPr="008E329F">
        <w:t xml:space="preserve"> </w:t>
      </w:r>
      <w:proofErr w:type="spellStart"/>
      <w:r w:rsidRPr="008E329F">
        <w:t>pangan</w:t>
      </w:r>
      <w:proofErr w:type="spellEnd"/>
      <w:r w:rsidRPr="008E329F">
        <w:t xml:space="preserve">, </w:t>
      </w:r>
      <w:proofErr w:type="spellStart"/>
      <w:r w:rsidRPr="008E329F">
        <w:t>memberikan</w:t>
      </w:r>
      <w:proofErr w:type="spellEnd"/>
      <w:r w:rsidRPr="008E329F">
        <w:t xml:space="preserve"> </w:t>
      </w:r>
      <w:proofErr w:type="spellStart"/>
      <w:r w:rsidRPr="008E329F">
        <w:t>informasi</w:t>
      </w:r>
      <w:proofErr w:type="spellEnd"/>
      <w:r w:rsidRPr="008E329F">
        <w:t xml:space="preserve"> </w:t>
      </w:r>
      <w:proofErr w:type="spellStart"/>
      <w:r w:rsidRPr="008E329F">
        <w:t>bagi</w:t>
      </w:r>
      <w:proofErr w:type="spellEnd"/>
      <w:r w:rsidRPr="008E329F">
        <w:t xml:space="preserve"> </w:t>
      </w:r>
      <w:proofErr w:type="spellStart"/>
      <w:r w:rsidRPr="008E329F">
        <w:t>pelaku</w:t>
      </w:r>
      <w:proofErr w:type="spellEnd"/>
      <w:r w:rsidRPr="008E329F">
        <w:t xml:space="preserve"> </w:t>
      </w:r>
      <w:proofErr w:type="spellStart"/>
      <w:r w:rsidRPr="008E329F">
        <w:t>usaha</w:t>
      </w:r>
      <w:proofErr w:type="spellEnd"/>
      <w:r w:rsidRPr="008E329F">
        <w:t xml:space="preserve"> dan </w:t>
      </w:r>
      <w:proofErr w:type="spellStart"/>
      <w:r w:rsidRPr="008E329F">
        <w:t>pedagang</w:t>
      </w:r>
      <w:proofErr w:type="spellEnd"/>
      <w:r w:rsidRPr="008E329F">
        <w:t xml:space="preserve"> ikan </w:t>
      </w:r>
      <w:proofErr w:type="spellStart"/>
      <w:r w:rsidRPr="008E329F">
        <w:t>mengenai</w:t>
      </w:r>
      <w:proofErr w:type="spellEnd"/>
      <w:r w:rsidRPr="008E329F">
        <w:t xml:space="preserve"> </w:t>
      </w:r>
      <w:proofErr w:type="spellStart"/>
      <w:r w:rsidRPr="008E329F">
        <w:t>pentingnya</w:t>
      </w:r>
      <w:proofErr w:type="spellEnd"/>
      <w:r w:rsidRPr="008E329F">
        <w:t xml:space="preserve"> </w:t>
      </w:r>
      <w:proofErr w:type="spellStart"/>
      <w:r w:rsidRPr="008E329F">
        <w:t>penanganan</w:t>
      </w:r>
      <w:proofErr w:type="spellEnd"/>
      <w:r w:rsidRPr="008E329F">
        <w:t xml:space="preserve"> </w:t>
      </w:r>
      <w:proofErr w:type="spellStart"/>
      <w:r w:rsidRPr="008E329F">
        <w:t>pascapanen</w:t>
      </w:r>
      <w:proofErr w:type="spellEnd"/>
      <w:r w:rsidRPr="008E329F">
        <w:t xml:space="preserve"> yang </w:t>
      </w:r>
      <w:proofErr w:type="spellStart"/>
      <w:r w:rsidRPr="008E329F">
        <w:t>baik</w:t>
      </w:r>
      <w:proofErr w:type="spellEnd"/>
      <w:r w:rsidRPr="008E329F">
        <w:t xml:space="preserve">, </w:t>
      </w:r>
      <w:proofErr w:type="spellStart"/>
      <w:r w:rsidRPr="008E329F">
        <w:t>serta</w:t>
      </w:r>
      <w:proofErr w:type="spellEnd"/>
      <w:r w:rsidRPr="008E329F">
        <w:t xml:space="preserve"> </w:t>
      </w:r>
      <w:proofErr w:type="spellStart"/>
      <w:r w:rsidRPr="008E329F">
        <w:t>meningkatkan</w:t>
      </w:r>
      <w:proofErr w:type="spellEnd"/>
      <w:r w:rsidRPr="008E329F">
        <w:t xml:space="preserve"> </w:t>
      </w:r>
      <w:proofErr w:type="spellStart"/>
      <w:r w:rsidRPr="008E329F">
        <w:t>kewaspadaan</w:t>
      </w:r>
      <w:proofErr w:type="spellEnd"/>
      <w:r w:rsidRPr="008E329F">
        <w:t xml:space="preserve"> </w:t>
      </w:r>
      <w:proofErr w:type="spellStart"/>
      <w:r w:rsidRPr="008E329F">
        <w:t>konsumen</w:t>
      </w:r>
      <w:proofErr w:type="spellEnd"/>
      <w:r w:rsidRPr="008E329F">
        <w:t xml:space="preserve"> </w:t>
      </w:r>
      <w:proofErr w:type="spellStart"/>
      <w:r w:rsidRPr="008E329F">
        <w:t>terhadap</w:t>
      </w:r>
      <w:proofErr w:type="spellEnd"/>
      <w:r w:rsidRPr="008E329F">
        <w:t xml:space="preserve"> </w:t>
      </w:r>
      <w:proofErr w:type="spellStart"/>
      <w:r w:rsidRPr="008E329F">
        <w:t>produk</w:t>
      </w:r>
      <w:proofErr w:type="spellEnd"/>
      <w:r w:rsidRPr="008E329F">
        <w:t xml:space="preserve"> </w:t>
      </w:r>
      <w:proofErr w:type="spellStart"/>
      <w:r w:rsidRPr="008E329F">
        <w:t>perikanan</w:t>
      </w:r>
      <w:proofErr w:type="spellEnd"/>
      <w:r w:rsidRPr="008E329F">
        <w:t xml:space="preserve"> yang </w:t>
      </w:r>
      <w:proofErr w:type="spellStart"/>
      <w:r w:rsidRPr="008E329F">
        <w:t>aman</w:t>
      </w:r>
      <w:proofErr w:type="spellEnd"/>
      <w:r w:rsidRPr="008E329F">
        <w:t xml:space="preserve"> dan </w:t>
      </w:r>
      <w:proofErr w:type="spellStart"/>
      <w:r w:rsidRPr="008E329F">
        <w:t>bermutu</w:t>
      </w:r>
      <w:proofErr w:type="spellEnd"/>
      <w:r w:rsidRPr="008E329F">
        <w:t>.</w:t>
      </w:r>
    </w:p>
    <w:p w14:paraId="74317F17" w14:textId="1A694EF5" w:rsidR="00021266" w:rsidRDefault="00E04100">
      <w:pPr>
        <w:spacing w:before="160" w:after="100"/>
      </w:pPr>
      <w:r>
        <w:rPr>
          <w:b/>
          <w:sz w:val="24"/>
        </w:rPr>
        <w:t>G. METODE PENELITIAN</w:t>
      </w:r>
    </w:p>
    <w:p w14:paraId="29E5945C" w14:textId="77777777" w:rsidR="00021266" w:rsidRPr="003F1B29" w:rsidRDefault="00E04100" w:rsidP="006D58AE">
      <w:pPr>
        <w:jc w:val="both"/>
        <w:rPr>
          <w:lang w:val="nb-NO"/>
        </w:rPr>
      </w:pPr>
      <w:r w:rsidRPr="003F1B29">
        <w:rPr>
          <w:lang w:val="nb-NO"/>
        </w:rPr>
        <w:t>Jelaskan secara sederhana dan sesuai karakter penelitian: desain/pendekatan, subjek/objek atau sumber data, tahapan penelitian, teknik pengumpulan data, dan analisis data. Maksimal 2 halaman.</w:t>
      </w:r>
    </w:p>
    <w:p w14:paraId="0A5125AE" w14:textId="3A06BEF5" w:rsidR="00D42CB9" w:rsidRDefault="00D42CB9" w:rsidP="00D42CB9">
      <w:pPr>
        <w:jc w:val="both"/>
      </w:pPr>
      <w:proofErr w:type="spellStart"/>
      <w:r w:rsidRPr="00D42CB9">
        <w:t>Penelitian</w:t>
      </w:r>
      <w:proofErr w:type="spellEnd"/>
      <w:r w:rsidRPr="00D42CB9">
        <w:t xml:space="preserve"> </w:t>
      </w:r>
      <w:proofErr w:type="spellStart"/>
      <w:r w:rsidRPr="00D42CB9">
        <w:t>ini</w:t>
      </w:r>
      <w:proofErr w:type="spellEnd"/>
      <w:r w:rsidRPr="00D42CB9">
        <w:t xml:space="preserve"> </w:t>
      </w:r>
      <w:proofErr w:type="spellStart"/>
      <w:r w:rsidRPr="00D42CB9">
        <w:t>menggunakan</w:t>
      </w:r>
      <w:proofErr w:type="spellEnd"/>
      <w:r w:rsidRPr="00D42CB9">
        <w:t xml:space="preserve"> </w:t>
      </w:r>
      <w:proofErr w:type="spellStart"/>
      <w:r w:rsidRPr="00D42CB9">
        <w:t>pendekatan</w:t>
      </w:r>
      <w:proofErr w:type="spellEnd"/>
      <w:r w:rsidRPr="00D42CB9">
        <w:t xml:space="preserve"> </w:t>
      </w:r>
      <w:proofErr w:type="spellStart"/>
      <w:r w:rsidRPr="00D42CB9">
        <w:t>observasional</w:t>
      </w:r>
      <w:proofErr w:type="spellEnd"/>
      <w:r w:rsidRPr="00D42CB9">
        <w:t xml:space="preserve"> </w:t>
      </w:r>
      <w:proofErr w:type="spellStart"/>
      <w:r w:rsidRPr="00D42CB9">
        <w:t>analitik</w:t>
      </w:r>
      <w:proofErr w:type="spellEnd"/>
      <w:r w:rsidRPr="00D42CB9">
        <w:t xml:space="preserve"> </w:t>
      </w:r>
      <w:proofErr w:type="spellStart"/>
      <w:r w:rsidRPr="00D42CB9">
        <w:t>dengan</w:t>
      </w:r>
      <w:proofErr w:type="spellEnd"/>
      <w:r w:rsidRPr="00D42CB9">
        <w:t xml:space="preserve"> </w:t>
      </w:r>
      <w:proofErr w:type="spellStart"/>
      <w:r w:rsidRPr="00D42CB9">
        <w:t>metode</w:t>
      </w:r>
      <w:proofErr w:type="spellEnd"/>
      <w:r w:rsidRPr="00D42CB9">
        <w:t xml:space="preserve"> </w:t>
      </w:r>
      <w:proofErr w:type="spellStart"/>
      <w:r w:rsidRPr="00D42CB9">
        <w:t>laboratorium</w:t>
      </w:r>
      <w:proofErr w:type="spellEnd"/>
      <w:r w:rsidRPr="00D42CB9">
        <w:t xml:space="preserve"> yang </w:t>
      </w:r>
      <w:proofErr w:type="spellStart"/>
      <w:r w:rsidRPr="00D42CB9">
        <w:t>didukung</w:t>
      </w:r>
      <w:proofErr w:type="spellEnd"/>
      <w:r w:rsidRPr="00D42CB9">
        <w:t xml:space="preserve"> oleh </w:t>
      </w:r>
      <w:proofErr w:type="spellStart"/>
      <w:r w:rsidRPr="00D42CB9">
        <w:t>survei</w:t>
      </w:r>
      <w:proofErr w:type="spellEnd"/>
      <w:r w:rsidRPr="00D42CB9">
        <w:t xml:space="preserve"> </w:t>
      </w:r>
      <w:proofErr w:type="spellStart"/>
      <w:r w:rsidRPr="00D42CB9">
        <w:t>lapangan</w:t>
      </w:r>
      <w:proofErr w:type="spellEnd"/>
      <w:r w:rsidRPr="00D42CB9">
        <w:t xml:space="preserve">. </w:t>
      </w:r>
      <w:proofErr w:type="spellStart"/>
      <w:r w:rsidRPr="00D42CB9">
        <w:t>Pendekatan</w:t>
      </w:r>
      <w:proofErr w:type="spellEnd"/>
      <w:r w:rsidRPr="00D42CB9">
        <w:t xml:space="preserve"> </w:t>
      </w:r>
      <w:proofErr w:type="spellStart"/>
      <w:r w:rsidRPr="00D42CB9">
        <w:t>observasional</w:t>
      </w:r>
      <w:proofErr w:type="spellEnd"/>
      <w:r w:rsidRPr="00D42CB9">
        <w:t xml:space="preserve"> </w:t>
      </w:r>
      <w:proofErr w:type="spellStart"/>
      <w:r w:rsidRPr="00D42CB9">
        <w:t>analitik</w:t>
      </w:r>
      <w:proofErr w:type="spellEnd"/>
      <w:r w:rsidRPr="00D42CB9">
        <w:t xml:space="preserve"> </w:t>
      </w:r>
      <w:proofErr w:type="spellStart"/>
      <w:r w:rsidRPr="00D42CB9">
        <w:t>dipilih</w:t>
      </w:r>
      <w:proofErr w:type="spellEnd"/>
      <w:r w:rsidRPr="00D42CB9">
        <w:t xml:space="preserve"> </w:t>
      </w:r>
      <w:proofErr w:type="spellStart"/>
      <w:r w:rsidRPr="00D42CB9">
        <w:t>karena</w:t>
      </w:r>
      <w:proofErr w:type="spellEnd"/>
      <w:r w:rsidRPr="00D42CB9">
        <w:t xml:space="preserve"> </w:t>
      </w:r>
      <w:proofErr w:type="spellStart"/>
      <w:r w:rsidRPr="00D42CB9">
        <w:t>penelitian</w:t>
      </w:r>
      <w:proofErr w:type="spellEnd"/>
      <w:r w:rsidRPr="00D42CB9">
        <w:t xml:space="preserve"> </w:t>
      </w:r>
      <w:proofErr w:type="spellStart"/>
      <w:r w:rsidRPr="00D42CB9">
        <w:t>ini</w:t>
      </w:r>
      <w:proofErr w:type="spellEnd"/>
      <w:r w:rsidRPr="00D42CB9">
        <w:t xml:space="preserve"> </w:t>
      </w:r>
      <w:proofErr w:type="spellStart"/>
      <w:r w:rsidRPr="00D42CB9">
        <w:t>bertujuan</w:t>
      </w:r>
      <w:proofErr w:type="spellEnd"/>
      <w:r w:rsidRPr="00D42CB9">
        <w:t xml:space="preserve"> </w:t>
      </w:r>
      <w:proofErr w:type="spellStart"/>
      <w:r w:rsidRPr="00D42CB9">
        <w:t>untuk</w:t>
      </w:r>
      <w:proofErr w:type="spellEnd"/>
      <w:r w:rsidRPr="00D42CB9">
        <w:t xml:space="preserve"> </w:t>
      </w:r>
      <w:proofErr w:type="spellStart"/>
      <w:r w:rsidRPr="00D42CB9">
        <w:t>mengamati</w:t>
      </w:r>
      <w:proofErr w:type="spellEnd"/>
      <w:r w:rsidRPr="00D42CB9">
        <w:t xml:space="preserve"> dan </w:t>
      </w:r>
      <w:proofErr w:type="spellStart"/>
      <w:r w:rsidRPr="00D42CB9">
        <w:t>menganalisis</w:t>
      </w:r>
      <w:proofErr w:type="spellEnd"/>
      <w:r w:rsidRPr="00D42CB9">
        <w:t xml:space="preserve"> </w:t>
      </w:r>
      <w:proofErr w:type="spellStart"/>
      <w:r w:rsidRPr="00D42CB9">
        <w:t>keberadaan</w:t>
      </w:r>
      <w:proofErr w:type="spellEnd"/>
      <w:r w:rsidRPr="00D42CB9">
        <w:t xml:space="preserve"> formalin pada ikan </w:t>
      </w:r>
      <w:proofErr w:type="spellStart"/>
      <w:r w:rsidRPr="00D42CB9">
        <w:t>cakalang</w:t>
      </w:r>
      <w:proofErr w:type="spellEnd"/>
      <w:r w:rsidRPr="00D42CB9">
        <w:t xml:space="preserve"> segar dan asap, </w:t>
      </w:r>
      <w:proofErr w:type="spellStart"/>
      <w:r w:rsidRPr="00D42CB9">
        <w:t>serta</w:t>
      </w:r>
      <w:proofErr w:type="spellEnd"/>
      <w:r w:rsidRPr="00D42CB9">
        <w:t xml:space="preserve"> </w:t>
      </w:r>
      <w:proofErr w:type="spellStart"/>
      <w:r w:rsidRPr="00D42CB9">
        <w:t>mengkaji</w:t>
      </w:r>
      <w:proofErr w:type="spellEnd"/>
      <w:r w:rsidRPr="00D42CB9">
        <w:t xml:space="preserve"> </w:t>
      </w:r>
      <w:proofErr w:type="spellStart"/>
      <w:r w:rsidRPr="00D42CB9">
        <w:t>hubungannya</w:t>
      </w:r>
      <w:proofErr w:type="spellEnd"/>
      <w:r w:rsidRPr="00D42CB9">
        <w:t xml:space="preserve"> </w:t>
      </w:r>
      <w:proofErr w:type="spellStart"/>
      <w:r w:rsidRPr="00D42CB9">
        <w:t>dengan</w:t>
      </w:r>
      <w:proofErr w:type="spellEnd"/>
      <w:r w:rsidRPr="00D42CB9">
        <w:t xml:space="preserve"> </w:t>
      </w:r>
      <w:proofErr w:type="spellStart"/>
      <w:r w:rsidRPr="00D42CB9">
        <w:t>karakteristik</w:t>
      </w:r>
      <w:proofErr w:type="spellEnd"/>
      <w:r w:rsidRPr="00D42CB9">
        <w:t xml:space="preserve"> </w:t>
      </w:r>
      <w:proofErr w:type="spellStart"/>
      <w:r w:rsidRPr="00D42CB9">
        <w:t>mutu</w:t>
      </w:r>
      <w:proofErr w:type="spellEnd"/>
      <w:r w:rsidRPr="00D42CB9">
        <w:t xml:space="preserve"> dan </w:t>
      </w:r>
      <w:proofErr w:type="spellStart"/>
      <w:r w:rsidRPr="00D42CB9">
        <w:t>kondisi</w:t>
      </w:r>
      <w:proofErr w:type="spellEnd"/>
      <w:r w:rsidRPr="00D42CB9">
        <w:t xml:space="preserve"> </w:t>
      </w:r>
      <w:proofErr w:type="spellStart"/>
      <w:r w:rsidRPr="00D42CB9">
        <w:t>penanganan</w:t>
      </w:r>
      <w:proofErr w:type="spellEnd"/>
      <w:r w:rsidRPr="00D42CB9">
        <w:t xml:space="preserve"> </w:t>
      </w:r>
      <w:proofErr w:type="spellStart"/>
      <w:r w:rsidRPr="00D42CB9">
        <w:t>pascapanen</w:t>
      </w:r>
      <w:proofErr w:type="spellEnd"/>
      <w:r w:rsidRPr="00D42CB9">
        <w:t xml:space="preserve">, </w:t>
      </w:r>
      <w:proofErr w:type="spellStart"/>
      <w:r w:rsidRPr="00D42CB9">
        <w:t>tanpa</w:t>
      </w:r>
      <w:proofErr w:type="spellEnd"/>
      <w:r w:rsidRPr="00D42CB9">
        <w:t xml:space="preserve"> </w:t>
      </w:r>
      <w:proofErr w:type="spellStart"/>
      <w:r w:rsidRPr="00D42CB9">
        <w:t>memberikan</w:t>
      </w:r>
      <w:proofErr w:type="spellEnd"/>
      <w:r w:rsidRPr="00D42CB9">
        <w:t xml:space="preserve"> </w:t>
      </w:r>
      <w:proofErr w:type="spellStart"/>
      <w:r w:rsidRPr="00D42CB9">
        <w:t>perlakuan</w:t>
      </w:r>
      <w:proofErr w:type="spellEnd"/>
      <w:r w:rsidRPr="00D42CB9">
        <w:t xml:space="preserve"> </w:t>
      </w:r>
      <w:proofErr w:type="spellStart"/>
      <w:r w:rsidRPr="00D42CB9">
        <w:t>khusus</w:t>
      </w:r>
      <w:proofErr w:type="spellEnd"/>
      <w:r w:rsidRPr="00D42CB9">
        <w:t xml:space="preserve"> </w:t>
      </w:r>
      <w:proofErr w:type="spellStart"/>
      <w:r w:rsidRPr="00D42CB9">
        <w:t>terhadap</w:t>
      </w:r>
      <w:proofErr w:type="spellEnd"/>
      <w:r w:rsidRPr="00D42CB9">
        <w:t xml:space="preserve"> </w:t>
      </w:r>
      <w:proofErr w:type="spellStart"/>
      <w:r w:rsidRPr="00D42CB9">
        <w:t>sampel</w:t>
      </w:r>
      <w:proofErr w:type="spellEnd"/>
      <w:r w:rsidRPr="00D42CB9">
        <w:t xml:space="preserve">. Metode </w:t>
      </w:r>
      <w:proofErr w:type="spellStart"/>
      <w:r w:rsidRPr="00D42CB9">
        <w:t>laboratorium</w:t>
      </w:r>
      <w:proofErr w:type="spellEnd"/>
      <w:r w:rsidRPr="00D42CB9">
        <w:t xml:space="preserve"> </w:t>
      </w:r>
      <w:proofErr w:type="spellStart"/>
      <w:r w:rsidRPr="00D42CB9">
        <w:t>digunakan</w:t>
      </w:r>
      <w:proofErr w:type="spellEnd"/>
      <w:r w:rsidRPr="00D42CB9">
        <w:t xml:space="preserve"> </w:t>
      </w:r>
      <w:proofErr w:type="spellStart"/>
      <w:r w:rsidRPr="00D42CB9">
        <w:t>untuk</w:t>
      </w:r>
      <w:proofErr w:type="spellEnd"/>
      <w:r w:rsidRPr="00D42CB9">
        <w:t xml:space="preserve"> </w:t>
      </w:r>
      <w:proofErr w:type="spellStart"/>
      <w:r w:rsidRPr="00D42CB9">
        <w:t>menguji</w:t>
      </w:r>
      <w:proofErr w:type="spellEnd"/>
      <w:r w:rsidRPr="00D42CB9">
        <w:t xml:space="preserve"> </w:t>
      </w:r>
      <w:proofErr w:type="spellStart"/>
      <w:r w:rsidRPr="00D42CB9">
        <w:t>kandungan</w:t>
      </w:r>
      <w:proofErr w:type="spellEnd"/>
      <w:r w:rsidRPr="00D42CB9">
        <w:t xml:space="preserve"> formalin dan </w:t>
      </w:r>
      <w:proofErr w:type="spellStart"/>
      <w:r w:rsidRPr="00D42CB9">
        <w:t>menganalisis</w:t>
      </w:r>
      <w:proofErr w:type="spellEnd"/>
      <w:r w:rsidRPr="00D42CB9">
        <w:t xml:space="preserve"> parameter </w:t>
      </w:r>
      <w:proofErr w:type="spellStart"/>
      <w:r w:rsidRPr="00D42CB9">
        <w:t>mutu</w:t>
      </w:r>
      <w:proofErr w:type="spellEnd"/>
      <w:r w:rsidRPr="00D42CB9">
        <w:t xml:space="preserve"> </w:t>
      </w:r>
      <w:proofErr w:type="spellStart"/>
      <w:r w:rsidRPr="00D42CB9">
        <w:t>secara</w:t>
      </w:r>
      <w:proofErr w:type="spellEnd"/>
      <w:r w:rsidRPr="00D42CB9">
        <w:t xml:space="preserve"> </w:t>
      </w:r>
      <w:proofErr w:type="spellStart"/>
      <w:r w:rsidRPr="00D42CB9">
        <w:t>objektif</w:t>
      </w:r>
      <w:proofErr w:type="spellEnd"/>
      <w:r w:rsidRPr="00D42CB9">
        <w:t xml:space="preserve">, </w:t>
      </w:r>
      <w:proofErr w:type="spellStart"/>
      <w:r w:rsidRPr="00D42CB9">
        <w:t>sedangkan</w:t>
      </w:r>
      <w:proofErr w:type="spellEnd"/>
      <w:r w:rsidRPr="00D42CB9">
        <w:t xml:space="preserve"> </w:t>
      </w:r>
      <w:proofErr w:type="spellStart"/>
      <w:r w:rsidRPr="00D42CB9">
        <w:t>survei</w:t>
      </w:r>
      <w:proofErr w:type="spellEnd"/>
      <w:r w:rsidRPr="00D42CB9">
        <w:t xml:space="preserve"> </w:t>
      </w:r>
      <w:proofErr w:type="spellStart"/>
      <w:r w:rsidRPr="00D42CB9">
        <w:t>lapangan</w:t>
      </w:r>
      <w:proofErr w:type="spellEnd"/>
      <w:r w:rsidRPr="00D42CB9">
        <w:t xml:space="preserve"> </w:t>
      </w:r>
      <w:proofErr w:type="spellStart"/>
      <w:r w:rsidRPr="00D42CB9">
        <w:t>dilakukan</w:t>
      </w:r>
      <w:proofErr w:type="spellEnd"/>
      <w:r w:rsidRPr="00D42CB9">
        <w:t xml:space="preserve"> </w:t>
      </w:r>
      <w:proofErr w:type="spellStart"/>
      <w:r w:rsidRPr="00D42CB9">
        <w:t>untuk</w:t>
      </w:r>
      <w:proofErr w:type="spellEnd"/>
      <w:r w:rsidRPr="00D42CB9">
        <w:t xml:space="preserve"> </w:t>
      </w:r>
      <w:proofErr w:type="spellStart"/>
      <w:r w:rsidRPr="00D42CB9">
        <w:t>memperoleh</w:t>
      </w:r>
      <w:proofErr w:type="spellEnd"/>
      <w:r w:rsidRPr="00D42CB9">
        <w:t xml:space="preserve"> </w:t>
      </w:r>
      <w:proofErr w:type="spellStart"/>
      <w:r w:rsidRPr="00D42CB9">
        <w:t>gambaran</w:t>
      </w:r>
      <w:proofErr w:type="spellEnd"/>
      <w:r w:rsidRPr="00D42CB9">
        <w:t xml:space="preserve"> </w:t>
      </w:r>
      <w:proofErr w:type="spellStart"/>
      <w:r w:rsidRPr="00D42CB9">
        <w:t>nyata</w:t>
      </w:r>
      <w:proofErr w:type="spellEnd"/>
      <w:r w:rsidRPr="00D42CB9">
        <w:t xml:space="preserve"> </w:t>
      </w:r>
      <w:proofErr w:type="spellStart"/>
      <w:r w:rsidRPr="00D42CB9">
        <w:t>mengenai</w:t>
      </w:r>
      <w:proofErr w:type="spellEnd"/>
      <w:r w:rsidRPr="00D42CB9">
        <w:t xml:space="preserve"> </w:t>
      </w:r>
      <w:proofErr w:type="spellStart"/>
      <w:r w:rsidRPr="00D42CB9">
        <w:t>kondisi</w:t>
      </w:r>
      <w:proofErr w:type="spellEnd"/>
      <w:r w:rsidRPr="00D42CB9">
        <w:t xml:space="preserve"> </w:t>
      </w:r>
      <w:proofErr w:type="spellStart"/>
      <w:r w:rsidRPr="00D42CB9">
        <w:t>penanganan</w:t>
      </w:r>
      <w:proofErr w:type="spellEnd"/>
      <w:r w:rsidRPr="00D42CB9">
        <w:t xml:space="preserve">, </w:t>
      </w:r>
      <w:proofErr w:type="spellStart"/>
      <w:r w:rsidRPr="00D42CB9">
        <w:t>penyimpanan</w:t>
      </w:r>
      <w:proofErr w:type="spellEnd"/>
      <w:r w:rsidRPr="00D42CB9">
        <w:t xml:space="preserve">, </w:t>
      </w:r>
      <w:proofErr w:type="spellStart"/>
      <w:r w:rsidRPr="00D42CB9">
        <w:t>distribusi</w:t>
      </w:r>
      <w:proofErr w:type="spellEnd"/>
      <w:r w:rsidRPr="00D42CB9">
        <w:t xml:space="preserve">, dan </w:t>
      </w:r>
      <w:proofErr w:type="spellStart"/>
      <w:r w:rsidRPr="00D42CB9">
        <w:t>pemasaran</w:t>
      </w:r>
      <w:proofErr w:type="spellEnd"/>
      <w:r w:rsidRPr="00D42CB9">
        <w:t xml:space="preserve"> ikan </w:t>
      </w:r>
      <w:proofErr w:type="spellStart"/>
      <w:r w:rsidRPr="00D42CB9">
        <w:t>cakalang</w:t>
      </w:r>
      <w:proofErr w:type="spellEnd"/>
      <w:r w:rsidRPr="00D42CB9">
        <w:t xml:space="preserve"> di wilayah Gorontalo. </w:t>
      </w:r>
      <w:proofErr w:type="spellStart"/>
      <w:r w:rsidRPr="00D42CB9">
        <w:t>Kombinasi</w:t>
      </w:r>
      <w:proofErr w:type="spellEnd"/>
      <w:r w:rsidRPr="00D42CB9">
        <w:t xml:space="preserve"> </w:t>
      </w:r>
      <w:proofErr w:type="spellStart"/>
      <w:r w:rsidRPr="00D42CB9">
        <w:t>kedua</w:t>
      </w:r>
      <w:proofErr w:type="spellEnd"/>
      <w:r w:rsidRPr="00D42CB9">
        <w:t xml:space="preserve"> </w:t>
      </w:r>
      <w:proofErr w:type="spellStart"/>
      <w:r w:rsidRPr="00D42CB9">
        <w:t>pendekatan</w:t>
      </w:r>
      <w:proofErr w:type="spellEnd"/>
      <w:r w:rsidRPr="00D42CB9">
        <w:t xml:space="preserve"> </w:t>
      </w:r>
      <w:proofErr w:type="spellStart"/>
      <w:r w:rsidRPr="00D42CB9">
        <w:t>ini</w:t>
      </w:r>
      <w:proofErr w:type="spellEnd"/>
      <w:r w:rsidRPr="00D42CB9">
        <w:t xml:space="preserve"> </w:t>
      </w:r>
      <w:proofErr w:type="spellStart"/>
      <w:r w:rsidRPr="00D42CB9">
        <w:t>diharapkan</w:t>
      </w:r>
      <w:proofErr w:type="spellEnd"/>
      <w:r w:rsidRPr="00D42CB9">
        <w:t xml:space="preserve"> </w:t>
      </w:r>
      <w:proofErr w:type="spellStart"/>
      <w:r w:rsidRPr="00D42CB9">
        <w:t>dapat</w:t>
      </w:r>
      <w:proofErr w:type="spellEnd"/>
      <w:r w:rsidRPr="00D42CB9">
        <w:t xml:space="preserve"> </w:t>
      </w:r>
      <w:proofErr w:type="spellStart"/>
      <w:r w:rsidRPr="00D42CB9">
        <w:t>memberikan</w:t>
      </w:r>
      <w:proofErr w:type="spellEnd"/>
      <w:r w:rsidRPr="00D42CB9">
        <w:t xml:space="preserve"> </w:t>
      </w:r>
      <w:proofErr w:type="spellStart"/>
      <w:r w:rsidRPr="00D42CB9">
        <w:t>hasil</w:t>
      </w:r>
      <w:proofErr w:type="spellEnd"/>
      <w:r w:rsidRPr="00D42CB9">
        <w:t xml:space="preserve"> yang </w:t>
      </w:r>
      <w:proofErr w:type="spellStart"/>
      <w:r w:rsidRPr="00D42CB9">
        <w:t>lebih</w:t>
      </w:r>
      <w:proofErr w:type="spellEnd"/>
      <w:r w:rsidRPr="00D42CB9">
        <w:t xml:space="preserve"> </w:t>
      </w:r>
      <w:proofErr w:type="spellStart"/>
      <w:r w:rsidRPr="00D42CB9">
        <w:t>komprehensif</w:t>
      </w:r>
      <w:proofErr w:type="spellEnd"/>
      <w:r w:rsidRPr="00D42CB9">
        <w:t xml:space="preserve">, </w:t>
      </w:r>
      <w:proofErr w:type="spellStart"/>
      <w:r w:rsidRPr="00D42CB9">
        <w:t>tidak</w:t>
      </w:r>
      <w:proofErr w:type="spellEnd"/>
      <w:r w:rsidRPr="00D42CB9">
        <w:t xml:space="preserve"> </w:t>
      </w:r>
      <w:proofErr w:type="spellStart"/>
      <w:r w:rsidRPr="00D42CB9">
        <w:t>hanya</w:t>
      </w:r>
      <w:proofErr w:type="spellEnd"/>
      <w:r w:rsidRPr="00D42CB9">
        <w:t xml:space="preserve"> </w:t>
      </w:r>
      <w:proofErr w:type="spellStart"/>
      <w:r w:rsidRPr="00D42CB9">
        <w:t>melihat</w:t>
      </w:r>
      <w:proofErr w:type="spellEnd"/>
      <w:r w:rsidRPr="00D42CB9">
        <w:t xml:space="preserve"> </w:t>
      </w:r>
      <w:proofErr w:type="spellStart"/>
      <w:r w:rsidRPr="00D42CB9">
        <w:t>ada</w:t>
      </w:r>
      <w:proofErr w:type="spellEnd"/>
      <w:r w:rsidRPr="00D42CB9">
        <w:t xml:space="preserve"> </w:t>
      </w:r>
      <w:proofErr w:type="spellStart"/>
      <w:r w:rsidRPr="00D42CB9">
        <w:t>atau</w:t>
      </w:r>
      <w:proofErr w:type="spellEnd"/>
      <w:r w:rsidRPr="00D42CB9">
        <w:t xml:space="preserve"> </w:t>
      </w:r>
      <w:proofErr w:type="spellStart"/>
      <w:r w:rsidRPr="00D42CB9">
        <w:t>tidaknya</w:t>
      </w:r>
      <w:proofErr w:type="spellEnd"/>
      <w:r w:rsidRPr="00D42CB9">
        <w:t xml:space="preserve"> formalin, </w:t>
      </w:r>
      <w:proofErr w:type="spellStart"/>
      <w:r w:rsidRPr="00D42CB9">
        <w:t>tetapi</w:t>
      </w:r>
      <w:proofErr w:type="spellEnd"/>
      <w:r w:rsidRPr="00D42CB9">
        <w:t xml:space="preserve"> juga </w:t>
      </w:r>
      <w:proofErr w:type="spellStart"/>
      <w:r w:rsidRPr="00D42CB9">
        <w:t>memahami</w:t>
      </w:r>
      <w:proofErr w:type="spellEnd"/>
      <w:r w:rsidRPr="00D42CB9">
        <w:t xml:space="preserve"> </w:t>
      </w:r>
      <w:proofErr w:type="spellStart"/>
      <w:r w:rsidRPr="00D42CB9">
        <w:t>faktor-faktor</w:t>
      </w:r>
      <w:proofErr w:type="spellEnd"/>
      <w:r w:rsidRPr="00D42CB9">
        <w:t xml:space="preserve"> yang </w:t>
      </w:r>
      <w:proofErr w:type="spellStart"/>
      <w:r w:rsidRPr="00D42CB9">
        <w:t>melatarbelakanginya</w:t>
      </w:r>
      <w:proofErr w:type="spellEnd"/>
      <w:r w:rsidR="00266F03">
        <w:t xml:space="preserve"> </w:t>
      </w:r>
      <w:r w:rsidR="00266F03">
        <w:fldChar w:fldCharType="begin" w:fldLock="1"/>
      </w:r>
      <w:r w:rsidR="007C5EEE">
        <w:instrText>ADDIN CSL_CITATION {"citationItems":[{"id":"ITEM-1","itemData":{"DOI":"10.1016/j.foodchem.2005.09.089","author":[{"dropping-particle":"","family":"Bianchi","given":"F","non-dropping-particle":"","parse-names":false,"suffix":""},{"dropping-particle":"","family":"Careri","given":"M","non-dropping-particle":"","parse-names":false,"suffix":""},{"dropping-particle":"","family":"Musci","given":"M","non-dropping-particle":"","parse-names":false,"suffix":""},{"dropping-particle":"","family":"Mangia","given":"A","non-dropping-particle":"","parse-names":false,"suffix":""}],"id":"ITEM-1","issued":{"date-parts":[["2007"]]},"page":"1049-1053","title":"Food Chemistry Fish and food safety : Determination of formaldehyde in 12 fish species by SPME extraction and GC – MS analysis","type":"article-journal","volume":"100"},"uris":["http://www.mendeley.com/documents/?uuid=3fed70ec-f5e0-48d2-ab55-1ae7b32beac0"]}],"mendeley":{"formattedCitation":"(Bianchi et al., 2007)","plainTextFormattedCitation":"(Bianchi et al., 2007)","previouslyFormattedCitation":"(Bianchi et al., 2007)"},"properties":{"noteIndex":0},"schema":"https://github.com/citation-style-language/schema/raw/master/csl-citation.json"}</w:instrText>
      </w:r>
      <w:r w:rsidR="00266F03">
        <w:fldChar w:fldCharType="separate"/>
      </w:r>
      <w:r w:rsidR="00266F03" w:rsidRPr="00266F03">
        <w:rPr>
          <w:noProof/>
        </w:rPr>
        <w:t>(Bianchi et al., 2007)</w:t>
      </w:r>
      <w:r w:rsidR="00266F03">
        <w:fldChar w:fldCharType="end"/>
      </w:r>
      <w:r w:rsidR="00266F03">
        <w:t>;</w:t>
      </w:r>
      <w:r w:rsidR="00152B4A">
        <w:fldChar w:fldCharType="begin" w:fldLock="1"/>
      </w:r>
      <w:r w:rsidR="00266F03">
        <w:instrText>ADDIN CSL_CITATION {"citationItems":[{"id":"ITEM-1","itemData":{"author":[{"dropping-particle":"","family":"Purnama Arafa, Tati Nurhayati, Sugeng Heri Suseno, Carissa Mutiara Ardina","given":"Nurafi Razna Suhaima","non-dropping-particle":"","parse-names":false,"suffix":""}],"id":"ITEM-1","issued":{"date-parts":[["2025"]]},"title":"Analisis kesegaran dan kandungan formalin pada ikan laut di lampung selatan","type":"article"},"uris":["http://www.mendeley.com/documents/?uuid=24290054-92c9-49c1-ab28-5175a460e757"]}],"mendeley":{"formattedCitation":"(Purnama Arafa, Tati Nurhayati, Sugeng Heri Suseno, Carissa Mutiara Ardina, 2025)","plainTextFormattedCitation":"(Purnama Arafa, Tati Nurhayati, Sugeng Heri Suseno, Carissa Mutiara Ardina, 2025)","previouslyFormattedCitation":"(Purnama Arafa, Tati Nurhayati, Sugeng Heri Suseno, Carissa Mutiara Ardina, 2025)"},"properties":{"noteIndex":0},"schema":"https://github.com/citation-style-language/schema/raw/master/csl-citation.json"}</w:instrText>
      </w:r>
      <w:r w:rsidR="00152B4A">
        <w:fldChar w:fldCharType="separate"/>
      </w:r>
      <w:r w:rsidR="00266F03" w:rsidRPr="00266F03">
        <w:rPr>
          <w:noProof/>
        </w:rPr>
        <w:t>(Purnama Arafa, Tati Nurhayati, Sugeng Heri Suseno, Carissa Mutiara Ardina, 2025)</w:t>
      </w:r>
      <w:r w:rsidR="00152B4A">
        <w:fldChar w:fldCharType="end"/>
      </w:r>
      <w:r>
        <w:t>.</w:t>
      </w:r>
    </w:p>
    <w:p w14:paraId="28439047" w14:textId="49CE4DEF" w:rsidR="009744EB" w:rsidRDefault="009744EB" w:rsidP="00D42CB9">
      <w:pPr>
        <w:jc w:val="both"/>
      </w:pPr>
      <w:proofErr w:type="spellStart"/>
      <w:r w:rsidRPr="009744EB">
        <w:t>Subjek</w:t>
      </w:r>
      <w:proofErr w:type="spellEnd"/>
      <w:r w:rsidRPr="009744EB">
        <w:t xml:space="preserve"> </w:t>
      </w:r>
      <w:proofErr w:type="spellStart"/>
      <w:r w:rsidRPr="009744EB">
        <w:t>dalam</w:t>
      </w:r>
      <w:proofErr w:type="spellEnd"/>
      <w:r w:rsidRPr="009744EB">
        <w:t xml:space="preserve"> </w:t>
      </w:r>
      <w:proofErr w:type="spellStart"/>
      <w:r w:rsidRPr="009744EB">
        <w:t>penelitian</w:t>
      </w:r>
      <w:proofErr w:type="spellEnd"/>
      <w:r w:rsidRPr="009744EB">
        <w:t xml:space="preserve"> </w:t>
      </w:r>
      <w:proofErr w:type="spellStart"/>
      <w:r w:rsidRPr="009744EB">
        <w:t>ini</w:t>
      </w:r>
      <w:proofErr w:type="spellEnd"/>
      <w:r w:rsidRPr="009744EB">
        <w:t xml:space="preserve"> </w:t>
      </w:r>
      <w:proofErr w:type="spellStart"/>
      <w:r w:rsidRPr="009744EB">
        <w:t>adalah</w:t>
      </w:r>
      <w:proofErr w:type="spellEnd"/>
      <w:r w:rsidRPr="009744EB">
        <w:t xml:space="preserve"> ikan </w:t>
      </w:r>
      <w:proofErr w:type="spellStart"/>
      <w:r w:rsidRPr="009744EB">
        <w:t>cakalang</w:t>
      </w:r>
      <w:proofErr w:type="spellEnd"/>
      <w:r w:rsidRPr="009744EB">
        <w:t xml:space="preserve"> (</w:t>
      </w:r>
      <w:r w:rsidRPr="009744EB">
        <w:rPr>
          <w:i/>
          <w:iCs/>
        </w:rPr>
        <w:t>Katsuwonus pelamis</w:t>
      </w:r>
      <w:r w:rsidRPr="009744EB">
        <w:t xml:space="preserve">) yang </w:t>
      </w:r>
      <w:proofErr w:type="spellStart"/>
      <w:r w:rsidRPr="009744EB">
        <w:t>dipasarkan</w:t>
      </w:r>
      <w:proofErr w:type="spellEnd"/>
      <w:r w:rsidRPr="009744EB">
        <w:t xml:space="preserve"> di wilayah Gorontalo, yang </w:t>
      </w:r>
      <w:proofErr w:type="spellStart"/>
      <w:r w:rsidRPr="009744EB">
        <w:t>terbagi</w:t>
      </w:r>
      <w:proofErr w:type="spellEnd"/>
      <w:r w:rsidRPr="009744EB">
        <w:t xml:space="preserve"> </w:t>
      </w:r>
      <w:proofErr w:type="spellStart"/>
      <w:r w:rsidRPr="009744EB">
        <w:t>menjadi</w:t>
      </w:r>
      <w:proofErr w:type="spellEnd"/>
      <w:r w:rsidRPr="009744EB">
        <w:t xml:space="preserve"> dua </w:t>
      </w:r>
      <w:proofErr w:type="spellStart"/>
      <w:r w:rsidRPr="009744EB">
        <w:t>kelompok</w:t>
      </w:r>
      <w:proofErr w:type="spellEnd"/>
      <w:r w:rsidRPr="009744EB">
        <w:t xml:space="preserve">, </w:t>
      </w:r>
      <w:proofErr w:type="spellStart"/>
      <w:r w:rsidRPr="009744EB">
        <w:t>yaitu</w:t>
      </w:r>
      <w:proofErr w:type="spellEnd"/>
      <w:r w:rsidRPr="009744EB">
        <w:t xml:space="preserve"> ikan </w:t>
      </w:r>
      <w:proofErr w:type="spellStart"/>
      <w:r w:rsidRPr="009744EB">
        <w:t>cakalang</w:t>
      </w:r>
      <w:proofErr w:type="spellEnd"/>
      <w:r w:rsidRPr="009744EB">
        <w:t xml:space="preserve"> segar dan ikan </w:t>
      </w:r>
      <w:proofErr w:type="spellStart"/>
      <w:r w:rsidRPr="009744EB">
        <w:t>cakalang</w:t>
      </w:r>
      <w:proofErr w:type="spellEnd"/>
      <w:r w:rsidRPr="009744EB">
        <w:t xml:space="preserve"> asap. </w:t>
      </w:r>
      <w:proofErr w:type="spellStart"/>
      <w:r w:rsidRPr="009744EB">
        <w:t>Objek</w:t>
      </w:r>
      <w:proofErr w:type="spellEnd"/>
      <w:r w:rsidRPr="009744EB">
        <w:t xml:space="preserve"> </w:t>
      </w:r>
      <w:proofErr w:type="spellStart"/>
      <w:r w:rsidRPr="009744EB">
        <w:t>penelitian</w:t>
      </w:r>
      <w:proofErr w:type="spellEnd"/>
      <w:r w:rsidRPr="009744EB">
        <w:t xml:space="preserve"> </w:t>
      </w:r>
      <w:proofErr w:type="spellStart"/>
      <w:r w:rsidRPr="009744EB">
        <w:t>adalah</w:t>
      </w:r>
      <w:proofErr w:type="spellEnd"/>
      <w:r w:rsidRPr="009744EB">
        <w:t xml:space="preserve"> </w:t>
      </w:r>
      <w:proofErr w:type="spellStart"/>
      <w:r w:rsidRPr="009744EB">
        <w:t>kandungan</w:t>
      </w:r>
      <w:proofErr w:type="spellEnd"/>
      <w:r w:rsidRPr="009744EB">
        <w:t xml:space="preserve"> formalin dan </w:t>
      </w:r>
      <w:proofErr w:type="spellStart"/>
      <w:r w:rsidRPr="009744EB">
        <w:t>karakteristik</w:t>
      </w:r>
      <w:proofErr w:type="spellEnd"/>
      <w:r w:rsidRPr="009744EB">
        <w:t xml:space="preserve"> </w:t>
      </w:r>
      <w:proofErr w:type="spellStart"/>
      <w:r w:rsidRPr="009744EB">
        <w:t>mutu</w:t>
      </w:r>
      <w:proofErr w:type="spellEnd"/>
      <w:r w:rsidRPr="009744EB">
        <w:t xml:space="preserve"> ikan </w:t>
      </w:r>
      <w:proofErr w:type="spellStart"/>
      <w:r w:rsidRPr="009744EB">
        <w:t>cakalang</w:t>
      </w:r>
      <w:proofErr w:type="spellEnd"/>
      <w:r w:rsidR="001D4975">
        <w:t xml:space="preserve"> </w:t>
      </w:r>
      <w:r w:rsidR="001D4975">
        <w:fldChar w:fldCharType="begin" w:fldLock="1"/>
      </w:r>
      <w:r w:rsidR="00AE579A">
        <w:instrText>ADDIN CSL_CITATION {"citationItems":[{"id":"ITEM-1","itemData":{"DOI":"10.1016/j.foodres.2020.109157","ISSN":"0963-9969","author":[{"dropping-particle":"","family":"Prabhakar","given":"Pramod K","non-dropping-particle":"","parse-names":false,"suffix":""},{"dropping-particle":"","family":"Vatsa","given":"Siddhartha","non-dropping-particle":"","parse-names":false,"suffix":""},{"dropping-particle":"","family":"Srivastav","given":"Prem P","non-dropping-particle":"","parse-names":false,"suffix":""},{"dropping-particle":"","family":"Pathak","given":"Sant S","non-dropping-particle":"","parse-names":false,"suffix":""}],"container-title":"Food Research International","id":"ITEM-1","issued":{"date-parts":[["2020"]]},"page":"109157","publisher":"Elsevier Ltd","title":"A Comprehensive Review on Freshness of Fish and Assessment: Analytical Methods and Recent Innovations","type":"article-journal"},"uris":["http://www.mendeley.com/documents/?uuid=df7da1f0-992c-4492-91e7-df05defbccc6"]}],"mendeley":{"formattedCitation":"(Prabhakar et al., 2020)","plainTextFormattedCitation":"(Prabhakar et al., 2020)","previouslyFormattedCitation":"(Prabhakar et al., 2020)"},"properties":{"noteIndex":0},"schema":"https://github.com/citation-style-language/schema/raw/master/csl-citation.json"}</w:instrText>
      </w:r>
      <w:r w:rsidR="001D4975">
        <w:fldChar w:fldCharType="separate"/>
      </w:r>
      <w:r w:rsidR="001D4975" w:rsidRPr="001D4975">
        <w:rPr>
          <w:noProof/>
        </w:rPr>
        <w:t>(Prabhakar et al., 2020)</w:t>
      </w:r>
      <w:r w:rsidR="001D4975">
        <w:fldChar w:fldCharType="end"/>
      </w:r>
      <w:r w:rsidRPr="009744EB">
        <w:t xml:space="preserve">, yang </w:t>
      </w:r>
      <w:proofErr w:type="spellStart"/>
      <w:r w:rsidRPr="009744EB">
        <w:t>meliputi</w:t>
      </w:r>
      <w:proofErr w:type="spellEnd"/>
      <w:r w:rsidRPr="009744EB">
        <w:t xml:space="preserve"> parameter </w:t>
      </w:r>
      <w:proofErr w:type="spellStart"/>
      <w:r w:rsidRPr="009744EB">
        <w:t>organoleptik</w:t>
      </w:r>
      <w:proofErr w:type="spellEnd"/>
      <w:r w:rsidRPr="009744EB">
        <w:t xml:space="preserve"> (</w:t>
      </w:r>
      <w:proofErr w:type="spellStart"/>
      <w:r w:rsidRPr="009744EB">
        <w:t>bau</w:t>
      </w:r>
      <w:proofErr w:type="spellEnd"/>
      <w:r w:rsidRPr="009744EB">
        <w:t xml:space="preserve">, </w:t>
      </w:r>
      <w:proofErr w:type="spellStart"/>
      <w:r w:rsidRPr="009744EB">
        <w:t>warna</w:t>
      </w:r>
      <w:proofErr w:type="spellEnd"/>
      <w:r w:rsidRPr="009744EB">
        <w:t xml:space="preserve">, </w:t>
      </w:r>
      <w:proofErr w:type="spellStart"/>
      <w:r w:rsidRPr="009744EB">
        <w:t>tekstur</w:t>
      </w:r>
      <w:proofErr w:type="spellEnd"/>
      <w:r w:rsidRPr="009744EB">
        <w:t xml:space="preserve">, dan rasa), pH, </w:t>
      </w:r>
      <w:proofErr w:type="spellStart"/>
      <w:r w:rsidRPr="009744EB">
        <w:t>kadar</w:t>
      </w:r>
      <w:proofErr w:type="spellEnd"/>
      <w:r w:rsidRPr="009744EB">
        <w:t xml:space="preserve"> air, </w:t>
      </w:r>
      <w:proofErr w:type="spellStart"/>
      <w:r w:rsidRPr="009744EB">
        <w:t>serta</w:t>
      </w:r>
      <w:proofErr w:type="spellEnd"/>
      <w:r w:rsidRPr="009744EB">
        <w:t xml:space="preserve"> </w:t>
      </w:r>
      <w:proofErr w:type="spellStart"/>
      <w:r w:rsidRPr="009744EB">
        <w:t>suhu</w:t>
      </w:r>
      <w:proofErr w:type="spellEnd"/>
      <w:r w:rsidRPr="009744EB">
        <w:t xml:space="preserve">. </w:t>
      </w:r>
      <w:proofErr w:type="spellStart"/>
      <w:r w:rsidRPr="009744EB">
        <w:t>Sumber</w:t>
      </w:r>
      <w:proofErr w:type="spellEnd"/>
      <w:r w:rsidRPr="009744EB">
        <w:t xml:space="preserve"> data </w:t>
      </w:r>
      <w:proofErr w:type="spellStart"/>
      <w:r w:rsidRPr="009744EB">
        <w:t>dalam</w:t>
      </w:r>
      <w:proofErr w:type="spellEnd"/>
      <w:r w:rsidRPr="009744EB">
        <w:t xml:space="preserve"> </w:t>
      </w:r>
      <w:proofErr w:type="spellStart"/>
      <w:r w:rsidRPr="009744EB">
        <w:t>penelitian</w:t>
      </w:r>
      <w:proofErr w:type="spellEnd"/>
      <w:r w:rsidRPr="009744EB">
        <w:t xml:space="preserve"> </w:t>
      </w:r>
      <w:proofErr w:type="spellStart"/>
      <w:r w:rsidRPr="009744EB">
        <w:t>ini</w:t>
      </w:r>
      <w:proofErr w:type="spellEnd"/>
      <w:r w:rsidRPr="009744EB">
        <w:t xml:space="preserve"> </w:t>
      </w:r>
      <w:proofErr w:type="spellStart"/>
      <w:r w:rsidRPr="009744EB">
        <w:t>terdiri</w:t>
      </w:r>
      <w:proofErr w:type="spellEnd"/>
      <w:r w:rsidRPr="009744EB">
        <w:t xml:space="preserve"> </w:t>
      </w:r>
      <w:proofErr w:type="spellStart"/>
      <w:r w:rsidRPr="009744EB">
        <w:t>atas</w:t>
      </w:r>
      <w:proofErr w:type="spellEnd"/>
      <w:r w:rsidRPr="009744EB">
        <w:t xml:space="preserve"> data primer dan data </w:t>
      </w:r>
      <w:proofErr w:type="spellStart"/>
      <w:r w:rsidRPr="009744EB">
        <w:t>sekunder</w:t>
      </w:r>
      <w:proofErr w:type="spellEnd"/>
      <w:r w:rsidRPr="009744EB">
        <w:t xml:space="preserve">. Data primer </w:t>
      </w:r>
      <w:proofErr w:type="spellStart"/>
      <w:r w:rsidRPr="009744EB">
        <w:t>diperoleh</w:t>
      </w:r>
      <w:proofErr w:type="spellEnd"/>
      <w:r w:rsidRPr="009744EB">
        <w:t xml:space="preserve"> </w:t>
      </w:r>
      <w:proofErr w:type="spellStart"/>
      <w:r w:rsidRPr="009744EB">
        <w:t>langsung</w:t>
      </w:r>
      <w:proofErr w:type="spellEnd"/>
      <w:r w:rsidRPr="009744EB">
        <w:t xml:space="preserve"> </w:t>
      </w:r>
      <w:proofErr w:type="spellStart"/>
      <w:r w:rsidRPr="009744EB">
        <w:t>dari</w:t>
      </w:r>
      <w:proofErr w:type="spellEnd"/>
      <w:r w:rsidRPr="009744EB">
        <w:t xml:space="preserve"> </w:t>
      </w:r>
      <w:proofErr w:type="spellStart"/>
      <w:r w:rsidRPr="009744EB">
        <w:t>hasil</w:t>
      </w:r>
      <w:proofErr w:type="spellEnd"/>
      <w:r w:rsidRPr="009744EB">
        <w:t xml:space="preserve"> </w:t>
      </w:r>
      <w:proofErr w:type="spellStart"/>
      <w:r w:rsidRPr="009744EB">
        <w:t>pengujian</w:t>
      </w:r>
      <w:proofErr w:type="spellEnd"/>
      <w:r w:rsidRPr="009744EB">
        <w:t xml:space="preserve"> </w:t>
      </w:r>
      <w:proofErr w:type="spellStart"/>
      <w:r w:rsidRPr="009744EB">
        <w:t>laboratorium</w:t>
      </w:r>
      <w:proofErr w:type="spellEnd"/>
      <w:r w:rsidRPr="009744EB">
        <w:t xml:space="preserve"> </w:t>
      </w:r>
      <w:proofErr w:type="spellStart"/>
      <w:r w:rsidRPr="009744EB">
        <w:t>terhadap</w:t>
      </w:r>
      <w:proofErr w:type="spellEnd"/>
      <w:r w:rsidRPr="009744EB">
        <w:t xml:space="preserve"> </w:t>
      </w:r>
      <w:proofErr w:type="spellStart"/>
      <w:r w:rsidRPr="009744EB">
        <w:t>sampel</w:t>
      </w:r>
      <w:proofErr w:type="spellEnd"/>
      <w:r w:rsidRPr="009744EB">
        <w:t xml:space="preserve"> ikan </w:t>
      </w:r>
      <w:proofErr w:type="spellStart"/>
      <w:r w:rsidRPr="009744EB">
        <w:t>cakalang</w:t>
      </w:r>
      <w:proofErr w:type="spellEnd"/>
      <w:r w:rsidRPr="009744EB">
        <w:t xml:space="preserve">, </w:t>
      </w:r>
      <w:proofErr w:type="spellStart"/>
      <w:r w:rsidRPr="009744EB">
        <w:t>serta</w:t>
      </w:r>
      <w:proofErr w:type="spellEnd"/>
      <w:r w:rsidRPr="009744EB">
        <w:t xml:space="preserve"> </w:t>
      </w:r>
      <w:proofErr w:type="spellStart"/>
      <w:r w:rsidRPr="009744EB">
        <w:t>dari</w:t>
      </w:r>
      <w:proofErr w:type="spellEnd"/>
      <w:r w:rsidRPr="009744EB">
        <w:t xml:space="preserve"> </w:t>
      </w:r>
      <w:proofErr w:type="spellStart"/>
      <w:r w:rsidRPr="009744EB">
        <w:t>hasil</w:t>
      </w:r>
      <w:proofErr w:type="spellEnd"/>
      <w:r w:rsidRPr="009744EB">
        <w:t xml:space="preserve"> </w:t>
      </w:r>
      <w:proofErr w:type="spellStart"/>
      <w:r w:rsidRPr="009744EB">
        <w:t>observasi</w:t>
      </w:r>
      <w:proofErr w:type="spellEnd"/>
      <w:r w:rsidRPr="009744EB">
        <w:t xml:space="preserve"> dan </w:t>
      </w:r>
      <w:proofErr w:type="spellStart"/>
      <w:r w:rsidRPr="009744EB">
        <w:t>wawancara</w:t>
      </w:r>
      <w:proofErr w:type="spellEnd"/>
      <w:r w:rsidRPr="009744EB">
        <w:t xml:space="preserve"> </w:t>
      </w:r>
      <w:proofErr w:type="spellStart"/>
      <w:r w:rsidRPr="009744EB">
        <w:t>dengan</w:t>
      </w:r>
      <w:proofErr w:type="spellEnd"/>
      <w:r w:rsidRPr="009744EB">
        <w:t xml:space="preserve"> </w:t>
      </w:r>
      <w:proofErr w:type="spellStart"/>
      <w:r w:rsidRPr="009744EB">
        <w:t>pedagang</w:t>
      </w:r>
      <w:proofErr w:type="spellEnd"/>
      <w:r w:rsidRPr="009744EB">
        <w:t xml:space="preserve"> ikan segar, </w:t>
      </w:r>
      <w:proofErr w:type="spellStart"/>
      <w:r w:rsidRPr="009744EB">
        <w:t>pengolah</w:t>
      </w:r>
      <w:proofErr w:type="spellEnd"/>
      <w:r w:rsidRPr="009744EB">
        <w:t xml:space="preserve"> ikan asap, dan </w:t>
      </w:r>
      <w:proofErr w:type="spellStart"/>
      <w:r w:rsidRPr="009744EB">
        <w:t>pihak</w:t>
      </w:r>
      <w:proofErr w:type="spellEnd"/>
      <w:r w:rsidRPr="009744EB">
        <w:t xml:space="preserve"> </w:t>
      </w:r>
      <w:proofErr w:type="spellStart"/>
      <w:r w:rsidRPr="009744EB">
        <w:t>terkait</w:t>
      </w:r>
      <w:proofErr w:type="spellEnd"/>
      <w:r w:rsidRPr="009744EB">
        <w:t xml:space="preserve"> di </w:t>
      </w:r>
      <w:proofErr w:type="spellStart"/>
      <w:r w:rsidRPr="009744EB">
        <w:t>lokasi</w:t>
      </w:r>
      <w:proofErr w:type="spellEnd"/>
      <w:r w:rsidRPr="009744EB">
        <w:t xml:space="preserve"> </w:t>
      </w:r>
      <w:proofErr w:type="spellStart"/>
      <w:r w:rsidRPr="009744EB">
        <w:t>penelitian</w:t>
      </w:r>
      <w:proofErr w:type="spellEnd"/>
      <w:r w:rsidRPr="009744EB">
        <w:t xml:space="preserve">. Data </w:t>
      </w:r>
      <w:proofErr w:type="spellStart"/>
      <w:r w:rsidRPr="009744EB">
        <w:t>sekunder</w:t>
      </w:r>
      <w:proofErr w:type="spellEnd"/>
      <w:r w:rsidRPr="009744EB">
        <w:t xml:space="preserve"> </w:t>
      </w:r>
      <w:proofErr w:type="spellStart"/>
      <w:r w:rsidRPr="009744EB">
        <w:t>diperoleh</w:t>
      </w:r>
      <w:proofErr w:type="spellEnd"/>
      <w:r w:rsidRPr="009744EB">
        <w:t xml:space="preserve"> </w:t>
      </w:r>
      <w:proofErr w:type="spellStart"/>
      <w:r w:rsidRPr="009744EB">
        <w:t>dari</w:t>
      </w:r>
      <w:proofErr w:type="spellEnd"/>
      <w:r w:rsidRPr="009744EB">
        <w:t xml:space="preserve"> </w:t>
      </w:r>
      <w:proofErr w:type="spellStart"/>
      <w:r w:rsidRPr="009744EB">
        <w:t>literatur</w:t>
      </w:r>
      <w:proofErr w:type="spellEnd"/>
      <w:r w:rsidRPr="009744EB">
        <w:t xml:space="preserve"> </w:t>
      </w:r>
      <w:proofErr w:type="spellStart"/>
      <w:r w:rsidRPr="009744EB">
        <w:t>ilmiah</w:t>
      </w:r>
      <w:proofErr w:type="spellEnd"/>
      <w:r w:rsidRPr="009744EB">
        <w:t xml:space="preserve">, </w:t>
      </w:r>
      <w:proofErr w:type="spellStart"/>
      <w:r w:rsidRPr="009744EB">
        <w:t>laporan</w:t>
      </w:r>
      <w:proofErr w:type="spellEnd"/>
      <w:r w:rsidRPr="009744EB">
        <w:t xml:space="preserve"> </w:t>
      </w:r>
      <w:proofErr w:type="spellStart"/>
      <w:r w:rsidRPr="009744EB">
        <w:t>penelitian</w:t>
      </w:r>
      <w:proofErr w:type="spellEnd"/>
      <w:r w:rsidRPr="009744EB">
        <w:t xml:space="preserve"> </w:t>
      </w:r>
      <w:proofErr w:type="spellStart"/>
      <w:r w:rsidRPr="009744EB">
        <w:t>terdahulu</w:t>
      </w:r>
      <w:proofErr w:type="spellEnd"/>
      <w:r w:rsidRPr="009744EB">
        <w:t xml:space="preserve">, data </w:t>
      </w:r>
      <w:proofErr w:type="spellStart"/>
      <w:r w:rsidRPr="009744EB">
        <w:t>dari</w:t>
      </w:r>
      <w:proofErr w:type="spellEnd"/>
      <w:r w:rsidRPr="009744EB">
        <w:t xml:space="preserve"> TPI </w:t>
      </w:r>
      <w:proofErr w:type="spellStart"/>
      <w:r w:rsidRPr="009744EB">
        <w:t>Dudepo</w:t>
      </w:r>
      <w:proofErr w:type="spellEnd"/>
      <w:r w:rsidRPr="009744EB">
        <w:t xml:space="preserve">, </w:t>
      </w:r>
      <w:proofErr w:type="spellStart"/>
      <w:r w:rsidRPr="009744EB">
        <w:t>serta</w:t>
      </w:r>
      <w:proofErr w:type="spellEnd"/>
      <w:r w:rsidRPr="009744EB">
        <w:t xml:space="preserve"> </w:t>
      </w:r>
      <w:proofErr w:type="spellStart"/>
      <w:r w:rsidRPr="009744EB">
        <w:t>dokumen</w:t>
      </w:r>
      <w:proofErr w:type="spellEnd"/>
      <w:r w:rsidRPr="009744EB">
        <w:t xml:space="preserve"> </w:t>
      </w:r>
      <w:proofErr w:type="spellStart"/>
      <w:r w:rsidRPr="009744EB">
        <w:t>resmi</w:t>
      </w:r>
      <w:proofErr w:type="spellEnd"/>
      <w:r w:rsidRPr="009744EB">
        <w:t xml:space="preserve"> </w:t>
      </w:r>
      <w:proofErr w:type="spellStart"/>
      <w:r w:rsidRPr="009744EB">
        <w:t>dari</w:t>
      </w:r>
      <w:proofErr w:type="spellEnd"/>
      <w:r w:rsidRPr="009744EB">
        <w:t xml:space="preserve"> </w:t>
      </w:r>
      <w:proofErr w:type="spellStart"/>
      <w:r w:rsidRPr="009744EB">
        <w:t>instansi</w:t>
      </w:r>
      <w:proofErr w:type="spellEnd"/>
      <w:r w:rsidRPr="009744EB">
        <w:t xml:space="preserve"> </w:t>
      </w:r>
      <w:proofErr w:type="spellStart"/>
      <w:r w:rsidRPr="009744EB">
        <w:t>terkait</w:t>
      </w:r>
      <w:proofErr w:type="spellEnd"/>
      <w:r w:rsidRPr="009744EB">
        <w:t xml:space="preserve"> yang </w:t>
      </w:r>
      <w:proofErr w:type="spellStart"/>
      <w:r w:rsidRPr="009744EB">
        <w:t>relevan</w:t>
      </w:r>
      <w:proofErr w:type="spellEnd"/>
      <w:r w:rsidRPr="009744EB">
        <w:t xml:space="preserve"> </w:t>
      </w:r>
      <w:proofErr w:type="spellStart"/>
      <w:r w:rsidRPr="009744EB">
        <w:t>dengan</w:t>
      </w:r>
      <w:proofErr w:type="spellEnd"/>
      <w:r w:rsidRPr="009744EB">
        <w:t xml:space="preserve"> </w:t>
      </w:r>
      <w:proofErr w:type="spellStart"/>
      <w:r w:rsidRPr="009744EB">
        <w:t>keamanan</w:t>
      </w:r>
      <w:proofErr w:type="spellEnd"/>
      <w:r w:rsidRPr="009744EB">
        <w:t xml:space="preserve"> </w:t>
      </w:r>
      <w:proofErr w:type="spellStart"/>
      <w:r w:rsidRPr="009744EB">
        <w:t>pangan</w:t>
      </w:r>
      <w:proofErr w:type="spellEnd"/>
      <w:r w:rsidRPr="009744EB">
        <w:t xml:space="preserve"> dan </w:t>
      </w:r>
      <w:proofErr w:type="spellStart"/>
      <w:r w:rsidRPr="009744EB">
        <w:t>perikanan</w:t>
      </w:r>
      <w:proofErr w:type="spellEnd"/>
      <w:r w:rsidRPr="009744EB">
        <w:t xml:space="preserve"> di Gorontalo.</w:t>
      </w:r>
    </w:p>
    <w:p w14:paraId="00B3D77D" w14:textId="77777777" w:rsidR="0048747E" w:rsidRDefault="0057193F" w:rsidP="00D42CB9">
      <w:pPr>
        <w:jc w:val="both"/>
      </w:pPr>
      <w:proofErr w:type="spellStart"/>
      <w:r w:rsidRPr="0057193F">
        <w:t>Pengambilan</w:t>
      </w:r>
      <w:proofErr w:type="spellEnd"/>
      <w:r w:rsidRPr="0057193F">
        <w:t xml:space="preserve"> </w:t>
      </w:r>
      <w:proofErr w:type="spellStart"/>
      <w:r w:rsidRPr="0057193F">
        <w:t>sampel</w:t>
      </w:r>
      <w:proofErr w:type="spellEnd"/>
      <w:r w:rsidRPr="0057193F">
        <w:t xml:space="preserve"> </w:t>
      </w:r>
      <w:proofErr w:type="spellStart"/>
      <w:r w:rsidRPr="0057193F">
        <w:t>dilakukan</w:t>
      </w:r>
      <w:proofErr w:type="spellEnd"/>
      <w:r w:rsidRPr="0057193F">
        <w:t xml:space="preserve"> </w:t>
      </w:r>
      <w:proofErr w:type="spellStart"/>
      <w:r w:rsidRPr="0057193F">
        <w:t>secara</w:t>
      </w:r>
      <w:proofErr w:type="spellEnd"/>
      <w:r w:rsidRPr="0057193F">
        <w:t xml:space="preserve"> purposive, </w:t>
      </w:r>
      <w:proofErr w:type="spellStart"/>
      <w:r w:rsidRPr="0057193F">
        <w:t>yaitu</w:t>
      </w:r>
      <w:proofErr w:type="spellEnd"/>
      <w:r w:rsidRPr="0057193F">
        <w:t xml:space="preserve"> </w:t>
      </w:r>
      <w:proofErr w:type="spellStart"/>
      <w:r w:rsidRPr="0057193F">
        <w:t>pemilihan</w:t>
      </w:r>
      <w:proofErr w:type="spellEnd"/>
      <w:r w:rsidRPr="0057193F">
        <w:t xml:space="preserve"> </w:t>
      </w:r>
      <w:proofErr w:type="spellStart"/>
      <w:r w:rsidRPr="0057193F">
        <w:t>sampel</w:t>
      </w:r>
      <w:proofErr w:type="spellEnd"/>
      <w:r w:rsidRPr="0057193F">
        <w:t xml:space="preserve"> </w:t>
      </w:r>
      <w:proofErr w:type="spellStart"/>
      <w:r w:rsidRPr="0057193F">
        <w:t>berdasarkan</w:t>
      </w:r>
      <w:proofErr w:type="spellEnd"/>
      <w:r w:rsidRPr="0057193F">
        <w:t xml:space="preserve"> </w:t>
      </w:r>
      <w:proofErr w:type="spellStart"/>
      <w:r w:rsidRPr="0057193F">
        <w:t>pertimbangan</w:t>
      </w:r>
      <w:proofErr w:type="spellEnd"/>
      <w:r w:rsidRPr="0057193F">
        <w:t xml:space="preserve"> </w:t>
      </w:r>
      <w:proofErr w:type="spellStart"/>
      <w:r w:rsidRPr="0057193F">
        <w:t>tertentu</w:t>
      </w:r>
      <w:proofErr w:type="spellEnd"/>
      <w:r w:rsidRPr="0057193F">
        <w:t xml:space="preserve"> yang </w:t>
      </w:r>
      <w:proofErr w:type="spellStart"/>
      <w:r w:rsidRPr="0057193F">
        <w:t>sesuai</w:t>
      </w:r>
      <w:proofErr w:type="spellEnd"/>
      <w:r w:rsidRPr="0057193F">
        <w:t xml:space="preserve"> </w:t>
      </w:r>
      <w:proofErr w:type="spellStart"/>
      <w:r w:rsidRPr="0057193F">
        <w:t>dengan</w:t>
      </w:r>
      <w:proofErr w:type="spellEnd"/>
      <w:r w:rsidRPr="0057193F">
        <w:t xml:space="preserve"> </w:t>
      </w:r>
      <w:proofErr w:type="spellStart"/>
      <w:r w:rsidRPr="0057193F">
        <w:t>tujuan</w:t>
      </w:r>
      <w:proofErr w:type="spellEnd"/>
      <w:r w:rsidRPr="0057193F">
        <w:t xml:space="preserve"> </w:t>
      </w:r>
      <w:proofErr w:type="spellStart"/>
      <w:r w:rsidRPr="0057193F">
        <w:t>penelitian</w:t>
      </w:r>
      <w:proofErr w:type="spellEnd"/>
      <w:r w:rsidRPr="0057193F">
        <w:t xml:space="preserve">. Lokasi </w:t>
      </w:r>
      <w:proofErr w:type="spellStart"/>
      <w:r w:rsidRPr="0057193F">
        <w:t>pengambilan</w:t>
      </w:r>
      <w:proofErr w:type="spellEnd"/>
      <w:r w:rsidRPr="0057193F">
        <w:t xml:space="preserve"> </w:t>
      </w:r>
      <w:proofErr w:type="spellStart"/>
      <w:r w:rsidRPr="0057193F">
        <w:t>sampel</w:t>
      </w:r>
      <w:proofErr w:type="spellEnd"/>
      <w:r w:rsidRPr="0057193F">
        <w:t xml:space="preserve"> </w:t>
      </w:r>
      <w:proofErr w:type="spellStart"/>
      <w:r w:rsidRPr="0057193F">
        <w:t>meliputi</w:t>
      </w:r>
      <w:proofErr w:type="spellEnd"/>
      <w:r w:rsidRPr="0057193F">
        <w:t xml:space="preserve"> pasar </w:t>
      </w:r>
      <w:proofErr w:type="spellStart"/>
      <w:r w:rsidRPr="0057193F">
        <w:t>tradisional</w:t>
      </w:r>
      <w:proofErr w:type="spellEnd"/>
      <w:r w:rsidRPr="0057193F">
        <w:t xml:space="preserve">, </w:t>
      </w:r>
      <w:proofErr w:type="spellStart"/>
      <w:r w:rsidRPr="0057193F">
        <w:t>pedagang</w:t>
      </w:r>
      <w:proofErr w:type="spellEnd"/>
      <w:r w:rsidRPr="0057193F">
        <w:t xml:space="preserve"> ikan segar, dan unit </w:t>
      </w:r>
      <w:proofErr w:type="spellStart"/>
      <w:r w:rsidRPr="0057193F">
        <w:t>pengolahan</w:t>
      </w:r>
      <w:proofErr w:type="spellEnd"/>
      <w:r w:rsidRPr="0057193F">
        <w:t xml:space="preserve"> ikan asap yang </w:t>
      </w:r>
      <w:proofErr w:type="spellStart"/>
      <w:r w:rsidRPr="0057193F">
        <w:t>mewakili</w:t>
      </w:r>
      <w:proofErr w:type="spellEnd"/>
      <w:r w:rsidRPr="0057193F">
        <w:t xml:space="preserve"> wilayah </w:t>
      </w:r>
      <w:proofErr w:type="spellStart"/>
      <w:r w:rsidRPr="0057193F">
        <w:t>penelitian</w:t>
      </w:r>
      <w:proofErr w:type="spellEnd"/>
      <w:r w:rsidRPr="0057193F">
        <w:t xml:space="preserve">. </w:t>
      </w:r>
      <w:proofErr w:type="spellStart"/>
      <w:r w:rsidRPr="0057193F">
        <w:t>Setiap</w:t>
      </w:r>
      <w:proofErr w:type="spellEnd"/>
      <w:r w:rsidRPr="0057193F">
        <w:t xml:space="preserve"> </w:t>
      </w:r>
      <w:proofErr w:type="spellStart"/>
      <w:r w:rsidRPr="0057193F">
        <w:t>sampel</w:t>
      </w:r>
      <w:proofErr w:type="spellEnd"/>
      <w:r w:rsidRPr="0057193F">
        <w:t xml:space="preserve"> </w:t>
      </w:r>
      <w:proofErr w:type="spellStart"/>
      <w:r w:rsidRPr="0057193F">
        <w:t>diberi</w:t>
      </w:r>
      <w:proofErr w:type="spellEnd"/>
      <w:r w:rsidRPr="0057193F">
        <w:t xml:space="preserve"> </w:t>
      </w:r>
      <w:proofErr w:type="spellStart"/>
      <w:r w:rsidRPr="0057193F">
        <w:t>kode</w:t>
      </w:r>
      <w:proofErr w:type="spellEnd"/>
      <w:r w:rsidRPr="0057193F">
        <w:t xml:space="preserve"> </w:t>
      </w:r>
      <w:proofErr w:type="spellStart"/>
      <w:r w:rsidRPr="0057193F">
        <w:t>berdasarkan</w:t>
      </w:r>
      <w:proofErr w:type="spellEnd"/>
      <w:r w:rsidRPr="0057193F">
        <w:t xml:space="preserve"> </w:t>
      </w:r>
      <w:proofErr w:type="spellStart"/>
      <w:r w:rsidRPr="0057193F">
        <w:t>jenis</w:t>
      </w:r>
      <w:proofErr w:type="spellEnd"/>
      <w:r w:rsidRPr="0057193F">
        <w:t xml:space="preserve"> </w:t>
      </w:r>
      <w:proofErr w:type="spellStart"/>
      <w:r w:rsidRPr="0057193F">
        <w:t>produk</w:t>
      </w:r>
      <w:proofErr w:type="spellEnd"/>
      <w:r w:rsidRPr="0057193F">
        <w:t xml:space="preserve">, </w:t>
      </w:r>
      <w:proofErr w:type="spellStart"/>
      <w:r w:rsidRPr="0057193F">
        <w:t>lokasi</w:t>
      </w:r>
      <w:proofErr w:type="spellEnd"/>
      <w:r w:rsidRPr="0057193F">
        <w:t xml:space="preserve">, </w:t>
      </w:r>
      <w:proofErr w:type="spellStart"/>
      <w:r w:rsidRPr="0057193F">
        <w:t>waktu</w:t>
      </w:r>
      <w:proofErr w:type="spellEnd"/>
      <w:r w:rsidRPr="0057193F">
        <w:t xml:space="preserve"> </w:t>
      </w:r>
      <w:proofErr w:type="spellStart"/>
      <w:r w:rsidRPr="0057193F">
        <w:t>pengambilan</w:t>
      </w:r>
      <w:proofErr w:type="spellEnd"/>
      <w:r w:rsidRPr="0057193F">
        <w:t xml:space="preserve">, dan </w:t>
      </w:r>
      <w:proofErr w:type="spellStart"/>
      <w:r w:rsidRPr="0057193F">
        <w:t>nomor</w:t>
      </w:r>
      <w:proofErr w:type="spellEnd"/>
      <w:r w:rsidRPr="0057193F">
        <w:t xml:space="preserve"> </w:t>
      </w:r>
      <w:proofErr w:type="spellStart"/>
      <w:r w:rsidRPr="0057193F">
        <w:t>sampel</w:t>
      </w:r>
      <w:proofErr w:type="spellEnd"/>
      <w:r w:rsidRPr="0057193F">
        <w:t xml:space="preserve"> </w:t>
      </w:r>
      <w:proofErr w:type="spellStart"/>
      <w:r w:rsidRPr="0057193F">
        <w:t>untuk</w:t>
      </w:r>
      <w:proofErr w:type="spellEnd"/>
      <w:r w:rsidRPr="0057193F">
        <w:t xml:space="preserve"> </w:t>
      </w:r>
      <w:proofErr w:type="spellStart"/>
      <w:r w:rsidRPr="0057193F">
        <w:t>memudahkan</w:t>
      </w:r>
      <w:proofErr w:type="spellEnd"/>
      <w:r w:rsidRPr="0057193F">
        <w:t xml:space="preserve"> </w:t>
      </w:r>
      <w:proofErr w:type="spellStart"/>
      <w:r w:rsidRPr="0057193F">
        <w:t>identifikasi</w:t>
      </w:r>
      <w:proofErr w:type="spellEnd"/>
      <w:r w:rsidRPr="0057193F">
        <w:t xml:space="preserve"> dan </w:t>
      </w:r>
      <w:proofErr w:type="spellStart"/>
      <w:r w:rsidRPr="0057193F">
        <w:t>analisis</w:t>
      </w:r>
      <w:proofErr w:type="spellEnd"/>
    </w:p>
    <w:p w14:paraId="4837CFFD" w14:textId="77777777" w:rsidR="00ED60A9" w:rsidRDefault="00F4540C" w:rsidP="00D42CB9">
      <w:pPr>
        <w:jc w:val="both"/>
      </w:pPr>
      <w:r>
        <w:t xml:space="preserve">Adapun </w:t>
      </w:r>
      <w:proofErr w:type="spellStart"/>
      <w:r>
        <w:t>tahapan</w:t>
      </w:r>
      <w:proofErr w:type="spellEnd"/>
      <w:r>
        <w:t xml:space="preserve"> </w:t>
      </w:r>
      <w:proofErr w:type="spellStart"/>
      <w:r>
        <w:t>penelitian</w:t>
      </w:r>
      <w:proofErr w:type="spellEnd"/>
      <w:r>
        <w:t xml:space="preserve"> </w:t>
      </w:r>
      <w:proofErr w:type="spellStart"/>
      <w:r w:rsidR="00ED60A9">
        <w:t>ini</w:t>
      </w:r>
      <w:proofErr w:type="spellEnd"/>
      <w:r w:rsidR="00ED60A9">
        <w:t xml:space="preserve"> di </w:t>
      </w:r>
      <w:proofErr w:type="spellStart"/>
      <w:r w:rsidR="00ED60A9">
        <w:t>susuun</w:t>
      </w:r>
      <w:proofErr w:type="spellEnd"/>
      <w:r w:rsidR="00ED60A9">
        <w:t xml:space="preserve"> </w:t>
      </w:r>
      <w:proofErr w:type="spellStart"/>
      <w:r w:rsidR="00ED60A9">
        <w:t>dalam</w:t>
      </w:r>
      <w:proofErr w:type="spellEnd"/>
      <w:r w:rsidR="00ED60A9">
        <w:t xml:space="preserve"> </w:t>
      </w:r>
      <w:proofErr w:type="spellStart"/>
      <w:r w:rsidR="00ED60A9">
        <w:t>bentuk</w:t>
      </w:r>
      <w:proofErr w:type="spellEnd"/>
      <w:r w:rsidR="00ED60A9">
        <w:t xml:space="preserve"> diagram </w:t>
      </w:r>
      <w:proofErr w:type="spellStart"/>
      <w:r w:rsidR="00ED60A9">
        <w:t>alir</w:t>
      </w:r>
      <w:proofErr w:type="spellEnd"/>
      <w:r w:rsidR="00ED60A9">
        <w:t>.</w:t>
      </w:r>
    </w:p>
    <w:p w14:paraId="19555515" w14:textId="77777777" w:rsidR="000D17A5" w:rsidRDefault="000D17A5" w:rsidP="00D42CB9">
      <w:pPr>
        <w:jc w:val="both"/>
      </w:pPr>
    </w:p>
    <w:p w14:paraId="1A395EEE" w14:textId="77777777" w:rsidR="000D17A5" w:rsidRDefault="000D17A5" w:rsidP="00D42CB9">
      <w:pPr>
        <w:jc w:val="both"/>
      </w:pPr>
    </w:p>
    <w:p w14:paraId="2AF1286F" w14:textId="77777777" w:rsidR="000D17A5" w:rsidRDefault="000D17A5" w:rsidP="00D42CB9">
      <w:pPr>
        <w:jc w:val="both"/>
      </w:pPr>
    </w:p>
    <w:p w14:paraId="6AC1C297" w14:textId="470BB868" w:rsidR="000D17A5" w:rsidRDefault="00ED5A53" w:rsidP="00D42CB9">
      <w:pPr>
        <w:jc w:val="both"/>
      </w:pPr>
      <w:r>
        <w:rPr>
          <w:noProof/>
        </w:rPr>
        <w:drawing>
          <wp:anchor distT="0" distB="0" distL="114300" distR="114300" simplePos="0" relativeHeight="251660800" behindDoc="1" locked="0" layoutInCell="1" allowOverlap="1" wp14:anchorId="1D0CD780" wp14:editId="28C866E1">
            <wp:simplePos x="0" y="0"/>
            <wp:positionH relativeFrom="column">
              <wp:posOffset>443865</wp:posOffset>
            </wp:positionH>
            <wp:positionV relativeFrom="paragraph">
              <wp:posOffset>5715</wp:posOffset>
            </wp:positionV>
            <wp:extent cx="5240655" cy="5590540"/>
            <wp:effectExtent l="0" t="0" r="0" b="0"/>
            <wp:wrapTight wrapText="bothSides">
              <wp:wrapPolygon edited="0">
                <wp:start x="0" y="0"/>
                <wp:lineTo x="0" y="21492"/>
                <wp:lineTo x="21514" y="21492"/>
                <wp:lineTo x="21514" y="0"/>
                <wp:lineTo x="0" y="0"/>
              </wp:wrapPolygon>
            </wp:wrapTight>
            <wp:docPr id="118172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40655" cy="5590540"/>
                    </a:xfrm>
                    <a:prstGeom prst="rect">
                      <a:avLst/>
                    </a:prstGeom>
                    <a:noFill/>
                  </pic:spPr>
                </pic:pic>
              </a:graphicData>
            </a:graphic>
          </wp:anchor>
        </w:drawing>
      </w:r>
    </w:p>
    <w:p w14:paraId="58E0DE05" w14:textId="0775A370" w:rsidR="000D17A5" w:rsidRDefault="000D17A5" w:rsidP="00D42CB9">
      <w:pPr>
        <w:jc w:val="both"/>
      </w:pPr>
    </w:p>
    <w:p w14:paraId="66209515" w14:textId="3AA7EA71" w:rsidR="000D17A5" w:rsidRDefault="000D17A5" w:rsidP="00D42CB9">
      <w:pPr>
        <w:jc w:val="both"/>
      </w:pPr>
    </w:p>
    <w:p w14:paraId="3DB3CFD6" w14:textId="18E3C181" w:rsidR="000D17A5" w:rsidRDefault="000D17A5" w:rsidP="00D42CB9">
      <w:pPr>
        <w:jc w:val="both"/>
      </w:pPr>
    </w:p>
    <w:p w14:paraId="48206E42" w14:textId="77777777" w:rsidR="000D17A5" w:rsidRDefault="000D17A5" w:rsidP="00D42CB9">
      <w:pPr>
        <w:jc w:val="both"/>
      </w:pPr>
    </w:p>
    <w:p w14:paraId="775448A8" w14:textId="77777777" w:rsidR="000D17A5" w:rsidRDefault="000D17A5" w:rsidP="00D42CB9">
      <w:pPr>
        <w:jc w:val="both"/>
      </w:pPr>
    </w:p>
    <w:p w14:paraId="79C65B6E" w14:textId="77777777" w:rsidR="000D17A5" w:rsidRDefault="000D17A5" w:rsidP="00D42CB9">
      <w:pPr>
        <w:jc w:val="both"/>
      </w:pPr>
    </w:p>
    <w:p w14:paraId="4609D401" w14:textId="77777777" w:rsidR="000D17A5" w:rsidRDefault="000D17A5" w:rsidP="00D42CB9">
      <w:pPr>
        <w:jc w:val="both"/>
      </w:pPr>
    </w:p>
    <w:p w14:paraId="4953A1B1" w14:textId="77777777" w:rsidR="000D17A5" w:rsidRDefault="000D17A5" w:rsidP="00D42CB9">
      <w:pPr>
        <w:jc w:val="both"/>
      </w:pPr>
    </w:p>
    <w:p w14:paraId="3E0D0EF0" w14:textId="5A35C084" w:rsidR="000D17A5" w:rsidRDefault="000D17A5" w:rsidP="00D42CB9">
      <w:pPr>
        <w:jc w:val="both"/>
      </w:pPr>
      <w:r w:rsidRPr="000D17A5">
        <w:t xml:space="preserve">Teknik </w:t>
      </w:r>
      <w:proofErr w:type="spellStart"/>
      <w:r w:rsidRPr="000D17A5">
        <w:t>pengumpulan</w:t>
      </w:r>
      <w:proofErr w:type="spellEnd"/>
      <w:r w:rsidRPr="000D17A5">
        <w:t xml:space="preserve"> data </w:t>
      </w:r>
      <w:proofErr w:type="spellStart"/>
      <w:r w:rsidRPr="000D17A5">
        <w:t>dalam</w:t>
      </w:r>
      <w:proofErr w:type="spellEnd"/>
      <w:r w:rsidRPr="000D17A5">
        <w:t xml:space="preserve"> </w:t>
      </w:r>
      <w:proofErr w:type="spellStart"/>
      <w:r w:rsidRPr="000D17A5">
        <w:t>penelitian</w:t>
      </w:r>
      <w:proofErr w:type="spellEnd"/>
      <w:r w:rsidRPr="000D17A5">
        <w:t xml:space="preserve"> </w:t>
      </w:r>
      <w:proofErr w:type="spellStart"/>
      <w:r w:rsidRPr="000D17A5">
        <w:t>ini</w:t>
      </w:r>
      <w:proofErr w:type="spellEnd"/>
      <w:r w:rsidRPr="000D17A5">
        <w:t xml:space="preserve"> </w:t>
      </w:r>
      <w:proofErr w:type="spellStart"/>
      <w:r w:rsidRPr="000D17A5">
        <w:t>terdiri</w:t>
      </w:r>
      <w:proofErr w:type="spellEnd"/>
      <w:r w:rsidRPr="000D17A5">
        <w:t xml:space="preserve"> </w:t>
      </w:r>
      <w:proofErr w:type="spellStart"/>
      <w:r w:rsidRPr="000D17A5">
        <w:t>atas</w:t>
      </w:r>
      <w:proofErr w:type="spellEnd"/>
      <w:r w:rsidRPr="000D17A5">
        <w:t xml:space="preserve"> </w:t>
      </w:r>
      <w:proofErr w:type="spellStart"/>
      <w:r w:rsidRPr="000D17A5">
        <w:t>tiga</w:t>
      </w:r>
      <w:proofErr w:type="spellEnd"/>
      <w:r w:rsidRPr="000D17A5">
        <w:t xml:space="preserve"> </w:t>
      </w:r>
      <w:proofErr w:type="spellStart"/>
      <w:r w:rsidRPr="000D17A5">
        <w:t>cara</w:t>
      </w:r>
      <w:proofErr w:type="spellEnd"/>
      <w:r w:rsidRPr="000D17A5">
        <w:t xml:space="preserve"> </w:t>
      </w:r>
      <w:proofErr w:type="spellStart"/>
      <w:r w:rsidRPr="000D17A5">
        <w:t>utama</w:t>
      </w:r>
      <w:proofErr w:type="spellEnd"/>
      <w:r w:rsidRPr="000D17A5">
        <w:t xml:space="preserve">. </w:t>
      </w:r>
      <w:proofErr w:type="spellStart"/>
      <w:r w:rsidRPr="000D17A5">
        <w:rPr>
          <w:b/>
          <w:bCs/>
          <w:i/>
          <w:iCs/>
        </w:rPr>
        <w:t>Pertama</w:t>
      </w:r>
      <w:proofErr w:type="spellEnd"/>
      <w:r w:rsidRPr="000D17A5">
        <w:t xml:space="preserve">, </w:t>
      </w:r>
      <w:proofErr w:type="spellStart"/>
      <w:r w:rsidRPr="000D17A5">
        <w:t>pengujian</w:t>
      </w:r>
      <w:proofErr w:type="spellEnd"/>
      <w:r w:rsidRPr="000D17A5">
        <w:t xml:space="preserve"> </w:t>
      </w:r>
      <w:proofErr w:type="spellStart"/>
      <w:r w:rsidRPr="000D17A5">
        <w:t>laboratorium</w:t>
      </w:r>
      <w:proofErr w:type="spellEnd"/>
      <w:r w:rsidRPr="000D17A5">
        <w:t xml:space="preserve">, </w:t>
      </w:r>
      <w:proofErr w:type="spellStart"/>
      <w:r w:rsidRPr="000D17A5">
        <w:t>yaitu</w:t>
      </w:r>
      <w:proofErr w:type="spellEnd"/>
      <w:r w:rsidRPr="000D17A5">
        <w:t xml:space="preserve"> </w:t>
      </w:r>
      <w:proofErr w:type="spellStart"/>
      <w:r w:rsidRPr="000D17A5">
        <w:t>pengumpulan</w:t>
      </w:r>
      <w:proofErr w:type="spellEnd"/>
      <w:r w:rsidRPr="000D17A5">
        <w:t xml:space="preserve"> data </w:t>
      </w:r>
      <w:proofErr w:type="spellStart"/>
      <w:r w:rsidRPr="000D17A5">
        <w:t>melalui</w:t>
      </w:r>
      <w:proofErr w:type="spellEnd"/>
      <w:r w:rsidRPr="000D17A5">
        <w:t xml:space="preserve"> </w:t>
      </w:r>
      <w:proofErr w:type="spellStart"/>
      <w:r w:rsidRPr="000D17A5">
        <w:t>pemeriksaan</w:t>
      </w:r>
      <w:proofErr w:type="spellEnd"/>
      <w:r w:rsidRPr="000D17A5">
        <w:t xml:space="preserve"> </w:t>
      </w:r>
      <w:proofErr w:type="spellStart"/>
      <w:r w:rsidRPr="000D17A5">
        <w:t>kandungan</w:t>
      </w:r>
      <w:proofErr w:type="spellEnd"/>
      <w:r w:rsidRPr="000D17A5">
        <w:t xml:space="preserve"> formalin dan </w:t>
      </w:r>
      <w:proofErr w:type="spellStart"/>
      <w:r w:rsidRPr="000D17A5">
        <w:t>analisis</w:t>
      </w:r>
      <w:proofErr w:type="spellEnd"/>
      <w:r w:rsidRPr="000D17A5">
        <w:t xml:space="preserve"> parameter </w:t>
      </w:r>
      <w:proofErr w:type="spellStart"/>
      <w:r w:rsidRPr="000D17A5">
        <w:t>mutu</w:t>
      </w:r>
      <w:proofErr w:type="spellEnd"/>
      <w:r w:rsidRPr="000D17A5">
        <w:t xml:space="preserve"> ikan </w:t>
      </w:r>
      <w:proofErr w:type="spellStart"/>
      <w:r w:rsidRPr="000D17A5">
        <w:t>cakalang</w:t>
      </w:r>
      <w:proofErr w:type="spellEnd"/>
      <w:r w:rsidRPr="000D17A5">
        <w:t xml:space="preserve"> segar dan </w:t>
      </w:r>
      <w:r w:rsidR="00FD78C1">
        <w:t xml:space="preserve">ikan </w:t>
      </w:r>
      <w:proofErr w:type="spellStart"/>
      <w:r w:rsidR="00FD78C1">
        <w:t>cakalang</w:t>
      </w:r>
      <w:proofErr w:type="spellEnd"/>
      <w:r w:rsidR="00FD78C1">
        <w:t xml:space="preserve"> </w:t>
      </w:r>
      <w:r w:rsidRPr="000D17A5">
        <w:t xml:space="preserve">asap. </w:t>
      </w:r>
      <w:proofErr w:type="spellStart"/>
      <w:r w:rsidRPr="000D17A5">
        <w:rPr>
          <w:b/>
          <w:bCs/>
          <w:i/>
          <w:iCs/>
        </w:rPr>
        <w:t>Kedua</w:t>
      </w:r>
      <w:proofErr w:type="spellEnd"/>
      <w:r w:rsidRPr="000D17A5">
        <w:t xml:space="preserve">, </w:t>
      </w:r>
      <w:proofErr w:type="spellStart"/>
      <w:r w:rsidRPr="000D17A5">
        <w:t>observasi</w:t>
      </w:r>
      <w:proofErr w:type="spellEnd"/>
      <w:r w:rsidRPr="000D17A5">
        <w:t xml:space="preserve"> </w:t>
      </w:r>
      <w:proofErr w:type="spellStart"/>
      <w:r w:rsidRPr="000D17A5">
        <w:t>lapangan</w:t>
      </w:r>
      <w:proofErr w:type="spellEnd"/>
      <w:r w:rsidRPr="000D17A5">
        <w:t xml:space="preserve">, </w:t>
      </w:r>
      <w:proofErr w:type="spellStart"/>
      <w:r w:rsidRPr="000D17A5">
        <w:t>yaitu</w:t>
      </w:r>
      <w:proofErr w:type="spellEnd"/>
      <w:r w:rsidRPr="000D17A5">
        <w:t xml:space="preserve"> </w:t>
      </w:r>
      <w:proofErr w:type="spellStart"/>
      <w:r w:rsidRPr="000D17A5">
        <w:t>pengamatan</w:t>
      </w:r>
      <w:proofErr w:type="spellEnd"/>
      <w:r w:rsidRPr="000D17A5">
        <w:t xml:space="preserve"> </w:t>
      </w:r>
      <w:proofErr w:type="spellStart"/>
      <w:r w:rsidRPr="000D17A5">
        <w:t>langsung</w:t>
      </w:r>
      <w:proofErr w:type="spellEnd"/>
      <w:r w:rsidRPr="000D17A5">
        <w:t xml:space="preserve"> </w:t>
      </w:r>
      <w:proofErr w:type="spellStart"/>
      <w:r w:rsidRPr="000D17A5">
        <w:t>terhadap</w:t>
      </w:r>
      <w:proofErr w:type="spellEnd"/>
      <w:r w:rsidRPr="000D17A5">
        <w:t xml:space="preserve"> </w:t>
      </w:r>
      <w:proofErr w:type="spellStart"/>
      <w:r w:rsidRPr="000D17A5">
        <w:t>kondisi</w:t>
      </w:r>
      <w:proofErr w:type="spellEnd"/>
      <w:r w:rsidRPr="000D17A5">
        <w:t xml:space="preserve"> </w:t>
      </w:r>
      <w:proofErr w:type="spellStart"/>
      <w:r w:rsidRPr="000D17A5">
        <w:t>penanganan</w:t>
      </w:r>
      <w:proofErr w:type="spellEnd"/>
      <w:r w:rsidRPr="000D17A5">
        <w:t xml:space="preserve">, </w:t>
      </w:r>
      <w:proofErr w:type="spellStart"/>
      <w:r w:rsidRPr="000D17A5">
        <w:t>penyimpanan</w:t>
      </w:r>
      <w:proofErr w:type="spellEnd"/>
      <w:r w:rsidRPr="000D17A5">
        <w:t xml:space="preserve">, </w:t>
      </w:r>
      <w:proofErr w:type="spellStart"/>
      <w:r w:rsidRPr="000D17A5">
        <w:t>distribusi</w:t>
      </w:r>
      <w:proofErr w:type="spellEnd"/>
      <w:r w:rsidRPr="000D17A5">
        <w:t xml:space="preserve">, dan </w:t>
      </w:r>
      <w:proofErr w:type="spellStart"/>
      <w:r w:rsidRPr="000D17A5">
        <w:t>pemasaran</w:t>
      </w:r>
      <w:proofErr w:type="spellEnd"/>
      <w:r w:rsidRPr="000D17A5">
        <w:t xml:space="preserve"> ikan </w:t>
      </w:r>
      <w:proofErr w:type="spellStart"/>
      <w:r w:rsidRPr="000D17A5">
        <w:t>cakalang</w:t>
      </w:r>
      <w:proofErr w:type="spellEnd"/>
      <w:r w:rsidRPr="000D17A5">
        <w:t xml:space="preserve"> di </w:t>
      </w:r>
      <w:proofErr w:type="spellStart"/>
      <w:r w:rsidRPr="000D17A5">
        <w:t>lokasi</w:t>
      </w:r>
      <w:proofErr w:type="spellEnd"/>
      <w:r w:rsidRPr="000D17A5">
        <w:t xml:space="preserve"> </w:t>
      </w:r>
      <w:proofErr w:type="spellStart"/>
      <w:r w:rsidRPr="000D17A5">
        <w:t>penelitian</w:t>
      </w:r>
      <w:proofErr w:type="spellEnd"/>
      <w:r w:rsidRPr="000D17A5">
        <w:t xml:space="preserve">. </w:t>
      </w:r>
      <w:proofErr w:type="spellStart"/>
      <w:r w:rsidRPr="000D17A5">
        <w:rPr>
          <w:b/>
          <w:bCs/>
          <w:i/>
          <w:iCs/>
        </w:rPr>
        <w:t>Ketiga</w:t>
      </w:r>
      <w:proofErr w:type="spellEnd"/>
      <w:r w:rsidRPr="000D17A5">
        <w:t xml:space="preserve">, </w:t>
      </w:r>
      <w:proofErr w:type="spellStart"/>
      <w:r w:rsidRPr="000D17A5">
        <w:t>wawancara</w:t>
      </w:r>
      <w:proofErr w:type="spellEnd"/>
      <w:r w:rsidRPr="000D17A5">
        <w:t xml:space="preserve"> </w:t>
      </w:r>
      <w:proofErr w:type="spellStart"/>
      <w:r w:rsidR="00FD78C1">
        <w:t>dilakukan</w:t>
      </w:r>
      <w:proofErr w:type="spellEnd"/>
      <w:r w:rsidR="00FD78C1">
        <w:t xml:space="preserve"> </w:t>
      </w:r>
      <w:proofErr w:type="spellStart"/>
      <w:r w:rsidRPr="000D17A5">
        <w:t>dengan</w:t>
      </w:r>
      <w:proofErr w:type="spellEnd"/>
      <w:r w:rsidRPr="000D17A5">
        <w:t xml:space="preserve"> </w:t>
      </w:r>
      <w:proofErr w:type="spellStart"/>
      <w:r w:rsidRPr="000D17A5">
        <w:t>menggunakan</w:t>
      </w:r>
      <w:proofErr w:type="spellEnd"/>
      <w:r w:rsidRPr="000D17A5">
        <w:t xml:space="preserve"> </w:t>
      </w:r>
      <w:proofErr w:type="spellStart"/>
      <w:r w:rsidRPr="000D17A5">
        <w:t>kuesioner</w:t>
      </w:r>
      <w:proofErr w:type="spellEnd"/>
      <w:r w:rsidRPr="000D17A5">
        <w:t xml:space="preserve"> </w:t>
      </w:r>
      <w:proofErr w:type="spellStart"/>
      <w:r w:rsidRPr="000D17A5">
        <w:t>terstruktur</w:t>
      </w:r>
      <w:proofErr w:type="spellEnd"/>
      <w:r w:rsidRPr="000D17A5">
        <w:t xml:space="preserve">, yang </w:t>
      </w:r>
      <w:proofErr w:type="spellStart"/>
      <w:r w:rsidRPr="000D17A5">
        <w:t>ditujukan</w:t>
      </w:r>
      <w:proofErr w:type="spellEnd"/>
      <w:r w:rsidRPr="000D17A5">
        <w:t xml:space="preserve"> </w:t>
      </w:r>
      <w:proofErr w:type="spellStart"/>
      <w:r w:rsidRPr="000D17A5">
        <w:t>kepada</w:t>
      </w:r>
      <w:proofErr w:type="spellEnd"/>
      <w:r w:rsidRPr="000D17A5">
        <w:t xml:space="preserve"> </w:t>
      </w:r>
      <w:proofErr w:type="spellStart"/>
      <w:r w:rsidRPr="000D17A5">
        <w:t>pedagang</w:t>
      </w:r>
      <w:proofErr w:type="spellEnd"/>
      <w:r w:rsidRPr="000D17A5">
        <w:t xml:space="preserve"> ikan segar, </w:t>
      </w:r>
      <w:proofErr w:type="spellStart"/>
      <w:r w:rsidRPr="000D17A5">
        <w:t>pengolah</w:t>
      </w:r>
      <w:proofErr w:type="spellEnd"/>
      <w:r w:rsidRPr="000D17A5">
        <w:t xml:space="preserve"> ikan asap, dan </w:t>
      </w:r>
      <w:proofErr w:type="spellStart"/>
      <w:r w:rsidRPr="000D17A5">
        <w:t>pihak</w:t>
      </w:r>
      <w:proofErr w:type="spellEnd"/>
      <w:r w:rsidRPr="000D17A5">
        <w:t xml:space="preserve"> </w:t>
      </w:r>
      <w:proofErr w:type="spellStart"/>
      <w:r w:rsidRPr="000D17A5">
        <w:t>terkait</w:t>
      </w:r>
      <w:proofErr w:type="spellEnd"/>
      <w:r w:rsidRPr="000D17A5">
        <w:t xml:space="preserve"> </w:t>
      </w:r>
      <w:proofErr w:type="spellStart"/>
      <w:r w:rsidRPr="000D17A5">
        <w:t>lainnya</w:t>
      </w:r>
      <w:proofErr w:type="spellEnd"/>
      <w:r w:rsidRPr="000D17A5">
        <w:t xml:space="preserve"> </w:t>
      </w:r>
      <w:proofErr w:type="spellStart"/>
      <w:r w:rsidRPr="000D17A5">
        <w:t>untuk</w:t>
      </w:r>
      <w:proofErr w:type="spellEnd"/>
      <w:r w:rsidRPr="000D17A5">
        <w:t xml:space="preserve"> </w:t>
      </w:r>
      <w:proofErr w:type="spellStart"/>
      <w:r w:rsidRPr="000D17A5">
        <w:t>memperoleh</w:t>
      </w:r>
      <w:proofErr w:type="spellEnd"/>
      <w:r w:rsidRPr="000D17A5">
        <w:t xml:space="preserve"> </w:t>
      </w:r>
      <w:proofErr w:type="spellStart"/>
      <w:r w:rsidRPr="000D17A5">
        <w:t>informasi</w:t>
      </w:r>
      <w:proofErr w:type="spellEnd"/>
      <w:r w:rsidRPr="000D17A5">
        <w:t xml:space="preserve"> </w:t>
      </w:r>
      <w:proofErr w:type="spellStart"/>
      <w:r w:rsidRPr="000D17A5">
        <w:t>mengenai</w:t>
      </w:r>
      <w:proofErr w:type="spellEnd"/>
      <w:r w:rsidRPr="000D17A5">
        <w:t xml:space="preserve"> </w:t>
      </w:r>
      <w:proofErr w:type="spellStart"/>
      <w:r w:rsidRPr="000D17A5">
        <w:t>praktik</w:t>
      </w:r>
      <w:proofErr w:type="spellEnd"/>
      <w:r w:rsidRPr="000D17A5">
        <w:t xml:space="preserve"> </w:t>
      </w:r>
      <w:proofErr w:type="spellStart"/>
      <w:r w:rsidRPr="000D17A5">
        <w:t>penanganan</w:t>
      </w:r>
      <w:proofErr w:type="spellEnd"/>
      <w:r w:rsidRPr="000D17A5">
        <w:t xml:space="preserve"> </w:t>
      </w:r>
      <w:proofErr w:type="spellStart"/>
      <w:r w:rsidRPr="000D17A5">
        <w:t>pascapanen</w:t>
      </w:r>
      <w:proofErr w:type="spellEnd"/>
      <w:r w:rsidRPr="000D17A5">
        <w:t xml:space="preserve">, </w:t>
      </w:r>
      <w:proofErr w:type="spellStart"/>
      <w:r w:rsidRPr="000D17A5">
        <w:t>penggunaan</w:t>
      </w:r>
      <w:proofErr w:type="spellEnd"/>
      <w:r w:rsidRPr="000D17A5">
        <w:t xml:space="preserve"> </w:t>
      </w:r>
      <w:proofErr w:type="spellStart"/>
      <w:r w:rsidRPr="000D17A5">
        <w:t>bahan</w:t>
      </w:r>
      <w:proofErr w:type="spellEnd"/>
      <w:r w:rsidRPr="000D17A5">
        <w:t xml:space="preserve"> </w:t>
      </w:r>
      <w:proofErr w:type="spellStart"/>
      <w:r w:rsidRPr="000D17A5">
        <w:t>tambahan</w:t>
      </w:r>
      <w:proofErr w:type="spellEnd"/>
      <w:r w:rsidRPr="000D17A5">
        <w:t xml:space="preserve">, </w:t>
      </w:r>
      <w:proofErr w:type="spellStart"/>
      <w:r w:rsidRPr="000D17A5">
        <w:t>serta</w:t>
      </w:r>
      <w:proofErr w:type="spellEnd"/>
      <w:r w:rsidRPr="000D17A5">
        <w:t xml:space="preserve"> </w:t>
      </w:r>
      <w:proofErr w:type="spellStart"/>
      <w:r w:rsidRPr="000D17A5">
        <w:t>kondisi</w:t>
      </w:r>
      <w:proofErr w:type="spellEnd"/>
      <w:r w:rsidRPr="000D17A5">
        <w:t xml:space="preserve"> </w:t>
      </w:r>
      <w:proofErr w:type="spellStart"/>
      <w:r w:rsidRPr="000D17A5">
        <w:t>sanitasi</w:t>
      </w:r>
      <w:proofErr w:type="spellEnd"/>
      <w:r w:rsidRPr="000D17A5">
        <w:t xml:space="preserve"> dan </w:t>
      </w:r>
      <w:proofErr w:type="spellStart"/>
      <w:r w:rsidRPr="000D17A5">
        <w:t>higiene</w:t>
      </w:r>
      <w:proofErr w:type="spellEnd"/>
      <w:r w:rsidRPr="000D17A5">
        <w:t>.</w:t>
      </w:r>
      <w:r w:rsidR="007A322B">
        <w:t xml:space="preserve"> </w:t>
      </w:r>
    </w:p>
    <w:p w14:paraId="626AE258" w14:textId="77777777" w:rsidR="00B6128D" w:rsidRDefault="00C82A26" w:rsidP="00B6128D">
      <w:pPr>
        <w:jc w:val="both"/>
      </w:pPr>
      <w:r w:rsidRPr="00C82A26">
        <w:t xml:space="preserve">Data yang </w:t>
      </w:r>
      <w:proofErr w:type="spellStart"/>
      <w:r w:rsidRPr="00C82A26">
        <w:t>diperoleh</w:t>
      </w:r>
      <w:proofErr w:type="spellEnd"/>
      <w:r w:rsidRPr="00C82A26">
        <w:t xml:space="preserve"> </w:t>
      </w:r>
      <w:proofErr w:type="spellStart"/>
      <w:r w:rsidRPr="00C82A26">
        <w:t>dalam</w:t>
      </w:r>
      <w:proofErr w:type="spellEnd"/>
      <w:r w:rsidRPr="00C82A26">
        <w:t xml:space="preserve"> </w:t>
      </w:r>
      <w:proofErr w:type="spellStart"/>
      <w:r w:rsidRPr="00C82A26">
        <w:t>penelitian</w:t>
      </w:r>
      <w:proofErr w:type="spellEnd"/>
      <w:r w:rsidRPr="00C82A26">
        <w:t xml:space="preserve"> </w:t>
      </w:r>
      <w:proofErr w:type="spellStart"/>
      <w:r w:rsidRPr="00C82A26">
        <w:t>ini</w:t>
      </w:r>
      <w:proofErr w:type="spellEnd"/>
      <w:r w:rsidRPr="00C82A26">
        <w:t xml:space="preserve"> </w:t>
      </w:r>
      <w:proofErr w:type="spellStart"/>
      <w:r w:rsidRPr="00C82A26">
        <w:t>dianalisis</w:t>
      </w:r>
      <w:proofErr w:type="spellEnd"/>
      <w:r w:rsidRPr="00C82A26">
        <w:t xml:space="preserve"> </w:t>
      </w:r>
      <w:proofErr w:type="spellStart"/>
      <w:r w:rsidRPr="00C82A26">
        <w:t>secara</w:t>
      </w:r>
      <w:proofErr w:type="spellEnd"/>
      <w:r w:rsidRPr="00C82A26">
        <w:t xml:space="preserve"> </w:t>
      </w:r>
      <w:proofErr w:type="spellStart"/>
      <w:r w:rsidRPr="00C82A26">
        <w:t>deskriptif</w:t>
      </w:r>
      <w:proofErr w:type="spellEnd"/>
      <w:r w:rsidRPr="00C82A26">
        <w:t xml:space="preserve"> dan </w:t>
      </w:r>
      <w:proofErr w:type="spellStart"/>
      <w:r w:rsidRPr="00C82A26">
        <w:t>analitik</w:t>
      </w:r>
      <w:proofErr w:type="spellEnd"/>
      <w:r w:rsidRPr="00C82A26">
        <w:t xml:space="preserve">. </w:t>
      </w:r>
      <w:proofErr w:type="spellStart"/>
      <w:r w:rsidRPr="00C82A26">
        <w:t>Analisis</w:t>
      </w:r>
      <w:proofErr w:type="spellEnd"/>
      <w:r w:rsidRPr="00C82A26">
        <w:t xml:space="preserve"> </w:t>
      </w:r>
      <w:proofErr w:type="spellStart"/>
      <w:r w:rsidRPr="00C82A26">
        <w:t>deskriptif</w:t>
      </w:r>
      <w:proofErr w:type="spellEnd"/>
      <w:r w:rsidRPr="00C82A26">
        <w:t xml:space="preserve"> </w:t>
      </w:r>
      <w:proofErr w:type="spellStart"/>
      <w:r w:rsidRPr="00C82A26">
        <w:t>digunakan</w:t>
      </w:r>
      <w:proofErr w:type="spellEnd"/>
      <w:r w:rsidRPr="00C82A26">
        <w:t xml:space="preserve"> </w:t>
      </w:r>
      <w:proofErr w:type="spellStart"/>
      <w:r w:rsidRPr="00C82A26">
        <w:t>untuk</w:t>
      </w:r>
      <w:proofErr w:type="spellEnd"/>
      <w:r w:rsidRPr="00C82A26">
        <w:t xml:space="preserve"> </w:t>
      </w:r>
      <w:proofErr w:type="spellStart"/>
      <w:r w:rsidRPr="00C82A26">
        <w:t>menggambarkan</w:t>
      </w:r>
      <w:proofErr w:type="spellEnd"/>
      <w:r w:rsidRPr="00C82A26">
        <w:t xml:space="preserve"> </w:t>
      </w:r>
      <w:proofErr w:type="spellStart"/>
      <w:r w:rsidRPr="00C82A26">
        <w:t>distribusi</w:t>
      </w:r>
      <w:proofErr w:type="spellEnd"/>
      <w:r w:rsidRPr="00C82A26">
        <w:t xml:space="preserve"> dan </w:t>
      </w:r>
      <w:proofErr w:type="spellStart"/>
      <w:r w:rsidRPr="00C82A26">
        <w:t>karakteristik</w:t>
      </w:r>
      <w:proofErr w:type="spellEnd"/>
      <w:r w:rsidRPr="00C82A26">
        <w:t xml:space="preserve"> data, </w:t>
      </w:r>
      <w:proofErr w:type="spellStart"/>
      <w:r w:rsidRPr="00C82A26">
        <w:t>seperti</w:t>
      </w:r>
      <w:proofErr w:type="spellEnd"/>
      <w:r w:rsidRPr="00C82A26">
        <w:t xml:space="preserve"> </w:t>
      </w:r>
      <w:proofErr w:type="spellStart"/>
      <w:r w:rsidRPr="00C82A26">
        <w:t>persentase</w:t>
      </w:r>
      <w:proofErr w:type="spellEnd"/>
      <w:r w:rsidRPr="00C82A26">
        <w:t xml:space="preserve"> </w:t>
      </w:r>
      <w:proofErr w:type="spellStart"/>
      <w:r w:rsidRPr="00C82A26">
        <w:t>sampel</w:t>
      </w:r>
      <w:proofErr w:type="spellEnd"/>
      <w:r w:rsidRPr="00C82A26">
        <w:t xml:space="preserve"> </w:t>
      </w:r>
      <w:proofErr w:type="spellStart"/>
      <w:r w:rsidRPr="00C82A26">
        <w:t>positif</w:t>
      </w:r>
      <w:proofErr w:type="spellEnd"/>
      <w:r w:rsidRPr="00C82A26">
        <w:t xml:space="preserve"> dan </w:t>
      </w:r>
      <w:proofErr w:type="spellStart"/>
      <w:r w:rsidRPr="00C82A26">
        <w:t>negatif</w:t>
      </w:r>
      <w:proofErr w:type="spellEnd"/>
      <w:r w:rsidRPr="00C82A26">
        <w:t xml:space="preserve"> formalin, </w:t>
      </w:r>
      <w:proofErr w:type="spellStart"/>
      <w:r w:rsidRPr="00C82A26">
        <w:t>kadar</w:t>
      </w:r>
      <w:proofErr w:type="spellEnd"/>
      <w:r w:rsidRPr="00C82A26">
        <w:t xml:space="preserve"> formalin (</w:t>
      </w:r>
      <w:proofErr w:type="spellStart"/>
      <w:r w:rsidRPr="00C82A26">
        <w:t>nilai</w:t>
      </w:r>
      <w:proofErr w:type="spellEnd"/>
      <w:r w:rsidRPr="00C82A26">
        <w:t xml:space="preserve"> minimum, </w:t>
      </w:r>
      <w:proofErr w:type="spellStart"/>
      <w:r w:rsidRPr="00C82A26">
        <w:t>nilai</w:t>
      </w:r>
      <w:proofErr w:type="spellEnd"/>
      <w:r w:rsidRPr="00C82A26">
        <w:t xml:space="preserve"> </w:t>
      </w:r>
      <w:proofErr w:type="spellStart"/>
      <w:r w:rsidRPr="00C82A26">
        <w:t>maksimum</w:t>
      </w:r>
      <w:proofErr w:type="spellEnd"/>
      <w:r w:rsidRPr="00C82A26">
        <w:t xml:space="preserve">, rata-rata, </w:t>
      </w:r>
      <w:proofErr w:type="spellStart"/>
      <w:r w:rsidRPr="00C82A26">
        <w:t>atau</w:t>
      </w:r>
      <w:proofErr w:type="spellEnd"/>
      <w:r w:rsidRPr="00C82A26">
        <w:t xml:space="preserve"> median), </w:t>
      </w:r>
      <w:proofErr w:type="spellStart"/>
      <w:r w:rsidRPr="00C82A26">
        <w:t>serta</w:t>
      </w:r>
      <w:proofErr w:type="spellEnd"/>
      <w:r w:rsidRPr="00C82A26">
        <w:t xml:space="preserve"> </w:t>
      </w:r>
      <w:proofErr w:type="spellStart"/>
      <w:r w:rsidRPr="00C82A26">
        <w:t>karakteristik</w:t>
      </w:r>
      <w:proofErr w:type="spellEnd"/>
      <w:r w:rsidRPr="00C82A26">
        <w:t xml:space="preserve"> </w:t>
      </w:r>
      <w:proofErr w:type="spellStart"/>
      <w:r w:rsidRPr="00C82A26">
        <w:t>mutu</w:t>
      </w:r>
      <w:proofErr w:type="spellEnd"/>
      <w:r w:rsidRPr="00C82A26">
        <w:t xml:space="preserve"> ikan </w:t>
      </w:r>
      <w:proofErr w:type="spellStart"/>
      <w:r w:rsidRPr="00C82A26">
        <w:t>cakalang</w:t>
      </w:r>
      <w:proofErr w:type="spellEnd"/>
      <w:r w:rsidRPr="00C82A26">
        <w:t xml:space="preserve"> </w:t>
      </w:r>
      <w:proofErr w:type="spellStart"/>
      <w:r w:rsidRPr="00C82A26">
        <w:t>berdasarkan</w:t>
      </w:r>
      <w:proofErr w:type="spellEnd"/>
      <w:r w:rsidRPr="00C82A26">
        <w:t xml:space="preserve"> parameter </w:t>
      </w:r>
      <w:proofErr w:type="spellStart"/>
      <w:r w:rsidRPr="00C82A26">
        <w:t>organoleptik</w:t>
      </w:r>
      <w:proofErr w:type="spellEnd"/>
      <w:r w:rsidRPr="00C82A26">
        <w:t xml:space="preserve">, pH, </w:t>
      </w:r>
      <w:proofErr w:type="spellStart"/>
      <w:r w:rsidRPr="00C82A26">
        <w:t>kadar</w:t>
      </w:r>
      <w:proofErr w:type="spellEnd"/>
      <w:r w:rsidRPr="00C82A26">
        <w:t xml:space="preserve"> air, dan </w:t>
      </w:r>
      <w:proofErr w:type="spellStart"/>
      <w:r w:rsidRPr="00C82A26">
        <w:t>suhu</w:t>
      </w:r>
      <w:proofErr w:type="spellEnd"/>
      <w:r w:rsidRPr="00C82A26">
        <w:t xml:space="preserve">. </w:t>
      </w:r>
      <w:proofErr w:type="spellStart"/>
      <w:r w:rsidRPr="00C82A26">
        <w:t>Analisis</w:t>
      </w:r>
      <w:proofErr w:type="spellEnd"/>
      <w:r w:rsidRPr="00C82A26">
        <w:t xml:space="preserve"> </w:t>
      </w:r>
      <w:proofErr w:type="spellStart"/>
      <w:r w:rsidRPr="00C82A26">
        <w:t>analitik</w:t>
      </w:r>
      <w:proofErr w:type="spellEnd"/>
      <w:r w:rsidRPr="00C82A26">
        <w:t xml:space="preserve"> </w:t>
      </w:r>
      <w:proofErr w:type="spellStart"/>
      <w:r w:rsidRPr="00C82A26">
        <w:t>digunakan</w:t>
      </w:r>
      <w:proofErr w:type="spellEnd"/>
      <w:r w:rsidRPr="00C82A26">
        <w:t xml:space="preserve"> </w:t>
      </w:r>
      <w:proofErr w:type="spellStart"/>
      <w:r w:rsidRPr="00C82A26">
        <w:t>untuk</w:t>
      </w:r>
      <w:proofErr w:type="spellEnd"/>
      <w:r w:rsidRPr="00C82A26">
        <w:t xml:space="preserve"> </w:t>
      </w:r>
      <w:proofErr w:type="spellStart"/>
      <w:r w:rsidRPr="00C82A26">
        <w:t>mengkaji</w:t>
      </w:r>
      <w:proofErr w:type="spellEnd"/>
      <w:r w:rsidRPr="00C82A26">
        <w:t xml:space="preserve"> </w:t>
      </w:r>
      <w:proofErr w:type="spellStart"/>
      <w:r w:rsidRPr="00C82A26">
        <w:t>hubungan</w:t>
      </w:r>
      <w:proofErr w:type="spellEnd"/>
      <w:r w:rsidRPr="00C82A26">
        <w:t xml:space="preserve"> </w:t>
      </w:r>
      <w:proofErr w:type="spellStart"/>
      <w:r w:rsidRPr="00C82A26">
        <w:t>antara</w:t>
      </w:r>
      <w:proofErr w:type="spellEnd"/>
      <w:r w:rsidRPr="00C82A26">
        <w:t xml:space="preserve"> </w:t>
      </w:r>
      <w:proofErr w:type="spellStart"/>
      <w:r w:rsidRPr="00C82A26">
        <w:t>kandungan</w:t>
      </w:r>
      <w:proofErr w:type="spellEnd"/>
      <w:r w:rsidRPr="00C82A26">
        <w:t xml:space="preserve"> formalin </w:t>
      </w:r>
      <w:r w:rsidR="00614535">
        <w:lastRenderedPageBreak/>
        <w:t xml:space="preserve">dan </w:t>
      </w:r>
      <w:proofErr w:type="spellStart"/>
      <w:r w:rsidR="00614535">
        <w:t>karakteristik</w:t>
      </w:r>
      <w:proofErr w:type="spellEnd"/>
      <w:r w:rsidR="00614535">
        <w:t xml:space="preserve"> </w:t>
      </w:r>
      <w:proofErr w:type="spellStart"/>
      <w:r w:rsidR="00614535">
        <w:t>mutu</w:t>
      </w:r>
      <w:proofErr w:type="spellEnd"/>
      <w:r w:rsidR="00614535">
        <w:t xml:space="preserve"> ikan, </w:t>
      </w:r>
      <w:proofErr w:type="spellStart"/>
      <w:r w:rsidR="00614535">
        <w:t>serta</w:t>
      </w:r>
      <w:proofErr w:type="spellEnd"/>
      <w:r w:rsidR="00614535">
        <w:t xml:space="preserve"> </w:t>
      </w:r>
      <w:proofErr w:type="spellStart"/>
      <w:r w:rsidR="00614535">
        <w:t>hubungan</w:t>
      </w:r>
      <w:proofErr w:type="spellEnd"/>
      <w:r w:rsidR="00614535">
        <w:t xml:space="preserve"> </w:t>
      </w:r>
      <w:proofErr w:type="spellStart"/>
      <w:r w:rsidR="00614535">
        <w:t>antara</w:t>
      </w:r>
      <w:proofErr w:type="spellEnd"/>
      <w:r w:rsidR="00614535">
        <w:t xml:space="preserve"> </w:t>
      </w:r>
      <w:proofErr w:type="spellStart"/>
      <w:r w:rsidR="00614535">
        <w:t>kandungan</w:t>
      </w:r>
      <w:proofErr w:type="spellEnd"/>
      <w:r w:rsidR="00614535">
        <w:t xml:space="preserve"> formalin dan</w:t>
      </w:r>
      <w:r w:rsidRPr="00C82A26">
        <w:t xml:space="preserve"> </w:t>
      </w:r>
      <w:proofErr w:type="spellStart"/>
      <w:r w:rsidRPr="00C82A26">
        <w:t>faktor-faktor</w:t>
      </w:r>
      <w:proofErr w:type="spellEnd"/>
      <w:r w:rsidRPr="00C82A26">
        <w:t xml:space="preserve"> </w:t>
      </w:r>
      <w:proofErr w:type="spellStart"/>
      <w:r w:rsidRPr="00C82A26">
        <w:t>penanganan</w:t>
      </w:r>
      <w:proofErr w:type="spellEnd"/>
      <w:r w:rsidRPr="00C82A26">
        <w:t xml:space="preserve"> </w:t>
      </w:r>
      <w:proofErr w:type="spellStart"/>
      <w:r w:rsidRPr="00C82A26">
        <w:t>pascapanen</w:t>
      </w:r>
      <w:proofErr w:type="spellEnd"/>
      <w:r w:rsidRPr="00C82A26">
        <w:t xml:space="preserve">. </w:t>
      </w:r>
      <w:proofErr w:type="spellStart"/>
      <w:r w:rsidRPr="00C82A26">
        <w:t>Analisis</w:t>
      </w:r>
      <w:proofErr w:type="spellEnd"/>
      <w:r w:rsidRPr="00C82A26">
        <w:t xml:space="preserve"> </w:t>
      </w:r>
      <w:proofErr w:type="spellStart"/>
      <w:r w:rsidRPr="00C82A26">
        <w:t>ini</w:t>
      </w:r>
      <w:proofErr w:type="spellEnd"/>
      <w:r w:rsidRPr="00C82A26">
        <w:t xml:space="preserve"> </w:t>
      </w:r>
      <w:proofErr w:type="spellStart"/>
      <w:r w:rsidRPr="00C82A26">
        <w:t>dapat</w:t>
      </w:r>
      <w:proofErr w:type="spellEnd"/>
      <w:r w:rsidRPr="00C82A26">
        <w:t xml:space="preserve"> </w:t>
      </w:r>
      <w:proofErr w:type="spellStart"/>
      <w:r w:rsidRPr="00C82A26">
        <w:t>menggunakan</w:t>
      </w:r>
      <w:proofErr w:type="spellEnd"/>
      <w:r w:rsidRPr="00C82A26">
        <w:t xml:space="preserve"> uji </w:t>
      </w:r>
      <w:proofErr w:type="spellStart"/>
      <w:r w:rsidRPr="00C82A26">
        <w:t>statistik</w:t>
      </w:r>
      <w:proofErr w:type="spellEnd"/>
      <w:r w:rsidRPr="00C82A26">
        <w:t xml:space="preserve"> yang </w:t>
      </w:r>
      <w:proofErr w:type="spellStart"/>
      <w:r w:rsidRPr="00C82A26">
        <w:t>sesuai</w:t>
      </w:r>
      <w:proofErr w:type="spellEnd"/>
      <w:r w:rsidRPr="00C82A26">
        <w:t xml:space="preserve">, </w:t>
      </w:r>
      <w:proofErr w:type="spellStart"/>
      <w:r w:rsidRPr="00C82A26">
        <w:t>seperti</w:t>
      </w:r>
      <w:proofErr w:type="spellEnd"/>
      <w:r w:rsidRPr="00C82A26">
        <w:t xml:space="preserve"> uji </w:t>
      </w:r>
      <w:proofErr w:type="spellStart"/>
      <w:r w:rsidRPr="00C82A26">
        <w:t>korelasi</w:t>
      </w:r>
      <w:proofErr w:type="spellEnd"/>
      <w:r w:rsidRPr="00C82A26">
        <w:t xml:space="preserve"> </w:t>
      </w:r>
      <w:proofErr w:type="spellStart"/>
      <w:r w:rsidRPr="00C82A26">
        <w:t>atau</w:t>
      </w:r>
      <w:proofErr w:type="spellEnd"/>
      <w:r w:rsidRPr="00C82A26">
        <w:t xml:space="preserve"> uji </w:t>
      </w:r>
      <w:proofErr w:type="spellStart"/>
      <w:r w:rsidRPr="00C82A26">
        <w:t>beda</w:t>
      </w:r>
      <w:proofErr w:type="spellEnd"/>
      <w:r w:rsidRPr="00C82A26">
        <w:t xml:space="preserve">, </w:t>
      </w:r>
      <w:proofErr w:type="spellStart"/>
      <w:r w:rsidRPr="00C82A26">
        <w:t>tergantung</w:t>
      </w:r>
      <w:proofErr w:type="spellEnd"/>
      <w:r w:rsidRPr="00C82A26">
        <w:t xml:space="preserve"> pada </w:t>
      </w:r>
      <w:proofErr w:type="spellStart"/>
      <w:r w:rsidRPr="00C82A26">
        <w:t>jenis</w:t>
      </w:r>
      <w:proofErr w:type="spellEnd"/>
      <w:r w:rsidRPr="00C82A26">
        <w:t xml:space="preserve"> dan </w:t>
      </w:r>
      <w:proofErr w:type="spellStart"/>
      <w:r w:rsidRPr="00C82A26">
        <w:t>distribusi</w:t>
      </w:r>
      <w:proofErr w:type="spellEnd"/>
      <w:r w:rsidRPr="00C82A26">
        <w:t xml:space="preserve"> data yang </w:t>
      </w:r>
      <w:proofErr w:type="spellStart"/>
      <w:r w:rsidRPr="00C82A26">
        <w:t>diperoleh</w:t>
      </w:r>
      <w:proofErr w:type="spellEnd"/>
      <w:r w:rsidRPr="00C82A26">
        <w:t xml:space="preserve">. Dengan </w:t>
      </w:r>
      <w:proofErr w:type="spellStart"/>
      <w:r w:rsidRPr="00C82A26">
        <w:t>demikian</w:t>
      </w:r>
      <w:proofErr w:type="spellEnd"/>
      <w:r w:rsidRPr="00C82A26">
        <w:t xml:space="preserve">, </w:t>
      </w:r>
      <w:proofErr w:type="spellStart"/>
      <w:r w:rsidRPr="00C82A26">
        <w:t>hasil</w:t>
      </w:r>
      <w:proofErr w:type="spellEnd"/>
      <w:r w:rsidRPr="00C82A26">
        <w:t xml:space="preserve"> </w:t>
      </w:r>
      <w:proofErr w:type="spellStart"/>
      <w:r w:rsidRPr="00C82A26">
        <w:t>penelitian</w:t>
      </w:r>
      <w:proofErr w:type="spellEnd"/>
      <w:r w:rsidRPr="00C82A26">
        <w:t xml:space="preserve"> </w:t>
      </w:r>
      <w:proofErr w:type="spellStart"/>
      <w:r w:rsidRPr="00C82A26">
        <w:t>ini</w:t>
      </w:r>
      <w:proofErr w:type="spellEnd"/>
      <w:r w:rsidRPr="00C82A26">
        <w:t xml:space="preserve"> </w:t>
      </w:r>
      <w:proofErr w:type="spellStart"/>
      <w:r w:rsidRPr="00C82A26">
        <w:t>tidak</w:t>
      </w:r>
      <w:proofErr w:type="spellEnd"/>
      <w:r w:rsidRPr="00C82A26">
        <w:t xml:space="preserve"> </w:t>
      </w:r>
      <w:proofErr w:type="spellStart"/>
      <w:r w:rsidRPr="00C82A26">
        <w:t>hanya</w:t>
      </w:r>
      <w:proofErr w:type="spellEnd"/>
      <w:r w:rsidRPr="00C82A26">
        <w:t xml:space="preserve"> </w:t>
      </w:r>
      <w:proofErr w:type="spellStart"/>
      <w:r w:rsidRPr="00C82A26">
        <w:t>memberikan</w:t>
      </w:r>
      <w:proofErr w:type="spellEnd"/>
      <w:r w:rsidRPr="00C82A26">
        <w:t xml:space="preserve"> </w:t>
      </w:r>
      <w:proofErr w:type="spellStart"/>
      <w:r w:rsidRPr="00C82A26">
        <w:t>gambaran</w:t>
      </w:r>
      <w:proofErr w:type="spellEnd"/>
      <w:r w:rsidRPr="00C82A26">
        <w:t xml:space="preserve"> </w:t>
      </w:r>
      <w:proofErr w:type="spellStart"/>
      <w:r w:rsidRPr="00C82A26">
        <w:t>mengenai</w:t>
      </w:r>
      <w:proofErr w:type="spellEnd"/>
      <w:r w:rsidRPr="00C82A26">
        <w:t xml:space="preserve"> status </w:t>
      </w:r>
      <w:proofErr w:type="spellStart"/>
      <w:r w:rsidRPr="00C82A26">
        <w:t>keamanan</w:t>
      </w:r>
      <w:proofErr w:type="spellEnd"/>
      <w:r w:rsidRPr="00C82A26">
        <w:t xml:space="preserve"> formalin pada ikan </w:t>
      </w:r>
      <w:proofErr w:type="spellStart"/>
      <w:r w:rsidRPr="00C82A26">
        <w:t>cakalang</w:t>
      </w:r>
      <w:proofErr w:type="spellEnd"/>
      <w:r w:rsidRPr="00C82A26">
        <w:t xml:space="preserve">, </w:t>
      </w:r>
      <w:proofErr w:type="spellStart"/>
      <w:r w:rsidRPr="00C82A26">
        <w:t>tetapi</w:t>
      </w:r>
      <w:proofErr w:type="spellEnd"/>
      <w:r w:rsidRPr="00C82A26">
        <w:t xml:space="preserve"> juga </w:t>
      </w:r>
      <w:proofErr w:type="spellStart"/>
      <w:r w:rsidRPr="00C82A26">
        <w:t>menjelaskan</w:t>
      </w:r>
      <w:proofErr w:type="spellEnd"/>
      <w:r w:rsidRPr="00C82A26">
        <w:t xml:space="preserve"> </w:t>
      </w:r>
      <w:proofErr w:type="spellStart"/>
      <w:r w:rsidRPr="00C82A26">
        <w:t>faktor-faktor</w:t>
      </w:r>
      <w:proofErr w:type="spellEnd"/>
      <w:r w:rsidRPr="00C82A26">
        <w:t xml:space="preserve"> yang </w:t>
      </w:r>
      <w:proofErr w:type="spellStart"/>
      <w:r w:rsidRPr="00C82A26">
        <w:t>berkaitan</w:t>
      </w:r>
      <w:proofErr w:type="spellEnd"/>
      <w:r w:rsidRPr="00C82A26">
        <w:t xml:space="preserve"> </w:t>
      </w:r>
      <w:proofErr w:type="spellStart"/>
      <w:r w:rsidRPr="00C82A26">
        <w:t>dengan</w:t>
      </w:r>
      <w:proofErr w:type="spellEnd"/>
      <w:r w:rsidRPr="00C82A26">
        <w:t xml:space="preserve"> </w:t>
      </w:r>
      <w:proofErr w:type="spellStart"/>
      <w:r w:rsidRPr="00C82A26">
        <w:t>keberadaan</w:t>
      </w:r>
      <w:proofErr w:type="spellEnd"/>
      <w:r w:rsidRPr="00C82A26">
        <w:t xml:space="preserve"> formalin dan </w:t>
      </w:r>
      <w:proofErr w:type="spellStart"/>
      <w:r w:rsidRPr="00C82A26">
        <w:t>mutu</w:t>
      </w:r>
      <w:proofErr w:type="spellEnd"/>
      <w:r w:rsidRPr="00C82A26">
        <w:t xml:space="preserve"> </w:t>
      </w:r>
      <w:proofErr w:type="spellStart"/>
      <w:r w:rsidRPr="00C82A26">
        <w:t>produk</w:t>
      </w:r>
      <w:proofErr w:type="spellEnd"/>
      <w:r w:rsidRPr="00C82A26">
        <w:t xml:space="preserve"> </w:t>
      </w:r>
      <w:proofErr w:type="spellStart"/>
      <w:r w:rsidRPr="00C82A26">
        <w:t>perikanan</w:t>
      </w:r>
      <w:proofErr w:type="spellEnd"/>
      <w:r w:rsidRPr="00C82A26">
        <w:t xml:space="preserve"> </w:t>
      </w:r>
      <w:proofErr w:type="spellStart"/>
      <w:r w:rsidRPr="00C82A26">
        <w:t>tersebut</w:t>
      </w:r>
      <w:proofErr w:type="spellEnd"/>
      <w:r w:rsidR="00614535">
        <w:t xml:space="preserve">. </w:t>
      </w:r>
    </w:p>
    <w:p w14:paraId="3E0A61B1" w14:textId="4BDC6DBE" w:rsidR="00021266" w:rsidRPr="003F1B29" w:rsidRDefault="00E04100" w:rsidP="00B6128D">
      <w:pPr>
        <w:jc w:val="both"/>
        <w:rPr>
          <w:lang w:val="nb-NO"/>
        </w:rPr>
      </w:pPr>
      <w:r w:rsidRPr="003F1B29">
        <w:rPr>
          <w:b/>
          <w:sz w:val="24"/>
          <w:lang w:val="nb-NO"/>
        </w:rPr>
        <w:t>H. TARGET LUARAN DAN ARAH PEMANFAATAN</w:t>
      </w:r>
    </w:p>
    <w:p w14:paraId="2F529BDE" w14:textId="77777777" w:rsidR="00021266" w:rsidRPr="003F1B29" w:rsidRDefault="00E04100">
      <w:pPr>
        <w:rPr>
          <w:lang w:val="nb-NO"/>
        </w:rPr>
      </w:pPr>
      <w:r w:rsidRPr="003F1B29">
        <w:rPr>
          <w:i/>
          <w:sz w:val="19"/>
          <w:lang w:val="nb-NO"/>
        </w:rPr>
        <w:t>Pilih hanya luaran yang realistis. Tidak semua penelitian wajib menghasilkan paten atau prototipe.</w:t>
      </w:r>
    </w:p>
    <w:tbl>
      <w:tblPr>
        <w:tblStyle w:val="TableGrid"/>
        <w:tblW w:w="0" w:type="auto"/>
        <w:jc w:val="center"/>
        <w:tblLook w:val="04A0" w:firstRow="1" w:lastRow="0" w:firstColumn="1" w:lastColumn="0" w:noHBand="0" w:noVBand="1"/>
      </w:tblPr>
      <w:tblGrid>
        <w:gridCol w:w="3023"/>
        <w:gridCol w:w="731"/>
        <w:gridCol w:w="3423"/>
        <w:gridCol w:w="2125"/>
      </w:tblGrid>
      <w:tr w:rsidR="00021266" w14:paraId="7BEB6DEC" w14:textId="77777777" w:rsidTr="006D58AE">
        <w:trPr>
          <w:jc w:val="center"/>
        </w:trPr>
        <w:tc>
          <w:tcPr>
            <w:tcW w:w="3023" w:type="dxa"/>
            <w:shd w:val="clear" w:color="auto" w:fill="D9EAF7"/>
            <w:tcMar>
              <w:top w:w="90" w:type="dxa"/>
              <w:left w:w="90" w:type="dxa"/>
              <w:bottom w:w="90" w:type="dxa"/>
              <w:right w:w="90" w:type="dxa"/>
            </w:tcMar>
            <w:vAlign w:val="center"/>
          </w:tcPr>
          <w:p w14:paraId="0F3261F4" w14:textId="77777777" w:rsidR="00021266" w:rsidRDefault="00E04100" w:rsidP="006D58AE">
            <w:pPr>
              <w:spacing w:after="0"/>
              <w:jc w:val="center"/>
            </w:pPr>
            <w:r>
              <w:rPr>
                <w:b/>
                <w:sz w:val="18"/>
              </w:rPr>
              <w:t>Jenis Luaran</w:t>
            </w:r>
          </w:p>
        </w:tc>
        <w:tc>
          <w:tcPr>
            <w:tcW w:w="731" w:type="dxa"/>
            <w:shd w:val="clear" w:color="auto" w:fill="D9EAF7"/>
            <w:tcMar>
              <w:top w:w="90" w:type="dxa"/>
              <w:left w:w="90" w:type="dxa"/>
              <w:bottom w:w="90" w:type="dxa"/>
              <w:right w:w="90" w:type="dxa"/>
            </w:tcMar>
            <w:vAlign w:val="center"/>
          </w:tcPr>
          <w:p w14:paraId="1AE47A00" w14:textId="77777777" w:rsidR="00021266" w:rsidRDefault="00E04100" w:rsidP="006D58AE">
            <w:pPr>
              <w:spacing w:after="0"/>
              <w:jc w:val="center"/>
            </w:pPr>
            <w:r>
              <w:rPr>
                <w:b/>
                <w:sz w:val="18"/>
              </w:rPr>
              <w:t>Target</w:t>
            </w:r>
          </w:p>
        </w:tc>
        <w:tc>
          <w:tcPr>
            <w:tcW w:w="3423" w:type="dxa"/>
            <w:shd w:val="clear" w:color="auto" w:fill="D9EAF7"/>
            <w:tcMar>
              <w:top w:w="90" w:type="dxa"/>
              <w:left w:w="90" w:type="dxa"/>
              <w:bottom w:w="90" w:type="dxa"/>
              <w:right w:w="90" w:type="dxa"/>
            </w:tcMar>
            <w:vAlign w:val="center"/>
          </w:tcPr>
          <w:p w14:paraId="4A2919DB" w14:textId="77777777" w:rsidR="00021266" w:rsidRDefault="00E04100" w:rsidP="006D58AE">
            <w:pPr>
              <w:spacing w:after="0"/>
              <w:jc w:val="center"/>
            </w:pPr>
            <w:r>
              <w:rPr>
                <w:b/>
                <w:sz w:val="18"/>
              </w:rPr>
              <w:t xml:space="preserve">Status yang </w:t>
            </w:r>
            <w:proofErr w:type="spellStart"/>
            <w:r>
              <w:rPr>
                <w:b/>
                <w:sz w:val="18"/>
              </w:rPr>
              <w:t>Ditargetkan</w:t>
            </w:r>
            <w:proofErr w:type="spellEnd"/>
          </w:p>
        </w:tc>
        <w:tc>
          <w:tcPr>
            <w:tcW w:w="2125" w:type="dxa"/>
            <w:shd w:val="clear" w:color="auto" w:fill="D9EAF7"/>
            <w:tcMar>
              <w:top w:w="90" w:type="dxa"/>
              <w:left w:w="90" w:type="dxa"/>
              <w:bottom w:w="90" w:type="dxa"/>
              <w:right w:w="90" w:type="dxa"/>
            </w:tcMar>
            <w:vAlign w:val="center"/>
          </w:tcPr>
          <w:p w14:paraId="25D1C7D1" w14:textId="77777777" w:rsidR="00021266" w:rsidRDefault="00E04100" w:rsidP="006D58AE">
            <w:pPr>
              <w:spacing w:after="0"/>
              <w:jc w:val="center"/>
            </w:pPr>
            <w:proofErr w:type="spellStart"/>
            <w:r>
              <w:rPr>
                <w:b/>
                <w:sz w:val="18"/>
              </w:rPr>
              <w:t>Keterangan</w:t>
            </w:r>
            <w:proofErr w:type="spellEnd"/>
          </w:p>
        </w:tc>
      </w:tr>
      <w:tr w:rsidR="006D58AE" w14:paraId="1FA60180" w14:textId="77777777" w:rsidTr="006D58AE">
        <w:trPr>
          <w:jc w:val="center"/>
        </w:trPr>
        <w:tc>
          <w:tcPr>
            <w:tcW w:w="3023" w:type="dxa"/>
            <w:tcMar>
              <w:top w:w="90" w:type="dxa"/>
              <w:left w:w="90" w:type="dxa"/>
              <w:bottom w:w="90" w:type="dxa"/>
              <w:right w:w="90" w:type="dxa"/>
            </w:tcMar>
            <w:vAlign w:val="center"/>
          </w:tcPr>
          <w:p w14:paraId="11E4DE23" w14:textId="77777777" w:rsidR="006D58AE" w:rsidRDefault="006D58AE" w:rsidP="006D58AE">
            <w:pPr>
              <w:spacing w:after="0"/>
            </w:pPr>
            <w:proofErr w:type="spellStart"/>
            <w:r>
              <w:rPr>
                <w:sz w:val="18"/>
              </w:rPr>
              <w:t>Publikasi</w:t>
            </w:r>
            <w:proofErr w:type="spellEnd"/>
            <w:r>
              <w:rPr>
                <w:sz w:val="18"/>
              </w:rPr>
              <w:t xml:space="preserve"> </w:t>
            </w:r>
            <w:proofErr w:type="spellStart"/>
            <w:r>
              <w:rPr>
                <w:sz w:val="18"/>
              </w:rPr>
              <w:t>ilmiah</w:t>
            </w:r>
            <w:proofErr w:type="spellEnd"/>
          </w:p>
        </w:tc>
        <w:tc>
          <w:tcPr>
            <w:tcW w:w="731" w:type="dxa"/>
            <w:tcMar>
              <w:top w:w="90" w:type="dxa"/>
              <w:left w:w="90" w:type="dxa"/>
              <w:bottom w:w="90" w:type="dxa"/>
              <w:right w:w="90" w:type="dxa"/>
            </w:tcMar>
          </w:tcPr>
          <w:p w14:paraId="142AB1AB" w14:textId="620B0BAC" w:rsidR="006D58AE" w:rsidRDefault="00000000" w:rsidP="006D58AE">
            <w:pPr>
              <w:spacing w:after="0"/>
              <w:jc w:val="center"/>
            </w:pPr>
            <w:sdt>
              <w:sdtPr>
                <w:rPr>
                  <w:sz w:val="18"/>
                </w:rPr>
                <w:id w:val="1495135201"/>
                <w14:checkbox>
                  <w14:checked w14:val="1"/>
                  <w14:checkedState w14:val="0052" w14:font="Wingdings 2"/>
                  <w14:uncheckedState w14:val="2610" w14:font="MS Gothic"/>
                </w14:checkbox>
              </w:sdtPr>
              <w:sdtContent>
                <w:r w:rsidR="00E767A4">
                  <w:rPr>
                    <w:sz w:val="18"/>
                  </w:rPr>
                  <w:sym w:font="Wingdings 2" w:char="F052"/>
                </w:r>
              </w:sdtContent>
            </w:sdt>
          </w:p>
        </w:tc>
        <w:tc>
          <w:tcPr>
            <w:tcW w:w="3423" w:type="dxa"/>
            <w:tcMar>
              <w:top w:w="90" w:type="dxa"/>
              <w:left w:w="90" w:type="dxa"/>
              <w:bottom w:w="90" w:type="dxa"/>
              <w:right w:w="90" w:type="dxa"/>
            </w:tcMar>
            <w:vAlign w:val="center"/>
          </w:tcPr>
          <w:p w14:paraId="68ABDA3C" w14:textId="35C10305" w:rsidR="006D58AE" w:rsidRDefault="00000000" w:rsidP="006D58AE">
            <w:pPr>
              <w:spacing w:after="0"/>
              <w:rPr>
                <w:sz w:val="18"/>
              </w:rPr>
            </w:pPr>
            <w:sdt>
              <w:sdtPr>
                <w:rPr>
                  <w:sz w:val="18"/>
                </w:rPr>
                <w:id w:val="-349026723"/>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Draft </w:t>
            </w:r>
            <w:sdt>
              <w:sdtPr>
                <w:rPr>
                  <w:sz w:val="18"/>
                </w:rPr>
                <w:id w:val="-433230"/>
                <w14:checkbox>
                  <w14:checked w14:val="1"/>
                  <w14:checkedState w14:val="0052" w14:font="Wingdings 2"/>
                  <w14:uncheckedState w14:val="2610" w14:font="MS Gothic"/>
                </w14:checkbox>
              </w:sdtPr>
              <w:sdtContent>
                <w:r w:rsidR="00E767A4">
                  <w:rPr>
                    <w:sz w:val="18"/>
                  </w:rPr>
                  <w:sym w:font="Wingdings 2" w:char="F052"/>
                </w:r>
              </w:sdtContent>
            </w:sdt>
            <w:r w:rsidR="006D58AE">
              <w:rPr>
                <w:sz w:val="18"/>
              </w:rPr>
              <w:t xml:space="preserve"> Submitted </w:t>
            </w:r>
          </w:p>
          <w:p w14:paraId="44EEB580" w14:textId="1E20BAD2" w:rsidR="006D58AE" w:rsidRDefault="00000000" w:rsidP="006D58AE">
            <w:pPr>
              <w:spacing w:after="0"/>
            </w:pPr>
            <w:sdt>
              <w:sdtPr>
                <w:rPr>
                  <w:sz w:val="18"/>
                </w:rPr>
                <w:id w:val="227118845"/>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Accepted/Published</w:t>
            </w:r>
          </w:p>
        </w:tc>
        <w:tc>
          <w:tcPr>
            <w:tcW w:w="2125" w:type="dxa"/>
            <w:tcMar>
              <w:top w:w="90" w:type="dxa"/>
              <w:left w:w="90" w:type="dxa"/>
              <w:bottom w:w="90" w:type="dxa"/>
              <w:right w:w="90" w:type="dxa"/>
            </w:tcMar>
            <w:vAlign w:val="center"/>
          </w:tcPr>
          <w:p w14:paraId="14B5DB2D" w14:textId="77777777" w:rsidR="006D58AE" w:rsidRDefault="006D58AE" w:rsidP="006D58AE">
            <w:pPr>
              <w:spacing w:after="0"/>
            </w:pPr>
            <w:r>
              <w:rPr>
                <w:sz w:val="18"/>
              </w:rPr>
              <w:t>................................</w:t>
            </w:r>
          </w:p>
        </w:tc>
      </w:tr>
      <w:tr w:rsidR="006D58AE" w14:paraId="40A80681" w14:textId="77777777" w:rsidTr="006D58AE">
        <w:trPr>
          <w:jc w:val="center"/>
        </w:trPr>
        <w:tc>
          <w:tcPr>
            <w:tcW w:w="3023" w:type="dxa"/>
            <w:tcMar>
              <w:top w:w="90" w:type="dxa"/>
              <w:left w:w="90" w:type="dxa"/>
              <w:bottom w:w="90" w:type="dxa"/>
              <w:right w:w="90" w:type="dxa"/>
            </w:tcMar>
            <w:vAlign w:val="center"/>
          </w:tcPr>
          <w:p w14:paraId="3E944F29" w14:textId="77777777" w:rsidR="006D58AE" w:rsidRDefault="006D58AE" w:rsidP="006D58AE">
            <w:pPr>
              <w:spacing w:after="0"/>
            </w:pPr>
            <w:r>
              <w:rPr>
                <w:sz w:val="18"/>
              </w:rPr>
              <w:t>HKI/Hak Cipta</w:t>
            </w:r>
          </w:p>
        </w:tc>
        <w:tc>
          <w:tcPr>
            <w:tcW w:w="731" w:type="dxa"/>
            <w:tcMar>
              <w:top w:w="90" w:type="dxa"/>
              <w:left w:w="90" w:type="dxa"/>
              <w:bottom w:w="90" w:type="dxa"/>
              <w:right w:w="90" w:type="dxa"/>
            </w:tcMar>
          </w:tcPr>
          <w:p w14:paraId="5AADB28E" w14:textId="722D2862" w:rsidR="006D58AE" w:rsidRDefault="00000000" w:rsidP="006D58AE">
            <w:pPr>
              <w:spacing w:after="0"/>
              <w:jc w:val="center"/>
            </w:pPr>
            <w:sdt>
              <w:sdtPr>
                <w:rPr>
                  <w:sz w:val="18"/>
                </w:rPr>
                <w:id w:val="-1073965458"/>
                <w14:checkbox>
                  <w14:checked w14:val="1"/>
                  <w14:checkedState w14:val="0052" w14:font="Wingdings 2"/>
                  <w14:uncheckedState w14:val="2610" w14:font="MS Gothic"/>
                </w14:checkbox>
              </w:sdtPr>
              <w:sdtContent>
                <w:r w:rsidR="00D91779">
                  <w:rPr>
                    <w:sz w:val="18"/>
                  </w:rPr>
                  <w:sym w:font="Wingdings 2" w:char="F052"/>
                </w:r>
              </w:sdtContent>
            </w:sdt>
          </w:p>
        </w:tc>
        <w:tc>
          <w:tcPr>
            <w:tcW w:w="3423" w:type="dxa"/>
            <w:tcMar>
              <w:top w:w="90" w:type="dxa"/>
              <w:left w:w="90" w:type="dxa"/>
              <w:bottom w:w="90" w:type="dxa"/>
              <w:right w:w="90" w:type="dxa"/>
            </w:tcMar>
            <w:vAlign w:val="center"/>
          </w:tcPr>
          <w:p w14:paraId="4AD3B79B" w14:textId="77777777" w:rsidR="006D58AE" w:rsidRDefault="00000000" w:rsidP="006D58AE">
            <w:pPr>
              <w:spacing w:after="0"/>
              <w:rPr>
                <w:sz w:val="18"/>
              </w:rPr>
            </w:pPr>
            <w:sdt>
              <w:sdtPr>
                <w:rPr>
                  <w:sz w:val="18"/>
                </w:rPr>
                <w:id w:val="-754051272"/>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Draft </w:t>
            </w:r>
            <w:sdt>
              <w:sdtPr>
                <w:rPr>
                  <w:sz w:val="18"/>
                </w:rPr>
                <w:id w:val="-791592511"/>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Diajukan</w:t>
            </w:r>
            <w:proofErr w:type="spellEnd"/>
            <w:r w:rsidR="006D58AE">
              <w:rPr>
                <w:sz w:val="18"/>
              </w:rPr>
              <w:t xml:space="preserve"> </w:t>
            </w:r>
          </w:p>
          <w:p w14:paraId="54A7E98C" w14:textId="2ED39D6E" w:rsidR="006D58AE" w:rsidRDefault="00000000" w:rsidP="006D58AE">
            <w:pPr>
              <w:spacing w:after="0"/>
            </w:pPr>
            <w:sdt>
              <w:sdtPr>
                <w:rPr>
                  <w:sz w:val="18"/>
                </w:rPr>
                <w:id w:val="-1407373571"/>
                <w14:checkbox>
                  <w14:checked w14:val="1"/>
                  <w14:checkedState w14:val="0052" w14:font="Wingdings 2"/>
                  <w14:uncheckedState w14:val="2610" w14:font="MS Gothic"/>
                </w14:checkbox>
              </w:sdtPr>
              <w:sdtContent>
                <w:r w:rsidR="00D91779">
                  <w:rPr>
                    <w:sz w:val="18"/>
                  </w:rPr>
                  <w:sym w:font="Wingdings 2" w:char="F052"/>
                </w:r>
              </w:sdtContent>
            </w:sdt>
            <w:r w:rsidR="006D58AE">
              <w:rPr>
                <w:sz w:val="18"/>
              </w:rPr>
              <w:t xml:space="preserve"> </w:t>
            </w:r>
            <w:proofErr w:type="spellStart"/>
            <w:r w:rsidR="006D58AE">
              <w:rPr>
                <w:sz w:val="18"/>
              </w:rPr>
              <w:t>Terdaftar</w:t>
            </w:r>
            <w:proofErr w:type="spellEnd"/>
            <w:r w:rsidR="006D58AE">
              <w:rPr>
                <w:sz w:val="18"/>
              </w:rPr>
              <w:t>/Granted</w:t>
            </w:r>
          </w:p>
        </w:tc>
        <w:tc>
          <w:tcPr>
            <w:tcW w:w="2125" w:type="dxa"/>
            <w:tcMar>
              <w:top w:w="90" w:type="dxa"/>
              <w:left w:w="90" w:type="dxa"/>
              <w:bottom w:w="90" w:type="dxa"/>
              <w:right w:w="90" w:type="dxa"/>
            </w:tcMar>
            <w:vAlign w:val="center"/>
          </w:tcPr>
          <w:p w14:paraId="48B77248" w14:textId="77777777" w:rsidR="006D58AE" w:rsidRDefault="006D58AE" w:rsidP="006D58AE">
            <w:pPr>
              <w:spacing w:after="0"/>
            </w:pPr>
            <w:r>
              <w:rPr>
                <w:sz w:val="18"/>
              </w:rPr>
              <w:t>................................</w:t>
            </w:r>
          </w:p>
        </w:tc>
      </w:tr>
      <w:tr w:rsidR="006D58AE" w14:paraId="1D980B70" w14:textId="77777777" w:rsidTr="006D58AE">
        <w:trPr>
          <w:jc w:val="center"/>
        </w:trPr>
        <w:tc>
          <w:tcPr>
            <w:tcW w:w="3023" w:type="dxa"/>
            <w:tcMar>
              <w:top w:w="90" w:type="dxa"/>
              <w:left w:w="90" w:type="dxa"/>
              <w:bottom w:w="90" w:type="dxa"/>
              <w:right w:w="90" w:type="dxa"/>
            </w:tcMar>
            <w:vAlign w:val="center"/>
          </w:tcPr>
          <w:p w14:paraId="090E4E3F" w14:textId="77777777" w:rsidR="006D58AE" w:rsidRDefault="006D58AE" w:rsidP="006D58AE">
            <w:pPr>
              <w:spacing w:after="0"/>
            </w:pPr>
            <w:r>
              <w:rPr>
                <w:sz w:val="18"/>
              </w:rPr>
              <w:t xml:space="preserve">Paten/Paten </w:t>
            </w:r>
            <w:proofErr w:type="spellStart"/>
            <w:r>
              <w:rPr>
                <w:sz w:val="18"/>
              </w:rPr>
              <w:t>Sederhana</w:t>
            </w:r>
            <w:proofErr w:type="spellEnd"/>
          </w:p>
        </w:tc>
        <w:tc>
          <w:tcPr>
            <w:tcW w:w="731" w:type="dxa"/>
            <w:tcMar>
              <w:top w:w="90" w:type="dxa"/>
              <w:left w:w="90" w:type="dxa"/>
              <w:bottom w:w="90" w:type="dxa"/>
              <w:right w:w="90" w:type="dxa"/>
            </w:tcMar>
          </w:tcPr>
          <w:p w14:paraId="04DC7007" w14:textId="3F735C86" w:rsidR="006D58AE" w:rsidRDefault="00000000" w:rsidP="006D58AE">
            <w:pPr>
              <w:spacing w:after="0"/>
              <w:jc w:val="center"/>
            </w:pPr>
            <w:sdt>
              <w:sdtPr>
                <w:rPr>
                  <w:sz w:val="18"/>
                </w:rPr>
                <w:id w:val="-911235739"/>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7C2654F" w14:textId="7164CDB4" w:rsidR="006D58AE" w:rsidRDefault="00000000" w:rsidP="006D58AE">
            <w:pPr>
              <w:spacing w:after="0"/>
            </w:pPr>
            <w:sdt>
              <w:sdtPr>
                <w:rPr>
                  <w:sz w:val="18"/>
                </w:rPr>
                <w:id w:val="-680594831"/>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Potensi</w:t>
            </w:r>
            <w:proofErr w:type="spellEnd"/>
            <w:r w:rsidR="006D58AE">
              <w:rPr>
                <w:sz w:val="18"/>
              </w:rPr>
              <w:t xml:space="preserve"> </w:t>
            </w:r>
            <w:sdt>
              <w:sdtPr>
                <w:rPr>
                  <w:sz w:val="18"/>
                </w:rPr>
                <w:id w:val="-311945138"/>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Diajukan</w:t>
            </w:r>
            <w:proofErr w:type="spellEnd"/>
            <w:r w:rsidR="006D58AE">
              <w:rPr>
                <w:sz w:val="18"/>
              </w:rPr>
              <w:t xml:space="preserve"> </w:t>
            </w:r>
            <w:sdt>
              <w:sdtPr>
                <w:rPr>
                  <w:sz w:val="18"/>
                </w:rPr>
                <w:id w:val="287867247"/>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Granted</w:t>
            </w:r>
          </w:p>
        </w:tc>
        <w:tc>
          <w:tcPr>
            <w:tcW w:w="2125" w:type="dxa"/>
            <w:tcMar>
              <w:top w:w="90" w:type="dxa"/>
              <w:left w:w="90" w:type="dxa"/>
              <w:bottom w:w="90" w:type="dxa"/>
              <w:right w:w="90" w:type="dxa"/>
            </w:tcMar>
            <w:vAlign w:val="center"/>
          </w:tcPr>
          <w:p w14:paraId="17B533FC" w14:textId="77777777" w:rsidR="006D58AE" w:rsidRDefault="006D58AE" w:rsidP="006D58AE">
            <w:pPr>
              <w:spacing w:after="0"/>
            </w:pPr>
            <w:r>
              <w:rPr>
                <w:sz w:val="18"/>
              </w:rPr>
              <w:t>................................</w:t>
            </w:r>
          </w:p>
        </w:tc>
      </w:tr>
      <w:tr w:rsidR="006D58AE" w14:paraId="2F3350D0" w14:textId="77777777" w:rsidTr="006D58AE">
        <w:trPr>
          <w:jc w:val="center"/>
        </w:trPr>
        <w:tc>
          <w:tcPr>
            <w:tcW w:w="3023" w:type="dxa"/>
            <w:tcMar>
              <w:top w:w="90" w:type="dxa"/>
              <w:left w:w="90" w:type="dxa"/>
              <w:bottom w:w="90" w:type="dxa"/>
              <w:right w:w="90" w:type="dxa"/>
            </w:tcMar>
            <w:vAlign w:val="center"/>
          </w:tcPr>
          <w:p w14:paraId="6CFB86B3" w14:textId="77777777" w:rsidR="006D58AE" w:rsidRDefault="006D58AE" w:rsidP="006D58AE">
            <w:pPr>
              <w:spacing w:after="0"/>
            </w:pPr>
            <w:r>
              <w:rPr>
                <w:sz w:val="18"/>
              </w:rPr>
              <w:t>Model/Metode/Formula/Desain</w:t>
            </w:r>
          </w:p>
        </w:tc>
        <w:tc>
          <w:tcPr>
            <w:tcW w:w="731" w:type="dxa"/>
            <w:tcMar>
              <w:top w:w="90" w:type="dxa"/>
              <w:left w:w="90" w:type="dxa"/>
              <w:bottom w:w="90" w:type="dxa"/>
              <w:right w:w="90" w:type="dxa"/>
            </w:tcMar>
          </w:tcPr>
          <w:p w14:paraId="086B7804" w14:textId="29685004" w:rsidR="006D58AE" w:rsidRDefault="00000000" w:rsidP="006D58AE">
            <w:pPr>
              <w:spacing w:after="0"/>
              <w:jc w:val="center"/>
            </w:pPr>
            <w:sdt>
              <w:sdtPr>
                <w:rPr>
                  <w:sz w:val="18"/>
                </w:rPr>
                <w:id w:val="-130400231"/>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DE7F604" w14:textId="426607E1" w:rsidR="006D58AE" w:rsidRDefault="00000000" w:rsidP="006D58AE">
            <w:pPr>
              <w:spacing w:after="0"/>
            </w:pPr>
            <w:sdt>
              <w:sdtPr>
                <w:rPr>
                  <w:sz w:val="18"/>
                </w:rPr>
                <w:id w:val="-1657757765"/>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Awal </w:t>
            </w:r>
            <w:sdt>
              <w:sdtPr>
                <w:rPr>
                  <w:sz w:val="18"/>
                </w:rPr>
                <w:id w:val="-1784643940"/>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Tervalidasi</w:t>
            </w:r>
            <w:proofErr w:type="spellEnd"/>
          </w:p>
        </w:tc>
        <w:tc>
          <w:tcPr>
            <w:tcW w:w="2125" w:type="dxa"/>
            <w:tcMar>
              <w:top w:w="90" w:type="dxa"/>
              <w:left w:w="90" w:type="dxa"/>
              <w:bottom w:w="90" w:type="dxa"/>
              <w:right w:w="90" w:type="dxa"/>
            </w:tcMar>
            <w:vAlign w:val="center"/>
          </w:tcPr>
          <w:p w14:paraId="66D5B2A5" w14:textId="77777777" w:rsidR="006D58AE" w:rsidRDefault="006D58AE" w:rsidP="006D58AE">
            <w:pPr>
              <w:spacing w:after="0"/>
            </w:pPr>
            <w:r>
              <w:rPr>
                <w:sz w:val="18"/>
              </w:rPr>
              <w:t>................................</w:t>
            </w:r>
          </w:p>
        </w:tc>
      </w:tr>
      <w:tr w:rsidR="006D58AE" w14:paraId="4C916965" w14:textId="77777777" w:rsidTr="006D58AE">
        <w:trPr>
          <w:jc w:val="center"/>
        </w:trPr>
        <w:tc>
          <w:tcPr>
            <w:tcW w:w="3023" w:type="dxa"/>
            <w:tcMar>
              <w:top w:w="90" w:type="dxa"/>
              <w:left w:w="90" w:type="dxa"/>
              <w:bottom w:w="90" w:type="dxa"/>
              <w:right w:w="90" w:type="dxa"/>
            </w:tcMar>
            <w:vAlign w:val="center"/>
          </w:tcPr>
          <w:p w14:paraId="5EB0127A" w14:textId="77777777" w:rsidR="006D58AE" w:rsidRDefault="006D58AE" w:rsidP="006D58AE">
            <w:pPr>
              <w:spacing w:after="0"/>
            </w:pPr>
            <w:proofErr w:type="spellStart"/>
            <w:r>
              <w:rPr>
                <w:sz w:val="18"/>
              </w:rPr>
              <w:t>Prototipe</w:t>
            </w:r>
            <w:proofErr w:type="spellEnd"/>
            <w:r>
              <w:rPr>
                <w:sz w:val="18"/>
              </w:rPr>
              <w:t>/</w:t>
            </w:r>
            <w:proofErr w:type="spellStart"/>
            <w:r>
              <w:rPr>
                <w:sz w:val="18"/>
              </w:rPr>
              <w:t>Aplikasi</w:t>
            </w:r>
            <w:proofErr w:type="spellEnd"/>
            <w:r>
              <w:rPr>
                <w:sz w:val="18"/>
              </w:rPr>
              <w:t>/</w:t>
            </w:r>
            <w:proofErr w:type="spellStart"/>
            <w:r>
              <w:rPr>
                <w:sz w:val="18"/>
              </w:rPr>
              <w:t>Produk</w:t>
            </w:r>
            <w:proofErr w:type="spellEnd"/>
            <w:r>
              <w:rPr>
                <w:sz w:val="18"/>
              </w:rPr>
              <w:t>/</w:t>
            </w:r>
            <w:proofErr w:type="spellStart"/>
            <w:r>
              <w:rPr>
                <w:sz w:val="18"/>
              </w:rPr>
              <w:t>Teknologi</w:t>
            </w:r>
            <w:proofErr w:type="spellEnd"/>
          </w:p>
        </w:tc>
        <w:tc>
          <w:tcPr>
            <w:tcW w:w="731" w:type="dxa"/>
            <w:tcMar>
              <w:top w:w="90" w:type="dxa"/>
              <w:left w:w="90" w:type="dxa"/>
              <w:bottom w:w="90" w:type="dxa"/>
              <w:right w:w="90" w:type="dxa"/>
            </w:tcMar>
          </w:tcPr>
          <w:p w14:paraId="23C1C723" w14:textId="048CE19E" w:rsidR="006D58AE" w:rsidRDefault="00000000" w:rsidP="006D58AE">
            <w:pPr>
              <w:spacing w:after="0"/>
              <w:jc w:val="center"/>
            </w:pPr>
            <w:sdt>
              <w:sdtPr>
                <w:rPr>
                  <w:sz w:val="18"/>
                </w:rPr>
                <w:id w:val="1174081522"/>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5C014402" w14:textId="031FABB9" w:rsidR="006D58AE" w:rsidRDefault="00000000" w:rsidP="006D58AE">
            <w:pPr>
              <w:spacing w:after="0"/>
            </w:pPr>
            <w:sdt>
              <w:sdtPr>
                <w:rPr>
                  <w:sz w:val="18"/>
                </w:rPr>
                <w:id w:val="-410393254"/>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Awal </w:t>
            </w:r>
            <w:sdt>
              <w:sdtPr>
                <w:rPr>
                  <w:sz w:val="18"/>
                </w:rPr>
                <w:id w:val="206850089"/>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Uji/</w:t>
            </w:r>
            <w:proofErr w:type="spellStart"/>
            <w:r w:rsidR="006D58AE">
              <w:rPr>
                <w:sz w:val="18"/>
              </w:rPr>
              <w:t>Validasi</w:t>
            </w:r>
            <w:proofErr w:type="spellEnd"/>
            <w:r w:rsidR="006D58AE">
              <w:rPr>
                <w:sz w:val="18"/>
              </w:rPr>
              <w:t xml:space="preserve"> </w:t>
            </w:r>
            <w:sdt>
              <w:sdtPr>
                <w:rPr>
                  <w:sz w:val="18"/>
                </w:rPr>
                <w:id w:val="535005959"/>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Siap</w:t>
            </w:r>
            <w:proofErr w:type="spellEnd"/>
            <w:r w:rsidR="006D58AE">
              <w:rPr>
                <w:sz w:val="18"/>
              </w:rPr>
              <w:t xml:space="preserve"> </w:t>
            </w:r>
            <w:proofErr w:type="spellStart"/>
            <w:r w:rsidR="006D58AE">
              <w:rPr>
                <w:sz w:val="18"/>
              </w:rPr>
              <w:t>dimanfaatkan</w:t>
            </w:r>
            <w:proofErr w:type="spellEnd"/>
          </w:p>
        </w:tc>
        <w:tc>
          <w:tcPr>
            <w:tcW w:w="2125" w:type="dxa"/>
            <w:tcMar>
              <w:top w:w="90" w:type="dxa"/>
              <w:left w:w="90" w:type="dxa"/>
              <w:bottom w:w="90" w:type="dxa"/>
              <w:right w:w="90" w:type="dxa"/>
            </w:tcMar>
            <w:vAlign w:val="center"/>
          </w:tcPr>
          <w:p w14:paraId="379AE6B4" w14:textId="77777777" w:rsidR="006D58AE" w:rsidRDefault="006D58AE" w:rsidP="006D58AE">
            <w:pPr>
              <w:spacing w:after="0"/>
            </w:pPr>
            <w:r>
              <w:rPr>
                <w:sz w:val="18"/>
              </w:rPr>
              <w:t>................................</w:t>
            </w:r>
          </w:p>
        </w:tc>
      </w:tr>
      <w:tr w:rsidR="006D58AE" w14:paraId="69BC5561" w14:textId="77777777" w:rsidTr="006D58AE">
        <w:trPr>
          <w:jc w:val="center"/>
        </w:trPr>
        <w:tc>
          <w:tcPr>
            <w:tcW w:w="3023" w:type="dxa"/>
            <w:tcMar>
              <w:top w:w="90" w:type="dxa"/>
              <w:left w:w="90" w:type="dxa"/>
              <w:bottom w:w="90" w:type="dxa"/>
              <w:right w:w="90" w:type="dxa"/>
            </w:tcMar>
            <w:vAlign w:val="center"/>
          </w:tcPr>
          <w:p w14:paraId="01853803" w14:textId="77777777" w:rsidR="006D58AE" w:rsidRDefault="006D58AE" w:rsidP="006D58AE">
            <w:pPr>
              <w:spacing w:after="0"/>
            </w:pPr>
            <w:r>
              <w:rPr>
                <w:sz w:val="18"/>
              </w:rPr>
              <w:t>Dataset/Peta/Baseline</w:t>
            </w:r>
          </w:p>
        </w:tc>
        <w:tc>
          <w:tcPr>
            <w:tcW w:w="731" w:type="dxa"/>
            <w:tcMar>
              <w:top w:w="90" w:type="dxa"/>
              <w:left w:w="90" w:type="dxa"/>
              <w:bottom w:w="90" w:type="dxa"/>
              <w:right w:w="90" w:type="dxa"/>
            </w:tcMar>
          </w:tcPr>
          <w:p w14:paraId="6EC28947" w14:textId="10A69F8F" w:rsidR="006D58AE" w:rsidRDefault="00000000" w:rsidP="006D58AE">
            <w:pPr>
              <w:spacing w:after="0"/>
              <w:jc w:val="center"/>
            </w:pPr>
            <w:sdt>
              <w:sdtPr>
                <w:rPr>
                  <w:sz w:val="18"/>
                </w:rPr>
                <w:id w:val="-1567327414"/>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38195FDB" w14:textId="24CA07F2" w:rsidR="006D58AE" w:rsidRDefault="00000000" w:rsidP="006D58AE">
            <w:pPr>
              <w:spacing w:after="0"/>
            </w:pPr>
            <w:sdt>
              <w:sdtPr>
                <w:rPr>
                  <w:sz w:val="18"/>
                </w:rPr>
                <w:id w:val="-978376046"/>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Tersusun</w:t>
            </w:r>
            <w:proofErr w:type="spellEnd"/>
            <w:r w:rsidR="006D58AE">
              <w:rPr>
                <w:sz w:val="18"/>
              </w:rPr>
              <w:t xml:space="preserve"> </w:t>
            </w:r>
            <w:sdt>
              <w:sdtPr>
                <w:rPr>
                  <w:sz w:val="18"/>
                </w:rPr>
                <w:id w:val="-449862707"/>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proofErr w:type="spellStart"/>
            <w:r w:rsidR="006D58AE">
              <w:rPr>
                <w:sz w:val="18"/>
              </w:rPr>
              <w:t>Tervalidasi</w:t>
            </w:r>
            <w:proofErr w:type="spellEnd"/>
          </w:p>
        </w:tc>
        <w:tc>
          <w:tcPr>
            <w:tcW w:w="2125" w:type="dxa"/>
            <w:tcMar>
              <w:top w:w="90" w:type="dxa"/>
              <w:left w:w="90" w:type="dxa"/>
              <w:bottom w:w="90" w:type="dxa"/>
              <w:right w:w="90" w:type="dxa"/>
            </w:tcMar>
            <w:vAlign w:val="center"/>
          </w:tcPr>
          <w:p w14:paraId="407F2BB3" w14:textId="77777777" w:rsidR="006D58AE" w:rsidRDefault="006D58AE" w:rsidP="006D58AE">
            <w:pPr>
              <w:spacing w:after="0"/>
            </w:pPr>
            <w:r>
              <w:rPr>
                <w:sz w:val="18"/>
              </w:rPr>
              <w:t>................................</w:t>
            </w:r>
          </w:p>
        </w:tc>
      </w:tr>
      <w:tr w:rsidR="006D58AE" w14:paraId="62046AA5" w14:textId="77777777" w:rsidTr="006D58AE">
        <w:trPr>
          <w:jc w:val="center"/>
        </w:trPr>
        <w:tc>
          <w:tcPr>
            <w:tcW w:w="3023" w:type="dxa"/>
            <w:tcMar>
              <w:top w:w="90" w:type="dxa"/>
              <w:left w:w="90" w:type="dxa"/>
              <w:bottom w:w="90" w:type="dxa"/>
              <w:right w:w="90" w:type="dxa"/>
            </w:tcMar>
            <w:vAlign w:val="center"/>
          </w:tcPr>
          <w:p w14:paraId="792464E5" w14:textId="77777777" w:rsidR="006D58AE" w:rsidRDefault="006D58AE" w:rsidP="006D58AE">
            <w:pPr>
              <w:spacing w:after="0"/>
            </w:pPr>
            <w:proofErr w:type="spellStart"/>
            <w:r>
              <w:rPr>
                <w:sz w:val="18"/>
              </w:rPr>
              <w:t>Rekomendasi</w:t>
            </w:r>
            <w:proofErr w:type="spellEnd"/>
            <w:r>
              <w:rPr>
                <w:sz w:val="18"/>
              </w:rPr>
              <w:t>/Policy Brief</w:t>
            </w:r>
          </w:p>
        </w:tc>
        <w:tc>
          <w:tcPr>
            <w:tcW w:w="731" w:type="dxa"/>
            <w:tcMar>
              <w:top w:w="90" w:type="dxa"/>
              <w:left w:w="90" w:type="dxa"/>
              <w:bottom w:w="90" w:type="dxa"/>
              <w:right w:w="90" w:type="dxa"/>
            </w:tcMar>
          </w:tcPr>
          <w:p w14:paraId="043F8C4C" w14:textId="03D50653" w:rsidR="006D58AE" w:rsidRDefault="00000000" w:rsidP="006D58AE">
            <w:pPr>
              <w:spacing w:after="0"/>
              <w:jc w:val="center"/>
            </w:pPr>
            <w:sdt>
              <w:sdtPr>
                <w:rPr>
                  <w:sz w:val="18"/>
                </w:rPr>
                <w:id w:val="-2140642875"/>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4F5F0B1" w14:textId="7140DA36" w:rsidR="006D58AE" w:rsidRDefault="00000000" w:rsidP="006D58AE">
            <w:pPr>
              <w:spacing w:after="0"/>
            </w:pPr>
            <w:sdt>
              <w:sdtPr>
                <w:rPr>
                  <w:sz w:val="18"/>
                </w:rPr>
                <w:id w:val="177629966"/>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Draft </w:t>
            </w:r>
            <w:sdt>
              <w:sdtPr>
                <w:rPr>
                  <w:sz w:val="18"/>
                </w:rPr>
                <w:id w:val="-1269774364"/>
                <w14:checkbox>
                  <w14:checked w14:val="0"/>
                  <w14:checkedState w14:val="0052" w14:font="Wingdings 2"/>
                  <w14:uncheckedState w14:val="2610" w14:font="MS Gothic"/>
                </w14:checkbox>
              </w:sdt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Disampaikan</w:t>
            </w:r>
            <w:proofErr w:type="spellEnd"/>
            <w:r w:rsidR="006D58AE">
              <w:rPr>
                <w:sz w:val="18"/>
              </w:rPr>
              <w:t xml:space="preserve"> ke pengguna</w:t>
            </w:r>
          </w:p>
        </w:tc>
        <w:tc>
          <w:tcPr>
            <w:tcW w:w="2125" w:type="dxa"/>
            <w:tcMar>
              <w:top w:w="90" w:type="dxa"/>
              <w:left w:w="90" w:type="dxa"/>
              <w:bottom w:w="90" w:type="dxa"/>
              <w:right w:w="90" w:type="dxa"/>
            </w:tcMar>
            <w:vAlign w:val="center"/>
          </w:tcPr>
          <w:p w14:paraId="3A1F68CE" w14:textId="77777777" w:rsidR="006D58AE" w:rsidRDefault="006D58AE" w:rsidP="006D58AE">
            <w:pPr>
              <w:spacing w:after="0"/>
            </w:pPr>
            <w:r>
              <w:rPr>
                <w:sz w:val="18"/>
              </w:rPr>
              <w:t>................................</w:t>
            </w:r>
          </w:p>
        </w:tc>
      </w:tr>
      <w:tr w:rsidR="006D58AE" w14:paraId="272B4AAC" w14:textId="77777777" w:rsidTr="006D58AE">
        <w:trPr>
          <w:jc w:val="center"/>
        </w:trPr>
        <w:tc>
          <w:tcPr>
            <w:tcW w:w="3023" w:type="dxa"/>
            <w:tcMar>
              <w:top w:w="90" w:type="dxa"/>
              <w:left w:w="90" w:type="dxa"/>
              <w:bottom w:w="90" w:type="dxa"/>
              <w:right w:w="90" w:type="dxa"/>
            </w:tcMar>
            <w:vAlign w:val="center"/>
          </w:tcPr>
          <w:p w14:paraId="5E7C248A" w14:textId="77777777" w:rsidR="006D58AE" w:rsidRDefault="006D58AE" w:rsidP="006D58AE">
            <w:pPr>
              <w:spacing w:after="0"/>
            </w:pPr>
            <w:proofErr w:type="spellStart"/>
            <w:r>
              <w:rPr>
                <w:sz w:val="18"/>
              </w:rPr>
              <w:t>Luaran</w:t>
            </w:r>
            <w:proofErr w:type="spellEnd"/>
            <w:r>
              <w:rPr>
                <w:sz w:val="18"/>
              </w:rPr>
              <w:t xml:space="preserve"> lainnya</w:t>
            </w:r>
          </w:p>
        </w:tc>
        <w:tc>
          <w:tcPr>
            <w:tcW w:w="731" w:type="dxa"/>
            <w:tcMar>
              <w:top w:w="90" w:type="dxa"/>
              <w:left w:w="90" w:type="dxa"/>
              <w:bottom w:w="90" w:type="dxa"/>
              <w:right w:w="90" w:type="dxa"/>
            </w:tcMar>
          </w:tcPr>
          <w:p w14:paraId="5B92B1D9" w14:textId="7521CBA7" w:rsidR="006D58AE" w:rsidRDefault="00000000" w:rsidP="006D58AE">
            <w:pPr>
              <w:spacing w:after="0"/>
              <w:jc w:val="center"/>
            </w:pPr>
            <w:sdt>
              <w:sdtPr>
                <w:rPr>
                  <w:sz w:val="18"/>
                </w:rPr>
                <w:id w:val="-591547338"/>
                <w14:checkbox>
                  <w14:checked w14:val="0"/>
                  <w14:checkedState w14:val="0052" w14:font="Wingdings 2"/>
                  <w14:uncheckedState w14:val="2610" w14:font="MS Gothic"/>
                </w14:checkbox>
              </w:sdt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25BDCB5E" w14:textId="77777777" w:rsidR="006D58AE" w:rsidRDefault="006D58AE" w:rsidP="006D58AE">
            <w:pPr>
              <w:spacing w:after="0"/>
            </w:pPr>
            <w:r>
              <w:rPr>
                <w:sz w:val="18"/>
              </w:rPr>
              <w:t>................................</w:t>
            </w:r>
          </w:p>
        </w:tc>
        <w:tc>
          <w:tcPr>
            <w:tcW w:w="2125" w:type="dxa"/>
            <w:tcMar>
              <w:top w:w="90" w:type="dxa"/>
              <w:left w:w="90" w:type="dxa"/>
              <w:bottom w:w="90" w:type="dxa"/>
              <w:right w:w="90" w:type="dxa"/>
            </w:tcMar>
            <w:vAlign w:val="center"/>
          </w:tcPr>
          <w:p w14:paraId="7D2FA073" w14:textId="77777777" w:rsidR="006D58AE" w:rsidRDefault="006D58AE" w:rsidP="006D58AE">
            <w:pPr>
              <w:spacing w:after="0"/>
            </w:pPr>
            <w:r>
              <w:rPr>
                <w:sz w:val="18"/>
              </w:rPr>
              <w:t>................................</w:t>
            </w:r>
          </w:p>
        </w:tc>
      </w:tr>
    </w:tbl>
    <w:p w14:paraId="42DC7BBB" w14:textId="77777777" w:rsidR="00021266" w:rsidRPr="003F1B29" w:rsidRDefault="00E04100">
      <w:pPr>
        <w:rPr>
          <w:lang w:val="nb-NO"/>
        </w:rPr>
      </w:pPr>
      <w:r w:rsidRPr="003F1B29">
        <w:rPr>
          <w:b/>
          <w:lang w:val="nb-NO"/>
        </w:rPr>
        <w:t xml:space="preserve">Calon pengguna/penerima manfaat hasil penelitian (jika ada): </w:t>
      </w:r>
      <w:r w:rsidRPr="003F1B29">
        <w:rPr>
          <w:lang w:val="nb-NO"/>
        </w:rPr>
        <w:t>................................................................................................................</w:t>
      </w:r>
    </w:p>
    <w:p w14:paraId="1F838735" w14:textId="3856D625" w:rsidR="00021266" w:rsidRPr="003F1B29" w:rsidRDefault="00E04100" w:rsidP="006D58AE">
      <w:pPr>
        <w:jc w:val="both"/>
        <w:rPr>
          <w:lang w:val="nb-NO"/>
        </w:rPr>
      </w:pPr>
      <w:r w:rsidRPr="003F1B29">
        <w:rPr>
          <w:b/>
          <w:lang w:val="nb-NO"/>
        </w:rPr>
        <w:t xml:space="preserve">Potensi tindak lanjut hasil: </w:t>
      </w:r>
      <w:sdt>
        <w:sdtPr>
          <w:rPr>
            <w:sz w:val="18"/>
            <w:lang w:val="nb-NO"/>
          </w:rPr>
          <w:id w:val="77726351"/>
          <w14:checkbox>
            <w14:checked w14:val="1"/>
            <w14:checkedState w14:val="0052" w14:font="Wingdings 2"/>
            <w14:uncheckedState w14:val="2610" w14:font="MS Gothic"/>
          </w14:checkbox>
        </w:sdtPr>
        <w:sdtContent>
          <w:r w:rsidR="00CC68DA">
            <w:rPr>
              <w:sz w:val="18"/>
              <w:lang w:val="nb-NO"/>
            </w:rPr>
            <w:sym w:font="Wingdings 2" w:char="F052"/>
          </w:r>
        </w:sdtContent>
      </w:sdt>
      <w:r w:rsidR="006D58AE">
        <w:rPr>
          <w:sz w:val="18"/>
          <w:lang w:val="nb-NO"/>
        </w:rPr>
        <w:t xml:space="preserve"> </w:t>
      </w:r>
      <w:r w:rsidRPr="003F1B29">
        <w:rPr>
          <w:lang w:val="nb-NO"/>
        </w:rPr>
        <w:t xml:space="preserve">Penelitian lanjutan  </w:t>
      </w:r>
      <w:sdt>
        <w:sdtPr>
          <w:rPr>
            <w:sz w:val="18"/>
            <w:lang w:val="nb-NO"/>
          </w:rPr>
          <w:id w:val="-884871805"/>
          <w14:checkbox>
            <w14:checked w14:val="0"/>
            <w14:checkedState w14:val="0052" w14:font="Wingdings 2"/>
            <w14:uncheckedState w14:val="2610" w14:font="MS Gothic"/>
          </w14:checkbox>
        </w:sdtPr>
        <w:sdtContent>
          <w:r w:rsidR="006D58AE" w:rsidRPr="006D58AE">
            <w:rPr>
              <w:rFonts w:ascii="MS Gothic" w:eastAsia="MS Gothic" w:hAnsi="MS Gothic" w:hint="eastAsia"/>
              <w:sz w:val="18"/>
              <w:lang w:val="nb-NO"/>
            </w:rPr>
            <w:t>☐</w:t>
          </w:r>
        </w:sdtContent>
      </w:sdt>
      <w:r w:rsidRPr="003F1B29">
        <w:rPr>
          <w:lang w:val="nb-NO"/>
        </w:rPr>
        <w:t xml:space="preserve"> PkM/KKP  </w:t>
      </w:r>
      <w:sdt>
        <w:sdtPr>
          <w:rPr>
            <w:sz w:val="18"/>
            <w:lang w:val="nb-NO"/>
          </w:rPr>
          <w:id w:val="-1302156175"/>
          <w14:checkbox>
            <w14:checked w14:val="0"/>
            <w14:checkedState w14:val="0052" w14:font="Wingdings 2"/>
            <w14:uncheckedState w14:val="2610" w14:font="MS Gothic"/>
          </w14:checkbox>
        </w:sdtPr>
        <w:sdtContent>
          <w:r w:rsidR="006D58AE" w:rsidRPr="006D58AE">
            <w:rPr>
              <w:rFonts w:ascii="MS Gothic" w:eastAsia="MS Gothic" w:hAnsi="MS Gothic" w:hint="eastAsia"/>
              <w:sz w:val="18"/>
              <w:lang w:val="nb-NO"/>
            </w:rPr>
            <w:t>☐</w:t>
          </w:r>
        </w:sdtContent>
      </w:sdt>
      <w:r w:rsidRPr="003F1B29">
        <w:rPr>
          <w:lang w:val="nb-NO"/>
        </w:rPr>
        <w:t xml:space="preserve"> Mitra pengguna  </w:t>
      </w:r>
      <w:sdt>
        <w:sdtPr>
          <w:rPr>
            <w:sz w:val="18"/>
            <w:lang w:val="nb-NO"/>
          </w:rPr>
          <w:id w:val="2115863673"/>
          <w14:checkbox>
            <w14:checked w14:val="0"/>
            <w14:checkedState w14:val="0052" w14:font="Wingdings 2"/>
            <w14:uncheckedState w14:val="2610" w14:font="MS Gothic"/>
          </w14:checkbox>
        </w:sdtPr>
        <w:sdtContent>
          <w:r w:rsidR="006D58AE" w:rsidRPr="006D58AE">
            <w:rPr>
              <w:rFonts w:ascii="MS Gothic" w:eastAsia="MS Gothic" w:hAnsi="MS Gothic" w:hint="eastAsia"/>
              <w:sz w:val="18"/>
              <w:lang w:val="nb-NO"/>
            </w:rPr>
            <w:t>☐</w:t>
          </w:r>
        </w:sdtContent>
      </w:sdt>
      <w:r w:rsidRPr="003F1B29">
        <w:rPr>
          <w:lang w:val="nb-NO"/>
        </w:rPr>
        <w:t xml:space="preserve"> Hilirisasi  </w:t>
      </w:r>
      <w:sdt>
        <w:sdtPr>
          <w:rPr>
            <w:sz w:val="18"/>
            <w:lang w:val="nb-NO"/>
          </w:rPr>
          <w:id w:val="-104813694"/>
          <w14:checkbox>
            <w14:checked w14:val="0"/>
            <w14:checkedState w14:val="0052" w14:font="Wingdings 2"/>
            <w14:uncheckedState w14:val="2610" w14:font="MS Gothic"/>
          </w14:checkbox>
        </w:sdtPr>
        <w:sdtContent>
          <w:r w:rsidR="006D58AE" w:rsidRPr="006D58AE">
            <w:rPr>
              <w:rFonts w:ascii="MS Gothic" w:eastAsia="MS Gothic" w:hAnsi="MS Gothic" w:hint="eastAsia"/>
              <w:sz w:val="18"/>
              <w:lang w:val="nb-NO"/>
            </w:rPr>
            <w:t>☐</w:t>
          </w:r>
        </w:sdtContent>
      </w:sdt>
      <w:r w:rsidRPr="003F1B29">
        <w:rPr>
          <w:lang w:val="nb-NO"/>
        </w:rPr>
        <w:t xml:space="preserve"> Pembelajaran  </w:t>
      </w:r>
      <w:sdt>
        <w:sdtPr>
          <w:rPr>
            <w:sz w:val="18"/>
            <w:lang w:val="nb-NO"/>
          </w:rPr>
          <w:id w:val="-1645726907"/>
          <w14:checkbox>
            <w14:checked w14:val="0"/>
            <w14:checkedState w14:val="0052" w14:font="Wingdings 2"/>
            <w14:uncheckedState w14:val="2610" w14:font="MS Gothic"/>
          </w14:checkbox>
        </w:sdtPr>
        <w:sdtContent>
          <w:r w:rsidR="006D58AE" w:rsidRPr="006D58AE">
            <w:rPr>
              <w:rFonts w:ascii="MS Gothic" w:eastAsia="MS Gothic" w:hAnsi="MS Gothic" w:hint="eastAsia"/>
              <w:sz w:val="18"/>
              <w:lang w:val="nb-NO"/>
            </w:rPr>
            <w:t>☐</w:t>
          </w:r>
        </w:sdtContent>
      </w:sdt>
      <w:r w:rsidRPr="003F1B29">
        <w:rPr>
          <w:lang w:val="nb-NO"/>
        </w:rPr>
        <w:t xml:space="preserve"> Lainnya: ............</w:t>
      </w:r>
    </w:p>
    <w:p w14:paraId="13E6C0AB" w14:textId="77777777" w:rsidR="00021266" w:rsidRDefault="00E04100">
      <w:pPr>
        <w:spacing w:before="160" w:after="100"/>
      </w:pPr>
      <w:r>
        <w:rPr>
          <w:b/>
          <w:sz w:val="24"/>
        </w:rPr>
        <w:t>I. KOLABORASI DAN KETERLIBATAN</w:t>
      </w:r>
    </w:p>
    <w:tbl>
      <w:tblPr>
        <w:tblStyle w:val="TableGrid"/>
        <w:tblW w:w="0" w:type="auto"/>
        <w:jc w:val="center"/>
        <w:tblLook w:val="04A0" w:firstRow="1" w:lastRow="0" w:firstColumn="1" w:lastColumn="0" w:noHBand="0" w:noVBand="1"/>
      </w:tblPr>
      <w:tblGrid>
        <w:gridCol w:w="4561"/>
        <w:gridCol w:w="4561"/>
      </w:tblGrid>
      <w:tr w:rsidR="00021266" w14:paraId="77789013" w14:textId="77777777">
        <w:trPr>
          <w:jc w:val="center"/>
        </w:trPr>
        <w:tc>
          <w:tcPr>
            <w:tcW w:w="4561" w:type="dxa"/>
            <w:shd w:val="clear" w:color="auto" w:fill="EAF2F8"/>
            <w:tcMar>
              <w:top w:w="90" w:type="dxa"/>
              <w:left w:w="90" w:type="dxa"/>
              <w:bottom w:w="90" w:type="dxa"/>
              <w:right w:w="90" w:type="dxa"/>
            </w:tcMar>
            <w:vAlign w:val="center"/>
          </w:tcPr>
          <w:p w14:paraId="167A0D61" w14:textId="77777777" w:rsidR="00021266" w:rsidRDefault="00E04100">
            <w:pPr>
              <w:spacing w:after="0"/>
            </w:pPr>
            <w:r>
              <w:rPr>
                <w:b/>
                <w:sz w:val="18"/>
              </w:rPr>
              <w:t xml:space="preserve">Lintas program </w:t>
            </w:r>
            <w:proofErr w:type="spellStart"/>
            <w:r>
              <w:rPr>
                <w:b/>
                <w:sz w:val="18"/>
              </w:rPr>
              <w:t>studi</w:t>
            </w:r>
            <w:proofErr w:type="spellEnd"/>
            <w:r>
              <w:rPr>
                <w:b/>
                <w:sz w:val="18"/>
              </w:rPr>
              <w:t>/</w:t>
            </w:r>
            <w:proofErr w:type="spellStart"/>
            <w:r>
              <w:rPr>
                <w:b/>
                <w:sz w:val="18"/>
              </w:rPr>
              <w:t>disiplin</w:t>
            </w:r>
            <w:proofErr w:type="spellEnd"/>
            <w:r>
              <w:rPr>
                <w:b/>
                <w:sz w:val="18"/>
              </w:rPr>
              <w:t xml:space="preserve"> (</w:t>
            </w:r>
            <w:proofErr w:type="spellStart"/>
            <w:r>
              <w:rPr>
                <w:b/>
                <w:sz w:val="18"/>
              </w:rPr>
              <w:t>jika</w:t>
            </w:r>
            <w:proofErr w:type="spellEnd"/>
            <w:r>
              <w:rPr>
                <w:b/>
                <w:sz w:val="18"/>
              </w:rPr>
              <w:t xml:space="preserve"> </w:t>
            </w:r>
            <w:proofErr w:type="spellStart"/>
            <w:r>
              <w:rPr>
                <w:b/>
                <w:sz w:val="18"/>
              </w:rPr>
              <w:t>ada</w:t>
            </w:r>
            <w:proofErr w:type="spellEnd"/>
            <w:r>
              <w:rPr>
                <w:b/>
                <w:sz w:val="18"/>
              </w:rPr>
              <w:t>)</w:t>
            </w:r>
          </w:p>
        </w:tc>
        <w:tc>
          <w:tcPr>
            <w:tcW w:w="4561" w:type="dxa"/>
            <w:tcMar>
              <w:top w:w="90" w:type="dxa"/>
              <w:left w:w="90" w:type="dxa"/>
              <w:bottom w:w="90" w:type="dxa"/>
              <w:right w:w="90" w:type="dxa"/>
            </w:tcMar>
            <w:vAlign w:val="center"/>
          </w:tcPr>
          <w:p w14:paraId="636010FC" w14:textId="554B9FB3" w:rsidR="00021266" w:rsidRDefault="006A6548">
            <w:pPr>
              <w:spacing w:after="0"/>
            </w:pPr>
            <w:r>
              <w:rPr>
                <w:sz w:val="18"/>
              </w:rPr>
              <w:t>THP</w:t>
            </w:r>
          </w:p>
        </w:tc>
      </w:tr>
      <w:tr w:rsidR="00021266" w14:paraId="049DA44A" w14:textId="77777777">
        <w:trPr>
          <w:jc w:val="center"/>
        </w:trPr>
        <w:tc>
          <w:tcPr>
            <w:tcW w:w="4561" w:type="dxa"/>
            <w:shd w:val="clear" w:color="auto" w:fill="EAF2F8"/>
            <w:tcMar>
              <w:top w:w="90" w:type="dxa"/>
              <w:left w:w="90" w:type="dxa"/>
              <w:bottom w:w="90" w:type="dxa"/>
              <w:right w:w="90" w:type="dxa"/>
            </w:tcMar>
            <w:vAlign w:val="center"/>
          </w:tcPr>
          <w:p w14:paraId="673C24C2" w14:textId="77777777" w:rsidR="00021266" w:rsidRPr="003F1B29" w:rsidRDefault="00E04100">
            <w:pPr>
              <w:spacing w:after="0"/>
              <w:rPr>
                <w:lang w:val="nb-NO"/>
              </w:rPr>
            </w:pPr>
            <w:r w:rsidRPr="003F1B29">
              <w:rPr>
                <w:b/>
                <w:sz w:val="18"/>
                <w:lang w:val="nb-NO"/>
              </w:rPr>
              <w:t>Mitra penelitian/pengguna (jika ada)</w:t>
            </w:r>
          </w:p>
        </w:tc>
        <w:tc>
          <w:tcPr>
            <w:tcW w:w="4561" w:type="dxa"/>
            <w:tcMar>
              <w:top w:w="90" w:type="dxa"/>
              <w:left w:w="90" w:type="dxa"/>
              <w:bottom w:w="90" w:type="dxa"/>
              <w:right w:w="90" w:type="dxa"/>
            </w:tcMar>
            <w:vAlign w:val="center"/>
          </w:tcPr>
          <w:p w14:paraId="095B0A0F" w14:textId="666D2568" w:rsidR="00021266" w:rsidRDefault="006A6548">
            <w:pPr>
              <w:spacing w:after="0"/>
            </w:pPr>
            <w:r>
              <w:rPr>
                <w:sz w:val="18"/>
              </w:rPr>
              <w:t xml:space="preserve">Belum </w:t>
            </w:r>
            <w:proofErr w:type="spellStart"/>
            <w:r>
              <w:rPr>
                <w:sz w:val="18"/>
              </w:rPr>
              <w:t>ada</w:t>
            </w:r>
            <w:proofErr w:type="spellEnd"/>
            <w:r w:rsidR="00E04100">
              <w:rPr>
                <w:sz w:val="18"/>
              </w:rPr>
              <w:t>.</w:t>
            </w:r>
          </w:p>
        </w:tc>
      </w:tr>
      <w:tr w:rsidR="00021266" w14:paraId="090D85CD" w14:textId="77777777">
        <w:trPr>
          <w:jc w:val="center"/>
        </w:trPr>
        <w:tc>
          <w:tcPr>
            <w:tcW w:w="4561" w:type="dxa"/>
            <w:shd w:val="clear" w:color="auto" w:fill="EAF2F8"/>
            <w:tcMar>
              <w:top w:w="90" w:type="dxa"/>
              <w:left w:w="90" w:type="dxa"/>
              <w:bottom w:w="90" w:type="dxa"/>
              <w:right w:w="90" w:type="dxa"/>
            </w:tcMar>
            <w:vAlign w:val="center"/>
          </w:tcPr>
          <w:p w14:paraId="2EB45F42" w14:textId="77777777" w:rsidR="00021266" w:rsidRDefault="00E04100">
            <w:pPr>
              <w:spacing w:after="0"/>
            </w:pPr>
            <w:r>
              <w:rPr>
                <w:b/>
                <w:sz w:val="18"/>
              </w:rPr>
              <w:t xml:space="preserve">Peran </w:t>
            </w:r>
            <w:proofErr w:type="spellStart"/>
            <w:r>
              <w:rPr>
                <w:b/>
                <w:sz w:val="18"/>
              </w:rPr>
              <w:t>mahasiswa</w:t>
            </w:r>
            <w:proofErr w:type="spellEnd"/>
          </w:p>
        </w:tc>
        <w:tc>
          <w:tcPr>
            <w:tcW w:w="4561" w:type="dxa"/>
            <w:tcMar>
              <w:top w:w="90" w:type="dxa"/>
              <w:left w:w="90" w:type="dxa"/>
              <w:bottom w:w="90" w:type="dxa"/>
              <w:right w:w="90" w:type="dxa"/>
            </w:tcMar>
            <w:vAlign w:val="center"/>
          </w:tcPr>
          <w:p w14:paraId="58B73F8A" w14:textId="2B6E92D4" w:rsidR="00021266" w:rsidRDefault="00247D26">
            <w:pPr>
              <w:spacing w:after="0"/>
            </w:pPr>
            <w:proofErr w:type="spellStart"/>
            <w:r>
              <w:rPr>
                <w:sz w:val="18"/>
              </w:rPr>
              <w:t>Membantu</w:t>
            </w:r>
            <w:proofErr w:type="spellEnd"/>
            <w:r>
              <w:rPr>
                <w:sz w:val="18"/>
              </w:rPr>
              <w:t xml:space="preserve"> </w:t>
            </w:r>
            <w:proofErr w:type="spellStart"/>
            <w:r>
              <w:rPr>
                <w:sz w:val="18"/>
              </w:rPr>
              <w:t>pengambilan</w:t>
            </w:r>
            <w:proofErr w:type="spellEnd"/>
            <w:r>
              <w:rPr>
                <w:sz w:val="18"/>
              </w:rPr>
              <w:t xml:space="preserve"> </w:t>
            </w:r>
            <w:proofErr w:type="spellStart"/>
            <w:r>
              <w:rPr>
                <w:sz w:val="18"/>
              </w:rPr>
              <w:t>sampel</w:t>
            </w:r>
            <w:proofErr w:type="spellEnd"/>
            <w:r>
              <w:rPr>
                <w:sz w:val="18"/>
              </w:rPr>
              <w:t xml:space="preserve"> dan </w:t>
            </w:r>
            <w:proofErr w:type="spellStart"/>
            <w:r>
              <w:rPr>
                <w:sz w:val="18"/>
              </w:rPr>
              <w:t>pengujian</w:t>
            </w:r>
            <w:proofErr w:type="spellEnd"/>
            <w:r>
              <w:rPr>
                <w:sz w:val="18"/>
              </w:rPr>
              <w:t xml:space="preserve"> di </w:t>
            </w:r>
            <w:proofErr w:type="spellStart"/>
            <w:r>
              <w:rPr>
                <w:sz w:val="18"/>
              </w:rPr>
              <w:t>laboratorium</w:t>
            </w:r>
            <w:proofErr w:type="spellEnd"/>
            <w:r>
              <w:rPr>
                <w:sz w:val="18"/>
              </w:rPr>
              <w:t xml:space="preserve"> </w:t>
            </w:r>
          </w:p>
        </w:tc>
      </w:tr>
      <w:tr w:rsidR="00021266" w14:paraId="72F6030D" w14:textId="77777777">
        <w:trPr>
          <w:jc w:val="center"/>
        </w:trPr>
        <w:tc>
          <w:tcPr>
            <w:tcW w:w="4561" w:type="dxa"/>
            <w:shd w:val="clear" w:color="auto" w:fill="EAF2F8"/>
            <w:tcMar>
              <w:top w:w="90" w:type="dxa"/>
              <w:left w:w="90" w:type="dxa"/>
              <w:bottom w:w="90" w:type="dxa"/>
              <w:right w:w="90" w:type="dxa"/>
            </w:tcMar>
            <w:vAlign w:val="center"/>
          </w:tcPr>
          <w:p w14:paraId="66D2B5D4" w14:textId="77777777" w:rsidR="00021266" w:rsidRDefault="00E04100">
            <w:pPr>
              <w:spacing w:after="0"/>
            </w:pPr>
            <w:proofErr w:type="spellStart"/>
            <w:r>
              <w:rPr>
                <w:b/>
                <w:sz w:val="18"/>
              </w:rPr>
              <w:t>Potensi</w:t>
            </w:r>
            <w:proofErr w:type="spellEnd"/>
            <w:r>
              <w:rPr>
                <w:b/>
                <w:sz w:val="18"/>
              </w:rPr>
              <w:t xml:space="preserve"> </w:t>
            </w:r>
            <w:proofErr w:type="spellStart"/>
            <w:r>
              <w:rPr>
                <w:b/>
                <w:sz w:val="18"/>
              </w:rPr>
              <w:t>integrasi</w:t>
            </w:r>
            <w:proofErr w:type="spellEnd"/>
            <w:r>
              <w:rPr>
                <w:b/>
                <w:sz w:val="18"/>
              </w:rPr>
              <w:t xml:space="preserve"> </w:t>
            </w:r>
            <w:proofErr w:type="spellStart"/>
            <w:r>
              <w:rPr>
                <w:b/>
                <w:sz w:val="18"/>
              </w:rPr>
              <w:t>ke</w:t>
            </w:r>
            <w:proofErr w:type="spellEnd"/>
            <w:r>
              <w:rPr>
                <w:b/>
                <w:sz w:val="18"/>
              </w:rPr>
              <w:t xml:space="preserve"> </w:t>
            </w:r>
            <w:proofErr w:type="spellStart"/>
            <w:r>
              <w:rPr>
                <w:b/>
                <w:sz w:val="18"/>
              </w:rPr>
              <w:t>pembelajaran</w:t>
            </w:r>
            <w:proofErr w:type="spellEnd"/>
          </w:p>
        </w:tc>
        <w:tc>
          <w:tcPr>
            <w:tcW w:w="4561" w:type="dxa"/>
            <w:tcMar>
              <w:top w:w="90" w:type="dxa"/>
              <w:left w:w="90" w:type="dxa"/>
              <w:bottom w:w="90" w:type="dxa"/>
              <w:right w:w="90" w:type="dxa"/>
            </w:tcMar>
            <w:vAlign w:val="center"/>
          </w:tcPr>
          <w:p w14:paraId="3C96743C" w14:textId="6A293746" w:rsidR="00021266" w:rsidRDefault="00247D26">
            <w:pPr>
              <w:spacing w:after="0"/>
            </w:pPr>
            <w:proofErr w:type="spellStart"/>
            <w:r>
              <w:rPr>
                <w:sz w:val="18"/>
              </w:rPr>
              <w:t>Terintegari</w:t>
            </w:r>
            <w:proofErr w:type="spellEnd"/>
            <w:r>
              <w:rPr>
                <w:sz w:val="18"/>
              </w:rPr>
              <w:t xml:space="preserve"> </w:t>
            </w:r>
            <w:proofErr w:type="spellStart"/>
            <w:r>
              <w:rPr>
                <w:sz w:val="18"/>
              </w:rPr>
              <w:t>dengan</w:t>
            </w:r>
            <w:proofErr w:type="spellEnd"/>
            <w:r>
              <w:rPr>
                <w:sz w:val="18"/>
              </w:rPr>
              <w:t xml:space="preserve"> </w:t>
            </w:r>
            <w:proofErr w:type="spellStart"/>
            <w:r>
              <w:rPr>
                <w:sz w:val="18"/>
              </w:rPr>
              <w:t>mk</w:t>
            </w:r>
            <w:proofErr w:type="spellEnd"/>
            <w:r>
              <w:rPr>
                <w:sz w:val="18"/>
              </w:rPr>
              <w:t xml:space="preserve"> </w:t>
            </w:r>
            <w:proofErr w:type="spellStart"/>
            <w:r w:rsidR="00156812">
              <w:rPr>
                <w:sz w:val="18"/>
              </w:rPr>
              <w:t>Pengantar</w:t>
            </w:r>
            <w:proofErr w:type="spellEnd"/>
            <w:r w:rsidR="00156812">
              <w:rPr>
                <w:sz w:val="18"/>
              </w:rPr>
              <w:t xml:space="preserve"> </w:t>
            </w:r>
            <w:proofErr w:type="spellStart"/>
            <w:r w:rsidR="00156812">
              <w:rPr>
                <w:sz w:val="18"/>
              </w:rPr>
              <w:t>teknologi</w:t>
            </w:r>
            <w:proofErr w:type="spellEnd"/>
            <w:r w:rsidR="00156812">
              <w:rPr>
                <w:sz w:val="18"/>
              </w:rPr>
              <w:t xml:space="preserve"> </w:t>
            </w:r>
            <w:proofErr w:type="spellStart"/>
            <w:r w:rsidR="00156812">
              <w:rPr>
                <w:sz w:val="18"/>
              </w:rPr>
              <w:t>hasi</w:t>
            </w:r>
            <w:proofErr w:type="spellEnd"/>
            <w:r w:rsidR="00156812">
              <w:rPr>
                <w:sz w:val="18"/>
              </w:rPr>
              <w:t xml:space="preserve"> </w:t>
            </w:r>
            <w:proofErr w:type="spellStart"/>
            <w:r w:rsidR="00156812">
              <w:rPr>
                <w:sz w:val="18"/>
              </w:rPr>
              <w:t>perikanan</w:t>
            </w:r>
            <w:proofErr w:type="spellEnd"/>
            <w:r w:rsidR="00156812">
              <w:rPr>
                <w:sz w:val="18"/>
              </w:rPr>
              <w:t xml:space="preserve">, </w:t>
            </w:r>
            <w:proofErr w:type="spellStart"/>
            <w:r w:rsidR="00C7173E">
              <w:rPr>
                <w:sz w:val="18"/>
              </w:rPr>
              <w:t>Teknologi</w:t>
            </w:r>
            <w:proofErr w:type="spellEnd"/>
            <w:r w:rsidR="00C7173E">
              <w:rPr>
                <w:sz w:val="18"/>
              </w:rPr>
              <w:t xml:space="preserve"> </w:t>
            </w:r>
            <w:proofErr w:type="spellStart"/>
            <w:r w:rsidR="00C7173E">
              <w:rPr>
                <w:sz w:val="18"/>
              </w:rPr>
              <w:t>Pengolahan</w:t>
            </w:r>
            <w:proofErr w:type="spellEnd"/>
            <w:r w:rsidR="00C7173E">
              <w:rPr>
                <w:sz w:val="18"/>
              </w:rPr>
              <w:t xml:space="preserve"> </w:t>
            </w:r>
            <w:proofErr w:type="spellStart"/>
            <w:r w:rsidR="00C7173E">
              <w:rPr>
                <w:sz w:val="18"/>
              </w:rPr>
              <w:t>hasil</w:t>
            </w:r>
            <w:proofErr w:type="spellEnd"/>
            <w:r w:rsidR="00C7173E">
              <w:rPr>
                <w:sz w:val="18"/>
              </w:rPr>
              <w:t xml:space="preserve"> </w:t>
            </w:r>
            <w:proofErr w:type="spellStart"/>
            <w:r w:rsidR="00C7173E">
              <w:rPr>
                <w:sz w:val="18"/>
              </w:rPr>
              <w:t>perikanan</w:t>
            </w:r>
            <w:proofErr w:type="spellEnd"/>
            <w:r w:rsidR="00C7173E">
              <w:rPr>
                <w:sz w:val="18"/>
              </w:rPr>
              <w:t xml:space="preserve"> </w:t>
            </w:r>
            <w:proofErr w:type="spellStart"/>
            <w:r w:rsidR="00156812">
              <w:rPr>
                <w:sz w:val="18"/>
              </w:rPr>
              <w:t>Diversifikasi</w:t>
            </w:r>
            <w:proofErr w:type="spellEnd"/>
            <w:r w:rsidR="00156812">
              <w:rPr>
                <w:sz w:val="18"/>
              </w:rPr>
              <w:t xml:space="preserve"> </w:t>
            </w:r>
            <w:proofErr w:type="spellStart"/>
            <w:r w:rsidR="00156812">
              <w:rPr>
                <w:sz w:val="18"/>
              </w:rPr>
              <w:t>produk</w:t>
            </w:r>
            <w:proofErr w:type="spellEnd"/>
            <w:r w:rsidR="00156812">
              <w:rPr>
                <w:sz w:val="18"/>
              </w:rPr>
              <w:t xml:space="preserve">, </w:t>
            </w:r>
            <w:proofErr w:type="spellStart"/>
            <w:r w:rsidR="00156812">
              <w:rPr>
                <w:sz w:val="18"/>
              </w:rPr>
              <w:t>sanitasi</w:t>
            </w:r>
            <w:proofErr w:type="spellEnd"/>
            <w:r w:rsidR="00156812">
              <w:rPr>
                <w:sz w:val="18"/>
              </w:rPr>
              <w:t xml:space="preserve"> dan </w:t>
            </w:r>
            <w:proofErr w:type="spellStart"/>
            <w:r w:rsidR="00156812">
              <w:rPr>
                <w:sz w:val="18"/>
              </w:rPr>
              <w:t>higienis</w:t>
            </w:r>
            <w:proofErr w:type="spellEnd"/>
            <w:r w:rsidR="00156812">
              <w:rPr>
                <w:sz w:val="18"/>
              </w:rPr>
              <w:t xml:space="preserve"> </w:t>
            </w:r>
            <w:r w:rsidR="00C7173E">
              <w:rPr>
                <w:sz w:val="18"/>
              </w:rPr>
              <w:t xml:space="preserve">(PNK), </w:t>
            </w:r>
            <w:proofErr w:type="spellStart"/>
            <w:r w:rsidR="00C7173E">
              <w:rPr>
                <w:sz w:val="18"/>
              </w:rPr>
              <w:t>Pe</w:t>
            </w:r>
            <w:r w:rsidR="00156812">
              <w:rPr>
                <w:sz w:val="18"/>
              </w:rPr>
              <w:t>ng</w:t>
            </w:r>
            <w:r w:rsidR="00C7173E">
              <w:rPr>
                <w:sz w:val="18"/>
              </w:rPr>
              <w:t>olahan</w:t>
            </w:r>
            <w:proofErr w:type="spellEnd"/>
            <w:r w:rsidR="00C7173E">
              <w:rPr>
                <w:sz w:val="18"/>
              </w:rPr>
              <w:t xml:space="preserve"> Hasil </w:t>
            </w:r>
            <w:proofErr w:type="spellStart"/>
            <w:r w:rsidR="00C7173E">
              <w:rPr>
                <w:sz w:val="18"/>
              </w:rPr>
              <w:t>laut</w:t>
            </w:r>
            <w:proofErr w:type="spellEnd"/>
            <w:r w:rsidR="00C7173E">
              <w:rPr>
                <w:sz w:val="18"/>
              </w:rPr>
              <w:t xml:space="preserve"> (THP)</w:t>
            </w:r>
            <w:r w:rsidR="00156812">
              <w:rPr>
                <w:sz w:val="18"/>
              </w:rPr>
              <w:t xml:space="preserve">. </w:t>
            </w:r>
          </w:p>
        </w:tc>
      </w:tr>
      <w:tr w:rsidR="00021266" w14:paraId="137161BB" w14:textId="77777777">
        <w:trPr>
          <w:jc w:val="center"/>
        </w:trPr>
        <w:tc>
          <w:tcPr>
            <w:tcW w:w="4561" w:type="dxa"/>
            <w:shd w:val="clear" w:color="auto" w:fill="EAF2F8"/>
            <w:tcMar>
              <w:top w:w="90" w:type="dxa"/>
              <w:left w:w="90" w:type="dxa"/>
              <w:bottom w:w="90" w:type="dxa"/>
              <w:right w:w="90" w:type="dxa"/>
            </w:tcMar>
            <w:vAlign w:val="center"/>
          </w:tcPr>
          <w:p w14:paraId="62E00115" w14:textId="77777777" w:rsidR="00021266" w:rsidRPr="003F1B29" w:rsidRDefault="00E04100">
            <w:pPr>
              <w:spacing w:after="0"/>
              <w:rPr>
                <w:lang w:val="nb-NO"/>
              </w:rPr>
            </w:pPr>
            <w:r w:rsidRPr="003F1B29">
              <w:rPr>
                <w:b/>
                <w:sz w:val="18"/>
                <w:lang w:val="nb-NO"/>
              </w:rPr>
              <w:t>Potensi penerapan melalui PkM/KKP</w:t>
            </w:r>
          </w:p>
        </w:tc>
        <w:tc>
          <w:tcPr>
            <w:tcW w:w="4561" w:type="dxa"/>
            <w:tcMar>
              <w:top w:w="90" w:type="dxa"/>
              <w:left w:w="90" w:type="dxa"/>
              <w:bottom w:w="90" w:type="dxa"/>
              <w:right w:w="90" w:type="dxa"/>
            </w:tcMar>
            <w:vAlign w:val="center"/>
          </w:tcPr>
          <w:p w14:paraId="46966A1B" w14:textId="7D0C5FC8" w:rsidR="00021266" w:rsidRDefault="006A6548">
            <w:pPr>
              <w:spacing w:after="0"/>
            </w:pPr>
            <w:proofErr w:type="spellStart"/>
            <w:r>
              <w:rPr>
                <w:sz w:val="18"/>
              </w:rPr>
              <w:t>Penuluhan</w:t>
            </w:r>
            <w:proofErr w:type="spellEnd"/>
            <w:r>
              <w:rPr>
                <w:sz w:val="18"/>
              </w:rPr>
              <w:t xml:space="preserve"> </w:t>
            </w:r>
            <w:proofErr w:type="spellStart"/>
            <w:r>
              <w:rPr>
                <w:sz w:val="18"/>
              </w:rPr>
              <w:t>melalui</w:t>
            </w:r>
            <w:proofErr w:type="spellEnd"/>
            <w:r>
              <w:rPr>
                <w:sz w:val="18"/>
              </w:rPr>
              <w:t xml:space="preserve"> Program KKP</w:t>
            </w:r>
          </w:p>
        </w:tc>
      </w:tr>
    </w:tbl>
    <w:p w14:paraId="7FBF0731" w14:textId="77777777" w:rsidR="00021266" w:rsidRDefault="00E04100">
      <w:pPr>
        <w:spacing w:before="160" w:after="100"/>
      </w:pPr>
      <w:r>
        <w:rPr>
          <w:b/>
          <w:sz w:val="24"/>
        </w:rPr>
        <w:t>J. JADWAL PELAKSANAAN</w:t>
      </w:r>
    </w:p>
    <w:tbl>
      <w:tblPr>
        <w:tblStyle w:val="TableGrid"/>
        <w:tblW w:w="5000" w:type="pct"/>
        <w:jc w:val="center"/>
        <w:tblLook w:val="04A0" w:firstRow="1" w:lastRow="0" w:firstColumn="1" w:lastColumn="0" w:noHBand="0" w:noVBand="1"/>
      </w:tblPr>
      <w:tblGrid>
        <w:gridCol w:w="514"/>
        <w:gridCol w:w="2854"/>
        <w:gridCol w:w="988"/>
        <w:gridCol w:w="988"/>
        <w:gridCol w:w="990"/>
        <w:gridCol w:w="990"/>
        <w:gridCol w:w="990"/>
        <w:gridCol w:w="988"/>
      </w:tblGrid>
      <w:tr w:rsidR="00021266" w14:paraId="30C2A87B" w14:textId="77777777" w:rsidTr="006D58AE">
        <w:trPr>
          <w:jc w:val="center"/>
        </w:trPr>
        <w:tc>
          <w:tcPr>
            <w:tcW w:w="277" w:type="pct"/>
            <w:shd w:val="clear" w:color="auto" w:fill="D9EAF7"/>
            <w:tcMar>
              <w:top w:w="90" w:type="dxa"/>
              <w:left w:w="90" w:type="dxa"/>
              <w:bottom w:w="90" w:type="dxa"/>
              <w:right w:w="90" w:type="dxa"/>
            </w:tcMar>
            <w:vAlign w:val="center"/>
          </w:tcPr>
          <w:p w14:paraId="5E83CED9" w14:textId="77777777" w:rsidR="00021266" w:rsidRDefault="00E04100" w:rsidP="006D58AE">
            <w:pPr>
              <w:spacing w:after="0"/>
              <w:jc w:val="center"/>
            </w:pPr>
            <w:r>
              <w:rPr>
                <w:b/>
                <w:sz w:val="18"/>
              </w:rPr>
              <w:t>No.</w:t>
            </w:r>
          </w:p>
        </w:tc>
        <w:tc>
          <w:tcPr>
            <w:tcW w:w="1534" w:type="pct"/>
            <w:shd w:val="clear" w:color="auto" w:fill="D9EAF7"/>
            <w:tcMar>
              <w:top w:w="90" w:type="dxa"/>
              <w:left w:w="90" w:type="dxa"/>
              <w:bottom w:w="90" w:type="dxa"/>
              <w:right w:w="90" w:type="dxa"/>
            </w:tcMar>
            <w:vAlign w:val="center"/>
          </w:tcPr>
          <w:p w14:paraId="01A331FA" w14:textId="77777777" w:rsidR="00021266" w:rsidRDefault="00E04100" w:rsidP="006D58AE">
            <w:pPr>
              <w:spacing w:after="0"/>
              <w:jc w:val="center"/>
            </w:pPr>
            <w:proofErr w:type="spellStart"/>
            <w:r>
              <w:rPr>
                <w:b/>
                <w:sz w:val="18"/>
              </w:rPr>
              <w:t>Kegiatan</w:t>
            </w:r>
            <w:proofErr w:type="spellEnd"/>
          </w:p>
        </w:tc>
        <w:tc>
          <w:tcPr>
            <w:tcW w:w="531" w:type="pct"/>
            <w:shd w:val="clear" w:color="auto" w:fill="D9EAF7"/>
            <w:tcMar>
              <w:top w:w="90" w:type="dxa"/>
              <w:left w:w="90" w:type="dxa"/>
              <w:bottom w:w="90" w:type="dxa"/>
              <w:right w:w="90" w:type="dxa"/>
            </w:tcMar>
            <w:vAlign w:val="center"/>
          </w:tcPr>
          <w:p w14:paraId="6CC100CF" w14:textId="77777777" w:rsidR="00021266" w:rsidRDefault="00E04100" w:rsidP="006D58AE">
            <w:pPr>
              <w:spacing w:after="0"/>
              <w:jc w:val="center"/>
            </w:pPr>
            <w:proofErr w:type="spellStart"/>
            <w:r>
              <w:rPr>
                <w:b/>
                <w:sz w:val="18"/>
              </w:rPr>
              <w:t>Bln</w:t>
            </w:r>
            <w:proofErr w:type="spellEnd"/>
            <w:r>
              <w:rPr>
                <w:b/>
                <w:sz w:val="18"/>
              </w:rPr>
              <w:t xml:space="preserve"> 1</w:t>
            </w:r>
          </w:p>
        </w:tc>
        <w:tc>
          <w:tcPr>
            <w:tcW w:w="531" w:type="pct"/>
            <w:shd w:val="clear" w:color="auto" w:fill="D9EAF7"/>
            <w:tcMar>
              <w:top w:w="90" w:type="dxa"/>
              <w:left w:w="90" w:type="dxa"/>
              <w:bottom w:w="90" w:type="dxa"/>
              <w:right w:w="90" w:type="dxa"/>
            </w:tcMar>
            <w:vAlign w:val="center"/>
          </w:tcPr>
          <w:p w14:paraId="4348FFDC" w14:textId="77777777" w:rsidR="00021266" w:rsidRDefault="00E04100" w:rsidP="006D58AE">
            <w:pPr>
              <w:spacing w:after="0"/>
              <w:jc w:val="center"/>
            </w:pPr>
            <w:proofErr w:type="spellStart"/>
            <w:r>
              <w:rPr>
                <w:b/>
                <w:sz w:val="18"/>
              </w:rPr>
              <w:t>Bln</w:t>
            </w:r>
            <w:proofErr w:type="spellEnd"/>
            <w:r>
              <w:rPr>
                <w:b/>
                <w:sz w:val="18"/>
              </w:rPr>
              <w:t xml:space="preserve"> 2</w:t>
            </w:r>
          </w:p>
        </w:tc>
        <w:tc>
          <w:tcPr>
            <w:tcW w:w="532" w:type="pct"/>
            <w:shd w:val="clear" w:color="auto" w:fill="D9EAF7"/>
            <w:tcMar>
              <w:top w:w="90" w:type="dxa"/>
              <w:left w:w="90" w:type="dxa"/>
              <w:bottom w:w="90" w:type="dxa"/>
              <w:right w:w="90" w:type="dxa"/>
            </w:tcMar>
            <w:vAlign w:val="center"/>
          </w:tcPr>
          <w:p w14:paraId="628C6746" w14:textId="77777777" w:rsidR="00021266" w:rsidRDefault="00E04100" w:rsidP="006D58AE">
            <w:pPr>
              <w:spacing w:after="0"/>
              <w:jc w:val="center"/>
            </w:pPr>
            <w:proofErr w:type="spellStart"/>
            <w:r>
              <w:rPr>
                <w:b/>
                <w:sz w:val="18"/>
              </w:rPr>
              <w:t>Bln</w:t>
            </w:r>
            <w:proofErr w:type="spellEnd"/>
            <w:r>
              <w:rPr>
                <w:b/>
                <w:sz w:val="18"/>
              </w:rPr>
              <w:t xml:space="preserve"> 3</w:t>
            </w:r>
          </w:p>
        </w:tc>
        <w:tc>
          <w:tcPr>
            <w:tcW w:w="532" w:type="pct"/>
            <w:shd w:val="clear" w:color="auto" w:fill="D9EAF7"/>
            <w:tcMar>
              <w:top w:w="90" w:type="dxa"/>
              <w:left w:w="90" w:type="dxa"/>
              <w:bottom w:w="90" w:type="dxa"/>
              <w:right w:w="90" w:type="dxa"/>
            </w:tcMar>
            <w:vAlign w:val="center"/>
          </w:tcPr>
          <w:p w14:paraId="3F62C5CA" w14:textId="77777777" w:rsidR="00021266" w:rsidRDefault="00E04100" w:rsidP="006D58AE">
            <w:pPr>
              <w:spacing w:after="0"/>
              <w:jc w:val="center"/>
            </w:pPr>
            <w:proofErr w:type="spellStart"/>
            <w:r>
              <w:rPr>
                <w:b/>
                <w:sz w:val="18"/>
              </w:rPr>
              <w:t>Bln</w:t>
            </w:r>
            <w:proofErr w:type="spellEnd"/>
            <w:r>
              <w:rPr>
                <w:b/>
                <w:sz w:val="18"/>
              </w:rPr>
              <w:t xml:space="preserve"> 4</w:t>
            </w:r>
          </w:p>
        </w:tc>
        <w:tc>
          <w:tcPr>
            <w:tcW w:w="532" w:type="pct"/>
            <w:shd w:val="clear" w:color="auto" w:fill="D9EAF7"/>
            <w:tcMar>
              <w:top w:w="90" w:type="dxa"/>
              <w:left w:w="90" w:type="dxa"/>
              <w:bottom w:w="90" w:type="dxa"/>
              <w:right w:w="90" w:type="dxa"/>
            </w:tcMar>
            <w:vAlign w:val="center"/>
          </w:tcPr>
          <w:p w14:paraId="4B4ABCA9" w14:textId="77777777" w:rsidR="00021266" w:rsidRDefault="00E04100" w:rsidP="006D58AE">
            <w:pPr>
              <w:spacing w:after="0"/>
              <w:jc w:val="center"/>
            </w:pPr>
            <w:proofErr w:type="spellStart"/>
            <w:r>
              <w:rPr>
                <w:b/>
                <w:sz w:val="18"/>
              </w:rPr>
              <w:t>Bln</w:t>
            </w:r>
            <w:proofErr w:type="spellEnd"/>
            <w:r>
              <w:rPr>
                <w:b/>
                <w:sz w:val="18"/>
              </w:rPr>
              <w:t xml:space="preserve"> 5</w:t>
            </w:r>
          </w:p>
        </w:tc>
        <w:tc>
          <w:tcPr>
            <w:tcW w:w="532" w:type="pct"/>
            <w:shd w:val="clear" w:color="auto" w:fill="D9EAF7"/>
            <w:tcMar>
              <w:top w:w="90" w:type="dxa"/>
              <w:left w:w="90" w:type="dxa"/>
              <w:bottom w:w="90" w:type="dxa"/>
              <w:right w:w="90" w:type="dxa"/>
            </w:tcMar>
            <w:vAlign w:val="center"/>
          </w:tcPr>
          <w:p w14:paraId="0D3476EA" w14:textId="77777777" w:rsidR="00021266" w:rsidRDefault="00E04100" w:rsidP="006D58AE">
            <w:pPr>
              <w:spacing w:after="0"/>
              <w:jc w:val="center"/>
            </w:pPr>
            <w:proofErr w:type="spellStart"/>
            <w:r>
              <w:rPr>
                <w:b/>
                <w:sz w:val="18"/>
              </w:rPr>
              <w:t>Bln</w:t>
            </w:r>
            <w:proofErr w:type="spellEnd"/>
            <w:r>
              <w:rPr>
                <w:b/>
                <w:sz w:val="18"/>
              </w:rPr>
              <w:t xml:space="preserve"> 6</w:t>
            </w:r>
          </w:p>
        </w:tc>
      </w:tr>
      <w:tr w:rsidR="00021266" w14:paraId="2B843BB4" w14:textId="77777777" w:rsidTr="00297A8C">
        <w:trPr>
          <w:jc w:val="center"/>
        </w:trPr>
        <w:tc>
          <w:tcPr>
            <w:tcW w:w="277" w:type="pct"/>
            <w:tcMar>
              <w:top w:w="90" w:type="dxa"/>
              <w:left w:w="90" w:type="dxa"/>
              <w:bottom w:w="90" w:type="dxa"/>
              <w:right w:w="90" w:type="dxa"/>
            </w:tcMar>
            <w:vAlign w:val="center"/>
          </w:tcPr>
          <w:p w14:paraId="36C63660" w14:textId="77777777" w:rsidR="00021266" w:rsidRDefault="00E04100" w:rsidP="006D58AE">
            <w:pPr>
              <w:spacing w:after="0"/>
              <w:jc w:val="center"/>
            </w:pPr>
            <w:r>
              <w:rPr>
                <w:sz w:val="18"/>
              </w:rPr>
              <w:t>1</w:t>
            </w:r>
          </w:p>
        </w:tc>
        <w:tc>
          <w:tcPr>
            <w:tcW w:w="1534" w:type="pct"/>
            <w:tcMar>
              <w:top w:w="90" w:type="dxa"/>
              <w:left w:w="90" w:type="dxa"/>
              <w:bottom w:w="90" w:type="dxa"/>
              <w:right w:w="90" w:type="dxa"/>
            </w:tcMar>
            <w:vAlign w:val="center"/>
          </w:tcPr>
          <w:p w14:paraId="6D20C37C" w14:textId="77777777" w:rsidR="00021266" w:rsidRDefault="00E04100">
            <w:pPr>
              <w:spacing w:after="0"/>
            </w:pPr>
            <w:proofErr w:type="spellStart"/>
            <w:r>
              <w:rPr>
                <w:sz w:val="18"/>
              </w:rPr>
              <w:t>Persiapan</w:t>
            </w:r>
            <w:proofErr w:type="spellEnd"/>
          </w:p>
        </w:tc>
        <w:tc>
          <w:tcPr>
            <w:tcW w:w="531" w:type="pct"/>
            <w:shd w:val="clear" w:color="auto" w:fill="EE0000"/>
            <w:tcMar>
              <w:top w:w="90" w:type="dxa"/>
              <w:left w:w="90" w:type="dxa"/>
              <w:bottom w:w="90" w:type="dxa"/>
              <w:right w:w="90" w:type="dxa"/>
            </w:tcMar>
            <w:vAlign w:val="center"/>
          </w:tcPr>
          <w:p w14:paraId="1CF8583F" w14:textId="77777777" w:rsidR="00021266" w:rsidRDefault="00021266">
            <w:pPr>
              <w:spacing w:after="0"/>
            </w:pPr>
          </w:p>
        </w:tc>
        <w:tc>
          <w:tcPr>
            <w:tcW w:w="531" w:type="pct"/>
            <w:tcMar>
              <w:top w:w="90" w:type="dxa"/>
              <w:left w:w="90" w:type="dxa"/>
              <w:bottom w:w="90" w:type="dxa"/>
              <w:right w:w="90" w:type="dxa"/>
            </w:tcMar>
            <w:vAlign w:val="center"/>
          </w:tcPr>
          <w:p w14:paraId="7E5E2773" w14:textId="77777777" w:rsidR="00021266" w:rsidRDefault="00021266">
            <w:pPr>
              <w:spacing w:after="0"/>
            </w:pPr>
          </w:p>
        </w:tc>
        <w:tc>
          <w:tcPr>
            <w:tcW w:w="532" w:type="pct"/>
            <w:tcMar>
              <w:top w:w="90" w:type="dxa"/>
              <w:left w:w="90" w:type="dxa"/>
              <w:bottom w:w="90" w:type="dxa"/>
              <w:right w:w="90" w:type="dxa"/>
            </w:tcMar>
            <w:vAlign w:val="center"/>
          </w:tcPr>
          <w:p w14:paraId="7D1C5A50" w14:textId="77777777" w:rsidR="00021266" w:rsidRDefault="00021266">
            <w:pPr>
              <w:spacing w:after="0"/>
            </w:pPr>
          </w:p>
        </w:tc>
        <w:tc>
          <w:tcPr>
            <w:tcW w:w="532" w:type="pct"/>
            <w:tcMar>
              <w:top w:w="90" w:type="dxa"/>
              <w:left w:w="90" w:type="dxa"/>
              <w:bottom w:w="90" w:type="dxa"/>
              <w:right w:w="90" w:type="dxa"/>
            </w:tcMar>
            <w:vAlign w:val="center"/>
          </w:tcPr>
          <w:p w14:paraId="43C1B2DD" w14:textId="77777777" w:rsidR="00021266" w:rsidRDefault="00021266">
            <w:pPr>
              <w:spacing w:after="0"/>
            </w:pPr>
          </w:p>
        </w:tc>
        <w:tc>
          <w:tcPr>
            <w:tcW w:w="532" w:type="pct"/>
            <w:tcMar>
              <w:top w:w="90" w:type="dxa"/>
              <w:left w:w="90" w:type="dxa"/>
              <w:bottom w:w="90" w:type="dxa"/>
              <w:right w:w="90" w:type="dxa"/>
            </w:tcMar>
            <w:vAlign w:val="center"/>
          </w:tcPr>
          <w:p w14:paraId="78F78F3D" w14:textId="77777777" w:rsidR="00021266" w:rsidRDefault="00021266">
            <w:pPr>
              <w:spacing w:after="0"/>
            </w:pPr>
          </w:p>
        </w:tc>
        <w:tc>
          <w:tcPr>
            <w:tcW w:w="532" w:type="pct"/>
            <w:tcMar>
              <w:top w:w="90" w:type="dxa"/>
              <w:left w:w="90" w:type="dxa"/>
              <w:bottom w:w="90" w:type="dxa"/>
              <w:right w:w="90" w:type="dxa"/>
            </w:tcMar>
            <w:vAlign w:val="center"/>
          </w:tcPr>
          <w:p w14:paraId="4C3F17E3" w14:textId="77777777" w:rsidR="00021266" w:rsidRDefault="00021266">
            <w:pPr>
              <w:spacing w:after="0"/>
            </w:pPr>
          </w:p>
        </w:tc>
      </w:tr>
      <w:tr w:rsidR="00021266" w14:paraId="3A082EFA" w14:textId="77777777" w:rsidTr="00EC42C9">
        <w:trPr>
          <w:jc w:val="center"/>
        </w:trPr>
        <w:tc>
          <w:tcPr>
            <w:tcW w:w="277" w:type="pct"/>
            <w:tcMar>
              <w:top w:w="90" w:type="dxa"/>
              <w:left w:w="90" w:type="dxa"/>
              <w:bottom w:w="90" w:type="dxa"/>
              <w:right w:w="90" w:type="dxa"/>
            </w:tcMar>
            <w:vAlign w:val="center"/>
          </w:tcPr>
          <w:p w14:paraId="0AF332DF" w14:textId="77777777" w:rsidR="00021266" w:rsidRDefault="00E04100" w:rsidP="006D58AE">
            <w:pPr>
              <w:spacing w:after="0"/>
              <w:jc w:val="center"/>
            </w:pPr>
            <w:r>
              <w:rPr>
                <w:sz w:val="18"/>
              </w:rPr>
              <w:lastRenderedPageBreak/>
              <w:t>2</w:t>
            </w:r>
          </w:p>
        </w:tc>
        <w:tc>
          <w:tcPr>
            <w:tcW w:w="1534" w:type="pct"/>
            <w:tcMar>
              <w:top w:w="90" w:type="dxa"/>
              <w:left w:w="90" w:type="dxa"/>
              <w:bottom w:w="90" w:type="dxa"/>
              <w:right w:w="90" w:type="dxa"/>
            </w:tcMar>
            <w:vAlign w:val="center"/>
          </w:tcPr>
          <w:p w14:paraId="2EF35D9E" w14:textId="77777777" w:rsidR="00021266" w:rsidRDefault="00E04100">
            <w:pPr>
              <w:spacing w:after="0"/>
            </w:pPr>
            <w:proofErr w:type="spellStart"/>
            <w:r>
              <w:rPr>
                <w:sz w:val="18"/>
              </w:rPr>
              <w:t>Pengumpulan</w:t>
            </w:r>
            <w:proofErr w:type="spellEnd"/>
            <w:r>
              <w:rPr>
                <w:sz w:val="18"/>
              </w:rPr>
              <w:t>/</w:t>
            </w:r>
            <w:proofErr w:type="spellStart"/>
            <w:r>
              <w:rPr>
                <w:sz w:val="18"/>
              </w:rPr>
              <w:t>Pelaksanaan</w:t>
            </w:r>
            <w:proofErr w:type="spellEnd"/>
          </w:p>
        </w:tc>
        <w:tc>
          <w:tcPr>
            <w:tcW w:w="531" w:type="pct"/>
            <w:tcMar>
              <w:top w:w="90" w:type="dxa"/>
              <w:left w:w="90" w:type="dxa"/>
              <w:bottom w:w="90" w:type="dxa"/>
              <w:right w:w="90" w:type="dxa"/>
            </w:tcMar>
            <w:vAlign w:val="center"/>
          </w:tcPr>
          <w:p w14:paraId="495B509D" w14:textId="77777777" w:rsidR="00021266" w:rsidRDefault="00021266">
            <w:pPr>
              <w:spacing w:after="0"/>
            </w:pPr>
          </w:p>
        </w:tc>
        <w:tc>
          <w:tcPr>
            <w:tcW w:w="531" w:type="pct"/>
            <w:shd w:val="clear" w:color="auto" w:fill="EE0000"/>
            <w:tcMar>
              <w:top w:w="90" w:type="dxa"/>
              <w:left w:w="90" w:type="dxa"/>
              <w:bottom w:w="90" w:type="dxa"/>
              <w:right w:w="90" w:type="dxa"/>
            </w:tcMar>
            <w:vAlign w:val="center"/>
          </w:tcPr>
          <w:p w14:paraId="4F30652F" w14:textId="77777777" w:rsidR="00021266" w:rsidRDefault="00021266">
            <w:pPr>
              <w:spacing w:after="0"/>
            </w:pPr>
          </w:p>
        </w:tc>
        <w:tc>
          <w:tcPr>
            <w:tcW w:w="532" w:type="pct"/>
            <w:shd w:val="clear" w:color="auto" w:fill="EE0000"/>
            <w:tcMar>
              <w:top w:w="90" w:type="dxa"/>
              <w:left w:w="90" w:type="dxa"/>
              <w:bottom w:w="90" w:type="dxa"/>
              <w:right w:w="90" w:type="dxa"/>
            </w:tcMar>
            <w:vAlign w:val="center"/>
          </w:tcPr>
          <w:p w14:paraId="0EA6A73A" w14:textId="77777777" w:rsidR="00021266" w:rsidRDefault="00021266">
            <w:pPr>
              <w:spacing w:after="0"/>
            </w:pPr>
          </w:p>
        </w:tc>
        <w:tc>
          <w:tcPr>
            <w:tcW w:w="532" w:type="pct"/>
            <w:tcMar>
              <w:top w:w="90" w:type="dxa"/>
              <w:left w:w="90" w:type="dxa"/>
              <w:bottom w:w="90" w:type="dxa"/>
              <w:right w:w="90" w:type="dxa"/>
            </w:tcMar>
            <w:vAlign w:val="center"/>
          </w:tcPr>
          <w:p w14:paraId="2A6A05CF" w14:textId="77777777" w:rsidR="00021266" w:rsidRDefault="00021266">
            <w:pPr>
              <w:spacing w:after="0"/>
            </w:pPr>
          </w:p>
        </w:tc>
        <w:tc>
          <w:tcPr>
            <w:tcW w:w="532" w:type="pct"/>
            <w:tcMar>
              <w:top w:w="90" w:type="dxa"/>
              <w:left w:w="90" w:type="dxa"/>
              <w:bottom w:w="90" w:type="dxa"/>
              <w:right w:w="90" w:type="dxa"/>
            </w:tcMar>
            <w:vAlign w:val="center"/>
          </w:tcPr>
          <w:p w14:paraId="406D9058" w14:textId="77777777" w:rsidR="00021266" w:rsidRDefault="00021266">
            <w:pPr>
              <w:spacing w:after="0"/>
            </w:pPr>
          </w:p>
        </w:tc>
        <w:tc>
          <w:tcPr>
            <w:tcW w:w="532" w:type="pct"/>
            <w:tcMar>
              <w:top w:w="90" w:type="dxa"/>
              <w:left w:w="90" w:type="dxa"/>
              <w:bottom w:w="90" w:type="dxa"/>
              <w:right w:w="90" w:type="dxa"/>
            </w:tcMar>
            <w:vAlign w:val="center"/>
          </w:tcPr>
          <w:p w14:paraId="46475802" w14:textId="77777777" w:rsidR="00021266" w:rsidRDefault="00021266">
            <w:pPr>
              <w:spacing w:after="0"/>
            </w:pPr>
          </w:p>
        </w:tc>
      </w:tr>
      <w:tr w:rsidR="00021266" w14:paraId="093E4598" w14:textId="77777777" w:rsidTr="00EC42C9">
        <w:trPr>
          <w:jc w:val="center"/>
        </w:trPr>
        <w:tc>
          <w:tcPr>
            <w:tcW w:w="277" w:type="pct"/>
            <w:tcMar>
              <w:top w:w="90" w:type="dxa"/>
              <w:left w:w="90" w:type="dxa"/>
              <w:bottom w:w="90" w:type="dxa"/>
              <w:right w:w="90" w:type="dxa"/>
            </w:tcMar>
            <w:vAlign w:val="center"/>
          </w:tcPr>
          <w:p w14:paraId="66FEF606" w14:textId="77777777" w:rsidR="00021266" w:rsidRDefault="00E04100" w:rsidP="006D58AE">
            <w:pPr>
              <w:spacing w:after="0"/>
              <w:jc w:val="center"/>
            </w:pPr>
            <w:r>
              <w:rPr>
                <w:sz w:val="18"/>
              </w:rPr>
              <w:t>3</w:t>
            </w:r>
          </w:p>
        </w:tc>
        <w:tc>
          <w:tcPr>
            <w:tcW w:w="1534" w:type="pct"/>
            <w:tcMar>
              <w:top w:w="90" w:type="dxa"/>
              <w:left w:w="90" w:type="dxa"/>
              <w:bottom w:w="90" w:type="dxa"/>
              <w:right w:w="90" w:type="dxa"/>
            </w:tcMar>
            <w:vAlign w:val="center"/>
          </w:tcPr>
          <w:p w14:paraId="5E312FC6" w14:textId="77777777" w:rsidR="00021266" w:rsidRDefault="00E04100">
            <w:pPr>
              <w:spacing w:after="0"/>
            </w:pPr>
            <w:proofErr w:type="spellStart"/>
            <w:r>
              <w:rPr>
                <w:sz w:val="18"/>
              </w:rPr>
              <w:t>Analisis</w:t>
            </w:r>
            <w:proofErr w:type="spellEnd"/>
            <w:r>
              <w:rPr>
                <w:sz w:val="18"/>
              </w:rPr>
              <w:t>/</w:t>
            </w:r>
            <w:proofErr w:type="spellStart"/>
            <w:r>
              <w:rPr>
                <w:sz w:val="18"/>
              </w:rPr>
              <w:t>Validasi</w:t>
            </w:r>
            <w:proofErr w:type="spellEnd"/>
          </w:p>
        </w:tc>
        <w:tc>
          <w:tcPr>
            <w:tcW w:w="531" w:type="pct"/>
            <w:tcMar>
              <w:top w:w="90" w:type="dxa"/>
              <w:left w:w="90" w:type="dxa"/>
              <w:bottom w:w="90" w:type="dxa"/>
              <w:right w:w="90" w:type="dxa"/>
            </w:tcMar>
            <w:vAlign w:val="center"/>
          </w:tcPr>
          <w:p w14:paraId="2002B8D7" w14:textId="77777777" w:rsidR="00021266" w:rsidRDefault="00021266">
            <w:pPr>
              <w:spacing w:after="0"/>
            </w:pPr>
          </w:p>
        </w:tc>
        <w:tc>
          <w:tcPr>
            <w:tcW w:w="531" w:type="pct"/>
            <w:tcMar>
              <w:top w:w="90" w:type="dxa"/>
              <w:left w:w="90" w:type="dxa"/>
              <w:bottom w:w="90" w:type="dxa"/>
              <w:right w:w="90" w:type="dxa"/>
            </w:tcMar>
            <w:vAlign w:val="center"/>
          </w:tcPr>
          <w:p w14:paraId="2379D7E4" w14:textId="77777777" w:rsidR="00021266" w:rsidRDefault="00021266">
            <w:pPr>
              <w:spacing w:after="0"/>
            </w:pPr>
          </w:p>
        </w:tc>
        <w:tc>
          <w:tcPr>
            <w:tcW w:w="532" w:type="pct"/>
            <w:tcMar>
              <w:top w:w="90" w:type="dxa"/>
              <w:left w:w="90" w:type="dxa"/>
              <w:bottom w:w="90" w:type="dxa"/>
              <w:right w:w="90" w:type="dxa"/>
            </w:tcMar>
            <w:vAlign w:val="center"/>
          </w:tcPr>
          <w:p w14:paraId="145BF9C2" w14:textId="77777777" w:rsidR="00021266" w:rsidRDefault="00021266">
            <w:pPr>
              <w:spacing w:after="0"/>
            </w:pPr>
          </w:p>
        </w:tc>
        <w:tc>
          <w:tcPr>
            <w:tcW w:w="532" w:type="pct"/>
            <w:shd w:val="clear" w:color="auto" w:fill="EE0000"/>
            <w:tcMar>
              <w:top w:w="90" w:type="dxa"/>
              <w:left w:w="90" w:type="dxa"/>
              <w:bottom w:w="90" w:type="dxa"/>
              <w:right w:w="90" w:type="dxa"/>
            </w:tcMar>
            <w:vAlign w:val="center"/>
          </w:tcPr>
          <w:p w14:paraId="2789363C" w14:textId="77777777" w:rsidR="00021266" w:rsidRDefault="00021266">
            <w:pPr>
              <w:spacing w:after="0"/>
            </w:pPr>
          </w:p>
        </w:tc>
        <w:tc>
          <w:tcPr>
            <w:tcW w:w="532" w:type="pct"/>
            <w:tcMar>
              <w:top w:w="90" w:type="dxa"/>
              <w:left w:w="90" w:type="dxa"/>
              <w:bottom w:w="90" w:type="dxa"/>
              <w:right w:w="90" w:type="dxa"/>
            </w:tcMar>
            <w:vAlign w:val="center"/>
          </w:tcPr>
          <w:p w14:paraId="55F25C75" w14:textId="77777777" w:rsidR="00021266" w:rsidRDefault="00021266">
            <w:pPr>
              <w:spacing w:after="0"/>
            </w:pPr>
          </w:p>
        </w:tc>
        <w:tc>
          <w:tcPr>
            <w:tcW w:w="532" w:type="pct"/>
            <w:tcMar>
              <w:top w:w="90" w:type="dxa"/>
              <w:left w:w="90" w:type="dxa"/>
              <w:bottom w:w="90" w:type="dxa"/>
              <w:right w:w="90" w:type="dxa"/>
            </w:tcMar>
            <w:vAlign w:val="center"/>
          </w:tcPr>
          <w:p w14:paraId="4DD1EB57" w14:textId="77777777" w:rsidR="00021266" w:rsidRDefault="00021266">
            <w:pPr>
              <w:spacing w:after="0"/>
            </w:pPr>
          </w:p>
        </w:tc>
      </w:tr>
      <w:tr w:rsidR="00021266" w14:paraId="2E3A881F" w14:textId="77777777" w:rsidTr="00EC42C9">
        <w:trPr>
          <w:jc w:val="center"/>
        </w:trPr>
        <w:tc>
          <w:tcPr>
            <w:tcW w:w="277" w:type="pct"/>
            <w:tcMar>
              <w:top w:w="90" w:type="dxa"/>
              <w:left w:w="90" w:type="dxa"/>
              <w:bottom w:w="90" w:type="dxa"/>
              <w:right w:w="90" w:type="dxa"/>
            </w:tcMar>
            <w:vAlign w:val="center"/>
          </w:tcPr>
          <w:p w14:paraId="35009BA8" w14:textId="77777777" w:rsidR="00021266" w:rsidRDefault="00E04100" w:rsidP="006D58AE">
            <w:pPr>
              <w:spacing w:after="0"/>
              <w:jc w:val="center"/>
            </w:pPr>
            <w:r>
              <w:rPr>
                <w:sz w:val="18"/>
              </w:rPr>
              <w:t>4</w:t>
            </w:r>
          </w:p>
        </w:tc>
        <w:tc>
          <w:tcPr>
            <w:tcW w:w="1534" w:type="pct"/>
            <w:tcMar>
              <w:top w:w="90" w:type="dxa"/>
              <w:left w:w="90" w:type="dxa"/>
              <w:bottom w:w="90" w:type="dxa"/>
              <w:right w:w="90" w:type="dxa"/>
            </w:tcMar>
            <w:vAlign w:val="center"/>
          </w:tcPr>
          <w:p w14:paraId="736041C9" w14:textId="77777777" w:rsidR="00021266" w:rsidRDefault="00E04100">
            <w:pPr>
              <w:spacing w:after="0"/>
            </w:pPr>
            <w:proofErr w:type="spellStart"/>
            <w:r>
              <w:rPr>
                <w:sz w:val="18"/>
              </w:rPr>
              <w:t>Penyusunan</w:t>
            </w:r>
            <w:proofErr w:type="spellEnd"/>
            <w:r>
              <w:rPr>
                <w:sz w:val="18"/>
              </w:rPr>
              <w:t xml:space="preserve"> </w:t>
            </w:r>
            <w:proofErr w:type="spellStart"/>
            <w:r>
              <w:rPr>
                <w:sz w:val="18"/>
              </w:rPr>
              <w:t>Luaran</w:t>
            </w:r>
            <w:proofErr w:type="spellEnd"/>
          </w:p>
        </w:tc>
        <w:tc>
          <w:tcPr>
            <w:tcW w:w="531" w:type="pct"/>
            <w:tcMar>
              <w:top w:w="90" w:type="dxa"/>
              <w:left w:w="90" w:type="dxa"/>
              <w:bottom w:w="90" w:type="dxa"/>
              <w:right w:w="90" w:type="dxa"/>
            </w:tcMar>
            <w:vAlign w:val="center"/>
          </w:tcPr>
          <w:p w14:paraId="4EC8C058" w14:textId="77777777" w:rsidR="00021266" w:rsidRDefault="00021266">
            <w:pPr>
              <w:spacing w:after="0"/>
            </w:pPr>
          </w:p>
        </w:tc>
        <w:tc>
          <w:tcPr>
            <w:tcW w:w="531" w:type="pct"/>
            <w:tcMar>
              <w:top w:w="90" w:type="dxa"/>
              <w:left w:w="90" w:type="dxa"/>
              <w:bottom w:w="90" w:type="dxa"/>
              <w:right w:w="90" w:type="dxa"/>
            </w:tcMar>
            <w:vAlign w:val="center"/>
          </w:tcPr>
          <w:p w14:paraId="0687C16B" w14:textId="77777777" w:rsidR="00021266" w:rsidRDefault="00021266">
            <w:pPr>
              <w:spacing w:after="0"/>
            </w:pPr>
          </w:p>
        </w:tc>
        <w:tc>
          <w:tcPr>
            <w:tcW w:w="532" w:type="pct"/>
            <w:tcMar>
              <w:top w:w="90" w:type="dxa"/>
              <w:left w:w="90" w:type="dxa"/>
              <w:bottom w:w="90" w:type="dxa"/>
              <w:right w:w="90" w:type="dxa"/>
            </w:tcMar>
            <w:vAlign w:val="center"/>
          </w:tcPr>
          <w:p w14:paraId="2113EA5C" w14:textId="77777777" w:rsidR="00021266" w:rsidRDefault="00021266">
            <w:pPr>
              <w:spacing w:after="0"/>
            </w:pPr>
          </w:p>
        </w:tc>
        <w:tc>
          <w:tcPr>
            <w:tcW w:w="532" w:type="pct"/>
            <w:tcMar>
              <w:top w:w="90" w:type="dxa"/>
              <w:left w:w="90" w:type="dxa"/>
              <w:bottom w:w="90" w:type="dxa"/>
              <w:right w:w="90" w:type="dxa"/>
            </w:tcMar>
            <w:vAlign w:val="center"/>
          </w:tcPr>
          <w:p w14:paraId="14127FA6" w14:textId="77777777" w:rsidR="00021266" w:rsidRDefault="00021266">
            <w:pPr>
              <w:spacing w:after="0"/>
            </w:pPr>
          </w:p>
        </w:tc>
        <w:tc>
          <w:tcPr>
            <w:tcW w:w="532" w:type="pct"/>
            <w:shd w:val="clear" w:color="auto" w:fill="EE0000"/>
            <w:tcMar>
              <w:top w:w="90" w:type="dxa"/>
              <w:left w:w="90" w:type="dxa"/>
              <w:bottom w:w="90" w:type="dxa"/>
              <w:right w:w="90" w:type="dxa"/>
            </w:tcMar>
            <w:vAlign w:val="center"/>
          </w:tcPr>
          <w:p w14:paraId="24B7CDEF" w14:textId="77777777" w:rsidR="00021266" w:rsidRDefault="00021266">
            <w:pPr>
              <w:spacing w:after="0"/>
            </w:pPr>
          </w:p>
        </w:tc>
        <w:tc>
          <w:tcPr>
            <w:tcW w:w="532" w:type="pct"/>
            <w:tcMar>
              <w:top w:w="90" w:type="dxa"/>
              <w:left w:w="90" w:type="dxa"/>
              <w:bottom w:w="90" w:type="dxa"/>
              <w:right w:w="90" w:type="dxa"/>
            </w:tcMar>
            <w:vAlign w:val="center"/>
          </w:tcPr>
          <w:p w14:paraId="3A64205E" w14:textId="77777777" w:rsidR="00021266" w:rsidRDefault="00021266">
            <w:pPr>
              <w:spacing w:after="0"/>
            </w:pPr>
          </w:p>
        </w:tc>
      </w:tr>
      <w:tr w:rsidR="00021266" w14:paraId="468F4393" w14:textId="77777777" w:rsidTr="00EC42C9">
        <w:trPr>
          <w:jc w:val="center"/>
        </w:trPr>
        <w:tc>
          <w:tcPr>
            <w:tcW w:w="277" w:type="pct"/>
            <w:tcMar>
              <w:top w:w="90" w:type="dxa"/>
              <w:left w:w="90" w:type="dxa"/>
              <w:bottom w:w="90" w:type="dxa"/>
              <w:right w:w="90" w:type="dxa"/>
            </w:tcMar>
            <w:vAlign w:val="center"/>
          </w:tcPr>
          <w:p w14:paraId="1684DC2A" w14:textId="77777777" w:rsidR="00021266" w:rsidRDefault="00E04100" w:rsidP="006D58AE">
            <w:pPr>
              <w:spacing w:after="0"/>
              <w:jc w:val="center"/>
            </w:pPr>
            <w:r>
              <w:rPr>
                <w:sz w:val="18"/>
              </w:rPr>
              <w:t>5</w:t>
            </w:r>
          </w:p>
        </w:tc>
        <w:tc>
          <w:tcPr>
            <w:tcW w:w="1534" w:type="pct"/>
            <w:tcMar>
              <w:top w:w="90" w:type="dxa"/>
              <w:left w:w="90" w:type="dxa"/>
              <w:bottom w:w="90" w:type="dxa"/>
              <w:right w:w="90" w:type="dxa"/>
            </w:tcMar>
            <w:vAlign w:val="center"/>
          </w:tcPr>
          <w:p w14:paraId="01FEF501" w14:textId="77777777" w:rsidR="00021266" w:rsidRDefault="00E04100">
            <w:pPr>
              <w:spacing w:after="0"/>
            </w:pPr>
            <w:proofErr w:type="spellStart"/>
            <w:r>
              <w:rPr>
                <w:sz w:val="18"/>
              </w:rPr>
              <w:t>Pelaporan</w:t>
            </w:r>
            <w:proofErr w:type="spellEnd"/>
          </w:p>
        </w:tc>
        <w:tc>
          <w:tcPr>
            <w:tcW w:w="531" w:type="pct"/>
            <w:tcMar>
              <w:top w:w="90" w:type="dxa"/>
              <w:left w:w="90" w:type="dxa"/>
              <w:bottom w:w="90" w:type="dxa"/>
              <w:right w:w="90" w:type="dxa"/>
            </w:tcMar>
            <w:vAlign w:val="center"/>
          </w:tcPr>
          <w:p w14:paraId="2D09CE41" w14:textId="77777777" w:rsidR="00021266" w:rsidRDefault="00021266">
            <w:pPr>
              <w:spacing w:after="0"/>
            </w:pPr>
          </w:p>
        </w:tc>
        <w:tc>
          <w:tcPr>
            <w:tcW w:w="531" w:type="pct"/>
            <w:tcMar>
              <w:top w:w="90" w:type="dxa"/>
              <w:left w:w="90" w:type="dxa"/>
              <w:bottom w:w="90" w:type="dxa"/>
              <w:right w:w="90" w:type="dxa"/>
            </w:tcMar>
            <w:vAlign w:val="center"/>
          </w:tcPr>
          <w:p w14:paraId="6C3A5181" w14:textId="77777777" w:rsidR="00021266" w:rsidRDefault="00021266">
            <w:pPr>
              <w:spacing w:after="0"/>
            </w:pPr>
          </w:p>
        </w:tc>
        <w:tc>
          <w:tcPr>
            <w:tcW w:w="532" w:type="pct"/>
            <w:tcMar>
              <w:top w:w="90" w:type="dxa"/>
              <w:left w:w="90" w:type="dxa"/>
              <w:bottom w:w="90" w:type="dxa"/>
              <w:right w:w="90" w:type="dxa"/>
            </w:tcMar>
            <w:vAlign w:val="center"/>
          </w:tcPr>
          <w:p w14:paraId="1455B40F" w14:textId="77777777" w:rsidR="00021266" w:rsidRDefault="00021266">
            <w:pPr>
              <w:spacing w:after="0"/>
            </w:pPr>
          </w:p>
        </w:tc>
        <w:tc>
          <w:tcPr>
            <w:tcW w:w="532" w:type="pct"/>
            <w:tcMar>
              <w:top w:w="90" w:type="dxa"/>
              <w:left w:w="90" w:type="dxa"/>
              <w:bottom w:w="90" w:type="dxa"/>
              <w:right w:w="90" w:type="dxa"/>
            </w:tcMar>
            <w:vAlign w:val="center"/>
          </w:tcPr>
          <w:p w14:paraId="36E95008" w14:textId="77777777" w:rsidR="00021266" w:rsidRDefault="00021266">
            <w:pPr>
              <w:spacing w:after="0"/>
            </w:pPr>
          </w:p>
        </w:tc>
        <w:tc>
          <w:tcPr>
            <w:tcW w:w="532" w:type="pct"/>
            <w:tcMar>
              <w:top w:w="90" w:type="dxa"/>
              <w:left w:w="90" w:type="dxa"/>
              <w:bottom w:w="90" w:type="dxa"/>
              <w:right w:w="90" w:type="dxa"/>
            </w:tcMar>
            <w:vAlign w:val="center"/>
          </w:tcPr>
          <w:p w14:paraId="2FB01FAB" w14:textId="77777777" w:rsidR="00021266" w:rsidRDefault="00021266">
            <w:pPr>
              <w:spacing w:after="0"/>
            </w:pPr>
          </w:p>
        </w:tc>
        <w:tc>
          <w:tcPr>
            <w:tcW w:w="532" w:type="pct"/>
            <w:shd w:val="clear" w:color="auto" w:fill="EE0000"/>
            <w:tcMar>
              <w:top w:w="90" w:type="dxa"/>
              <w:left w:w="90" w:type="dxa"/>
              <w:bottom w:w="90" w:type="dxa"/>
              <w:right w:w="90" w:type="dxa"/>
            </w:tcMar>
            <w:vAlign w:val="center"/>
          </w:tcPr>
          <w:p w14:paraId="12BBB805" w14:textId="77777777" w:rsidR="00021266" w:rsidRDefault="00021266">
            <w:pPr>
              <w:spacing w:after="0"/>
            </w:pPr>
          </w:p>
        </w:tc>
      </w:tr>
    </w:tbl>
    <w:p w14:paraId="01203B3E" w14:textId="77777777" w:rsidR="00021266" w:rsidRDefault="00E04100">
      <w:proofErr w:type="spellStart"/>
      <w:r>
        <w:rPr>
          <w:i/>
          <w:sz w:val="19"/>
        </w:rPr>
        <w:t>Jumlah</w:t>
      </w:r>
      <w:proofErr w:type="spellEnd"/>
      <w:r>
        <w:rPr>
          <w:i/>
          <w:sz w:val="19"/>
        </w:rPr>
        <w:t xml:space="preserve"> </w:t>
      </w:r>
      <w:proofErr w:type="spellStart"/>
      <w:r>
        <w:rPr>
          <w:i/>
          <w:sz w:val="19"/>
        </w:rPr>
        <w:t>bulan</w:t>
      </w:r>
      <w:proofErr w:type="spellEnd"/>
      <w:r>
        <w:rPr>
          <w:i/>
          <w:sz w:val="19"/>
        </w:rPr>
        <w:t xml:space="preserve"> </w:t>
      </w:r>
      <w:proofErr w:type="spellStart"/>
      <w:r>
        <w:rPr>
          <w:i/>
          <w:sz w:val="19"/>
        </w:rPr>
        <w:t>dapat</w:t>
      </w:r>
      <w:proofErr w:type="spellEnd"/>
      <w:r>
        <w:rPr>
          <w:i/>
          <w:sz w:val="19"/>
        </w:rPr>
        <w:t xml:space="preserve"> </w:t>
      </w:r>
      <w:proofErr w:type="spellStart"/>
      <w:r>
        <w:rPr>
          <w:i/>
          <w:sz w:val="19"/>
        </w:rPr>
        <w:t>disesuaikan</w:t>
      </w:r>
      <w:proofErr w:type="spellEnd"/>
      <w:r>
        <w:rPr>
          <w:i/>
          <w:sz w:val="19"/>
        </w:rPr>
        <w:t xml:space="preserve"> </w:t>
      </w:r>
      <w:proofErr w:type="spellStart"/>
      <w:r>
        <w:rPr>
          <w:i/>
          <w:sz w:val="19"/>
        </w:rPr>
        <w:t>dengan</w:t>
      </w:r>
      <w:proofErr w:type="spellEnd"/>
      <w:r>
        <w:rPr>
          <w:i/>
          <w:sz w:val="19"/>
        </w:rPr>
        <w:t xml:space="preserve"> </w:t>
      </w:r>
      <w:proofErr w:type="spellStart"/>
      <w:r>
        <w:rPr>
          <w:i/>
          <w:sz w:val="19"/>
        </w:rPr>
        <w:t>periode</w:t>
      </w:r>
      <w:proofErr w:type="spellEnd"/>
      <w:r>
        <w:rPr>
          <w:i/>
          <w:sz w:val="19"/>
        </w:rPr>
        <w:t xml:space="preserve"> </w:t>
      </w:r>
      <w:proofErr w:type="spellStart"/>
      <w:r>
        <w:rPr>
          <w:i/>
          <w:sz w:val="19"/>
        </w:rPr>
        <w:t>hibah</w:t>
      </w:r>
      <w:proofErr w:type="spellEnd"/>
      <w:r>
        <w:rPr>
          <w:i/>
          <w:sz w:val="19"/>
        </w:rPr>
        <w:t>.</w:t>
      </w:r>
    </w:p>
    <w:p w14:paraId="4C8D6F06" w14:textId="77777777" w:rsidR="00021266" w:rsidRDefault="00E04100">
      <w:pPr>
        <w:spacing w:before="160" w:after="100"/>
      </w:pPr>
      <w:r>
        <w:rPr>
          <w:b/>
          <w:sz w:val="24"/>
        </w:rPr>
        <w:t>K. RENCANA ANGGARAN</w:t>
      </w:r>
    </w:p>
    <w:tbl>
      <w:tblPr>
        <w:tblStyle w:val="TableGrid"/>
        <w:tblW w:w="5000" w:type="pct"/>
        <w:jc w:val="center"/>
        <w:tblLook w:val="04A0" w:firstRow="1" w:lastRow="0" w:firstColumn="1" w:lastColumn="0" w:noHBand="0" w:noVBand="1"/>
      </w:tblPr>
      <w:tblGrid>
        <w:gridCol w:w="516"/>
        <w:gridCol w:w="5685"/>
        <w:gridCol w:w="3101"/>
      </w:tblGrid>
      <w:tr w:rsidR="00021266" w14:paraId="41B14BEF" w14:textId="77777777" w:rsidTr="006D58AE">
        <w:trPr>
          <w:jc w:val="center"/>
        </w:trPr>
        <w:tc>
          <w:tcPr>
            <w:tcW w:w="277" w:type="pct"/>
            <w:shd w:val="clear" w:color="auto" w:fill="D9EAF7"/>
            <w:tcMar>
              <w:top w:w="90" w:type="dxa"/>
              <w:left w:w="90" w:type="dxa"/>
              <w:bottom w:w="90" w:type="dxa"/>
              <w:right w:w="90" w:type="dxa"/>
            </w:tcMar>
            <w:vAlign w:val="center"/>
          </w:tcPr>
          <w:p w14:paraId="68E9072E" w14:textId="77777777" w:rsidR="00021266" w:rsidRDefault="00E04100" w:rsidP="006D58AE">
            <w:pPr>
              <w:spacing w:after="0"/>
              <w:jc w:val="center"/>
            </w:pPr>
            <w:r>
              <w:rPr>
                <w:b/>
                <w:sz w:val="18"/>
              </w:rPr>
              <w:t>No.</w:t>
            </w:r>
          </w:p>
        </w:tc>
        <w:tc>
          <w:tcPr>
            <w:tcW w:w="3056" w:type="pct"/>
            <w:shd w:val="clear" w:color="auto" w:fill="D9EAF7"/>
            <w:tcMar>
              <w:top w:w="90" w:type="dxa"/>
              <w:left w:w="90" w:type="dxa"/>
              <w:bottom w:w="90" w:type="dxa"/>
              <w:right w:w="90" w:type="dxa"/>
            </w:tcMar>
            <w:vAlign w:val="center"/>
          </w:tcPr>
          <w:p w14:paraId="4EC55863" w14:textId="77777777" w:rsidR="00021266" w:rsidRDefault="00E04100" w:rsidP="006D58AE">
            <w:pPr>
              <w:spacing w:after="0"/>
              <w:jc w:val="center"/>
            </w:pPr>
            <w:proofErr w:type="spellStart"/>
            <w:r>
              <w:rPr>
                <w:b/>
                <w:sz w:val="18"/>
              </w:rPr>
              <w:t>Komponen</w:t>
            </w:r>
            <w:proofErr w:type="spellEnd"/>
          </w:p>
        </w:tc>
        <w:tc>
          <w:tcPr>
            <w:tcW w:w="1667" w:type="pct"/>
            <w:shd w:val="clear" w:color="auto" w:fill="D9EAF7"/>
            <w:tcMar>
              <w:top w:w="90" w:type="dxa"/>
              <w:left w:w="90" w:type="dxa"/>
              <w:bottom w:w="90" w:type="dxa"/>
              <w:right w:w="90" w:type="dxa"/>
            </w:tcMar>
            <w:vAlign w:val="center"/>
          </w:tcPr>
          <w:p w14:paraId="03DC9E4B" w14:textId="77777777" w:rsidR="00021266" w:rsidRDefault="00E04100" w:rsidP="006D58AE">
            <w:pPr>
              <w:spacing w:after="0"/>
              <w:jc w:val="center"/>
            </w:pPr>
            <w:proofErr w:type="spellStart"/>
            <w:r>
              <w:rPr>
                <w:b/>
                <w:sz w:val="18"/>
              </w:rPr>
              <w:t>Jumlah</w:t>
            </w:r>
            <w:proofErr w:type="spellEnd"/>
            <w:r>
              <w:rPr>
                <w:b/>
                <w:sz w:val="18"/>
              </w:rPr>
              <w:t xml:space="preserve"> (Rp)</w:t>
            </w:r>
          </w:p>
        </w:tc>
      </w:tr>
      <w:tr w:rsidR="00021266" w14:paraId="6D276598" w14:textId="77777777" w:rsidTr="006D58AE">
        <w:trPr>
          <w:jc w:val="center"/>
        </w:trPr>
        <w:tc>
          <w:tcPr>
            <w:tcW w:w="277" w:type="pct"/>
            <w:tcMar>
              <w:top w:w="90" w:type="dxa"/>
              <w:left w:w="90" w:type="dxa"/>
              <w:bottom w:w="90" w:type="dxa"/>
              <w:right w:w="90" w:type="dxa"/>
            </w:tcMar>
            <w:vAlign w:val="center"/>
          </w:tcPr>
          <w:p w14:paraId="49BADB80" w14:textId="77777777" w:rsidR="00021266" w:rsidRDefault="00E04100" w:rsidP="006D58AE">
            <w:pPr>
              <w:spacing w:after="0"/>
              <w:jc w:val="center"/>
            </w:pPr>
            <w:r>
              <w:rPr>
                <w:sz w:val="18"/>
              </w:rPr>
              <w:t>1</w:t>
            </w:r>
          </w:p>
        </w:tc>
        <w:tc>
          <w:tcPr>
            <w:tcW w:w="3056" w:type="pct"/>
            <w:tcMar>
              <w:top w:w="90" w:type="dxa"/>
              <w:left w:w="90" w:type="dxa"/>
              <w:bottom w:w="90" w:type="dxa"/>
              <w:right w:w="90" w:type="dxa"/>
            </w:tcMar>
            <w:vAlign w:val="center"/>
          </w:tcPr>
          <w:p w14:paraId="2083A8E0" w14:textId="77777777" w:rsidR="00021266" w:rsidRDefault="00E04100">
            <w:pPr>
              <w:spacing w:after="0"/>
            </w:pPr>
            <w:r>
              <w:rPr>
                <w:sz w:val="18"/>
              </w:rPr>
              <w:t>Bahan/</w:t>
            </w:r>
            <w:proofErr w:type="spellStart"/>
            <w:r>
              <w:rPr>
                <w:sz w:val="18"/>
              </w:rPr>
              <w:t>keperluan</w:t>
            </w:r>
            <w:proofErr w:type="spellEnd"/>
            <w:r>
              <w:rPr>
                <w:sz w:val="18"/>
              </w:rPr>
              <w:t xml:space="preserve"> </w:t>
            </w:r>
            <w:proofErr w:type="spellStart"/>
            <w:r>
              <w:rPr>
                <w:sz w:val="18"/>
              </w:rPr>
              <w:t>penelitian</w:t>
            </w:r>
            <w:proofErr w:type="spellEnd"/>
          </w:p>
        </w:tc>
        <w:tc>
          <w:tcPr>
            <w:tcW w:w="1667" w:type="pct"/>
            <w:tcMar>
              <w:top w:w="90" w:type="dxa"/>
              <w:left w:w="90" w:type="dxa"/>
              <w:bottom w:w="90" w:type="dxa"/>
              <w:right w:w="90" w:type="dxa"/>
            </w:tcMar>
            <w:vAlign w:val="center"/>
          </w:tcPr>
          <w:p w14:paraId="75F25803" w14:textId="3397F185" w:rsidR="00021266" w:rsidRDefault="00D21DF6">
            <w:pPr>
              <w:spacing w:after="0"/>
            </w:pPr>
            <w:r>
              <w:t>Rp.1</w:t>
            </w:r>
            <w:r w:rsidR="00F1075A">
              <w:t>.</w:t>
            </w:r>
            <w:r>
              <w:t>000</w:t>
            </w:r>
            <w:r w:rsidR="00F1075A">
              <w:t>.</w:t>
            </w:r>
            <w:r>
              <w:t>00</w:t>
            </w:r>
            <w:r w:rsidR="00F1075A">
              <w:t>0</w:t>
            </w:r>
          </w:p>
        </w:tc>
      </w:tr>
      <w:tr w:rsidR="00021266" w14:paraId="2A60DE21" w14:textId="77777777" w:rsidTr="006D58AE">
        <w:trPr>
          <w:jc w:val="center"/>
        </w:trPr>
        <w:tc>
          <w:tcPr>
            <w:tcW w:w="277" w:type="pct"/>
            <w:tcMar>
              <w:top w:w="90" w:type="dxa"/>
              <w:left w:w="90" w:type="dxa"/>
              <w:bottom w:w="90" w:type="dxa"/>
              <w:right w:w="90" w:type="dxa"/>
            </w:tcMar>
            <w:vAlign w:val="center"/>
          </w:tcPr>
          <w:p w14:paraId="1B7177D3" w14:textId="77777777" w:rsidR="00021266" w:rsidRDefault="00E04100" w:rsidP="006D58AE">
            <w:pPr>
              <w:spacing w:after="0"/>
              <w:jc w:val="center"/>
            </w:pPr>
            <w:r>
              <w:rPr>
                <w:sz w:val="18"/>
              </w:rPr>
              <w:t>2</w:t>
            </w:r>
          </w:p>
        </w:tc>
        <w:tc>
          <w:tcPr>
            <w:tcW w:w="3056" w:type="pct"/>
            <w:tcMar>
              <w:top w:w="90" w:type="dxa"/>
              <w:left w:w="90" w:type="dxa"/>
              <w:bottom w:w="90" w:type="dxa"/>
              <w:right w:w="90" w:type="dxa"/>
            </w:tcMar>
            <w:vAlign w:val="center"/>
          </w:tcPr>
          <w:p w14:paraId="6B0E9A03" w14:textId="77777777" w:rsidR="00021266" w:rsidRDefault="00E04100">
            <w:pPr>
              <w:spacing w:after="0"/>
            </w:pPr>
            <w:proofErr w:type="spellStart"/>
            <w:r>
              <w:rPr>
                <w:sz w:val="18"/>
              </w:rPr>
              <w:t>Pengumpulan</w:t>
            </w:r>
            <w:proofErr w:type="spellEnd"/>
            <w:r>
              <w:rPr>
                <w:sz w:val="18"/>
              </w:rPr>
              <w:t xml:space="preserve"> data/</w:t>
            </w:r>
            <w:proofErr w:type="spellStart"/>
            <w:r>
              <w:rPr>
                <w:sz w:val="18"/>
              </w:rPr>
              <w:t>pelaksanaan</w:t>
            </w:r>
            <w:proofErr w:type="spellEnd"/>
            <w:r>
              <w:rPr>
                <w:sz w:val="18"/>
              </w:rPr>
              <w:t xml:space="preserve"> </w:t>
            </w:r>
            <w:proofErr w:type="spellStart"/>
            <w:r>
              <w:rPr>
                <w:sz w:val="18"/>
              </w:rPr>
              <w:t>penelitian</w:t>
            </w:r>
            <w:proofErr w:type="spellEnd"/>
          </w:p>
        </w:tc>
        <w:tc>
          <w:tcPr>
            <w:tcW w:w="1667" w:type="pct"/>
            <w:tcMar>
              <w:top w:w="90" w:type="dxa"/>
              <w:left w:w="90" w:type="dxa"/>
              <w:bottom w:w="90" w:type="dxa"/>
              <w:right w:w="90" w:type="dxa"/>
            </w:tcMar>
            <w:vAlign w:val="center"/>
          </w:tcPr>
          <w:p w14:paraId="2A37666B" w14:textId="51526724" w:rsidR="00021266" w:rsidRDefault="00F1075A">
            <w:pPr>
              <w:spacing w:after="0"/>
            </w:pPr>
            <w:r>
              <w:t>Rp.1.</w:t>
            </w:r>
            <w:r w:rsidR="00760253">
              <w:t>0</w:t>
            </w:r>
            <w:r>
              <w:t>00.000</w:t>
            </w:r>
          </w:p>
        </w:tc>
      </w:tr>
      <w:tr w:rsidR="00021266" w14:paraId="504169C6" w14:textId="77777777" w:rsidTr="006D58AE">
        <w:trPr>
          <w:jc w:val="center"/>
        </w:trPr>
        <w:tc>
          <w:tcPr>
            <w:tcW w:w="277" w:type="pct"/>
            <w:tcMar>
              <w:top w:w="90" w:type="dxa"/>
              <w:left w:w="90" w:type="dxa"/>
              <w:bottom w:w="90" w:type="dxa"/>
              <w:right w:w="90" w:type="dxa"/>
            </w:tcMar>
            <w:vAlign w:val="center"/>
          </w:tcPr>
          <w:p w14:paraId="613667DC" w14:textId="77777777" w:rsidR="00021266" w:rsidRDefault="00E04100" w:rsidP="006D58AE">
            <w:pPr>
              <w:spacing w:after="0"/>
              <w:jc w:val="center"/>
            </w:pPr>
            <w:r>
              <w:rPr>
                <w:sz w:val="18"/>
              </w:rPr>
              <w:t>3</w:t>
            </w:r>
          </w:p>
        </w:tc>
        <w:tc>
          <w:tcPr>
            <w:tcW w:w="3056" w:type="pct"/>
            <w:tcMar>
              <w:top w:w="90" w:type="dxa"/>
              <w:left w:w="90" w:type="dxa"/>
              <w:bottom w:w="90" w:type="dxa"/>
              <w:right w:w="90" w:type="dxa"/>
            </w:tcMar>
            <w:vAlign w:val="center"/>
          </w:tcPr>
          <w:p w14:paraId="7F3B54E2" w14:textId="77777777" w:rsidR="00021266" w:rsidRDefault="00E04100">
            <w:pPr>
              <w:spacing w:after="0"/>
            </w:pPr>
            <w:proofErr w:type="spellStart"/>
            <w:r>
              <w:rPr>
                <w:sz w:val="18"/>
              </w:rPr>
              <w:t>Transportasi</w:t>
            </w:r>
            <w:proofErr w:type="spellEnd"/>
            <w:r>
              <w:rPr>
                <w:sz w:val="18"/>
              </w:rPr>
              <w:t>/</w:t>
            </w:r>
            <w:proofErr w:type="spellStart"/>
            <w:r>
              <w:rPr>
                <w:sz w:val="18"/>
              </w:rPr>
              <w:t>perjalanan</w:t>
            </w:r>
            <w:proofErr w:type="spellEnd"/>
          </w:p>
        </w:tc>
        <w:tc>
          <w:tcPr>
            <w:tcW w:w="1667" w:type="pct"/>
            <w:tcMar>
              <w:top w:w="90" w:type="dxa"/>
              <w:left w:w="90" w:type="dxa"/>
              <w:bottom w:w="90" w:type="dxa"/>
              <w:right w:w="90" w:type="dxa"/>
            </w:tcMar>
            <w:vAlign w:val="center"/>
          </w:tcPr>
          <w:p w14:paraId="22346CDF" w14:textId="2D18CB8F" w:rsidR="00021266" w:rsidRDefault="00F1075A">
            <w:pPr>
              <w:spacing w:after="0"/>
            </w:pPr>
            <w:r>
              <w:t>Rp.   500.000</w:t>
            </w:r>
          </w:p>
        </w:tc>
      </w:tr>
      <w:tr w:rsidR="00021266" w14:paraId="7F65F8F7" w14:textId="77777777" w:rsidTr="006D58AE">
        <w:trPr>
          <w:jc w:val="center"/>
        </w:trPr>
        <w:tc>
          <w:tcPr>
            <w:tcW w:w="277" w:type="pct"/>
            <w:tcMar>
              <w:top w:w="90" w:type="dxa"/>
              <w:left w:w="90" w:type="dxa"/>
              <w:bottom w:w="90" w:type="dxa"/>
              <w:right w:w="90" w:type="dxa"/>
            </w:tcMar>
            <w:vAlign w:val="center"/>
          </w:tcPr>
          <w:p w14:paraId="7883A4B2" w14:textId="77777777" w:rsidR="00021266" w:rsidRDefault="00E04100" w:rsidP="006D58AE">
            <w:pPr>
              <w:spacing w:after="0"/>
              <w:jc w:val="center"/>
            </w:pPr>
            <w:r>
              <w:rPr>
                <w:sz w:val="18"/>
              </w:rPr>
              <w:t>4</w:t>
            </w:r>
          </w:p>
        </w:tc>
        <w:tc>
          <w:tcPr>
            <w:tcW w:w="3056" w:type="pct"/>
            <w:tcMar>
              <w:top w:w="90" w:type="dxa"/>
              <w:left w:w="90" w:type="dxa"/>
              <w:bottom w:w="90" w:type="dxa"/>
              <w:right w:w="90" w:type="dxa"/>
            </w:tcMar>
            <w:vAlign w:val="center"/>
          </w:tcPr>
          <w:p w14:paraId="6D5243B6" w14:textId="77777777" w:rsidR="00021266" w:rsidRDefault="00E04100">
            <w:pPr>
              <w:spacing w:after="0"/>
            </w:pPr>
            <w:proofErr w:type="spellStart"/>
            <w:r>
              <w:rPr>
                <w:sz w:val="18"/>
              </w:rPr>
              <w:t>Pengolahan</w:t>
            </w:r>
            <w:proofErr w:type="spellEnd"/>
            <w:r>
              <w:rPr>
                <w:sz w:val="18"/>
              </w:rPr>
              <w:t>/</w:t>
            </w:r>
            <w:proofErr w:type="spellStart"/>
            <w:r>
              <w:rPr>
                <w:sz w:val="18"/>
              </w:rPr>
              <w:t>analisis</w:t>
            </w:r>
            <w:proofErr w:type="spellEnd"/>
            <w:r>
              <w:rPr>
                <w:sz w:val="18"/>
              </w:rPr>
              <w:t xml:space="preserve"> data dan </w:t>
            </w:r>
            <w:proofErr w:type="spellStart"/>
            <w:r>
              <w:rPr>
                <w:sz w:val="18"/>
              </w:rPr>
              <w:t>penunjang</w:t>
            </w:r>
            <w:proofErr w:type="spellEnd"/>
          </w:p>
        </w:tc>
        <w:tc>
          <w:tcPr>
            <w:tcW w:w="1667" w:type="pct"/>
            <w:tcMar>
              <w:top w:w="90" w:type="dxa"/>
              <w:left w:w="90" w:type="dxa"/>
              <w:bottom w:w="90" w:type="dxa"/>
              <w:right w:w="90" w:type="dxa"/>
            </w:tcMar>
            <w:vAlign w:val="center"/>
          </w:tcPr>
          <w:p w14:paraId="07FC917C" w14:textId="2F8BA4FE" w:rsidR="00021266" w:rsidRDefault="00F1075A">
            <w:pPr>
              <w:spacing w:after="0"/>
            </w:pPr>
            <w:r>
              <w:t>Rp.</w:t>
            </w:r>
            <w:r w:rsidR="0084120D">
              <w:t>1.</w:t>
            </w:r>
            <w:r w:rsidR="00760253">
              <w:t>0</w:t>
            </w:r>
            <w:r w:rsidR="0084120D">
              <w:t>00.000</w:t>
            </w:r>
          </w:p>
        </w:tc>
      </w:tr>
      <w:tr w:rsidR="00021266" w14:paraId="5D015E12" w14:textId="77777777" w:rsidTr="006D58AE">
        <w:trPr>
          <w:jc w:val="center"/>
        </w:trPr>
        <w:tc>
          <w:tcPr>
            <w:tcW w:w="277" w:type="pct"/>
            <w:tcMar>
              <w:top w:w="90" w:type="dxa"/>
              <w:left w:w="90" w:type="dxa"/>
              <w:bottom w:w="90" w:type="dxa"/>
              <w:right w:w="90" w:type="dxa"/>
            </w:tcMar>
            <w:vAlign w:val="center"/>
          </w:tcPr>
          <w:p w14:paraId="060D2168" w14:textId="77777777" w:rsidR="00021266" w:rsidRDefault="00E04100" w:rsidP="006D58AE">
            <w:pPr>
              <w:spacing w:after="0"/>
              <w:jc w:val="center"/>
            </w:pPr>
            <w:r>
              <w:rPr>
                <w:sz w:val="18"/>
              </w:rPr>
              <w:t>5</w:t>
            </w:r>
          </w:p>
        </w:tc>
        <w:tc>
          <w:tcPr>
            <w:tcW w:w="3056" w:type="pct"/>
            <w:tcMar>
              <w:top w:w="90" w:type="dxa"/>
              <w:left w:w="90" w:type="dxa"/>
              <w:bottom w:w="90" w:type="dxa"/>
              <w:right w:w="90" w:type="dxa"/>
            </w:tcMar>
            <w:vAlign w:val="center"/>
          </w:tcPr>
          <w:p w14:paraId="40C7480E" w14:textId="77777777" w:rsidR="00021266" w:rsidRDefault="00E04100">
            <w:pPr>
              <w:spacing w:after="0"/>
            </w:pPr>
            <w:proofErr w:type="spellStart"/>
            <w:r>
              <w:rPr>
                <w:sz w:val="18"/>
              </w:rPr>
              <w:t>Luaran</w:t>
            </w:r>
            <w:proofErr w:type="spellEnd"/>
            <w:r>
              <w:rPr>
                <w:sz w:val="18"/>
              </w:rPr>
              <w:t>/</w:t>
            </w:r>
            <w:proofErr w:type="spellStart"/>
            <w:r>
              <w:rPr>
                <w:sz w:val="18"/>
              </w:rPr>
              <w:t>publikasi</w:t>
            </w:r>
            <w:proofErr w:type="spellEnd"/>
            <w:r>
              <w:rPr>
                <w:sz w:val="18"/>
              </w:rPr>
              <w:t>/HKI</w:t>
            </w:r>
          </w:p>
        </w:tc>
        <w:tc>
          <w:tcPr>
            <w:tcW w:w="1667" w:type="pct"/>
            <w:tcMar>
              <w:top w:w="90" w:type="dxa"/>
              <w:left w:w="90" w:type="dxa"/>
              <w:bottom w:w="90" w:type="dxa"/>
              <w:right w:w="90" w:type="dxa"/>
            </w:tcMar>
            <w:vAlign w:val="center"/>
          </w:tcPr>
          <w:p w14:paraId="3824208C" w14:textId="2FF06AF4" w:rsidR="00021266" w:rsidRDefault="0084120D">
            <w:pPr>
              <w:spacing w:after="0"/>
            </w:pPr>
            <w:r>
              <w:t>Rp.1.500.000</w:t>
            </w:r>
          </w:p>
        </w:tc>
      </w:tr>
      <w:tr w:rsidR="00021266" w14:paraId="0A9A8867" w14:textId="77777777" w:rsidTr="006D58AE">
        <w:trPr>
          <w:jc w:val="center"/>
        </w:trPr>
        <w:tc>
          <w:tcPr>
            <w:tcW w:w="277" w:type="pct"/>
            <w:tcMar>
              <w:top w:w="90" w:type="dxa"/>
              <w:left w:w="90" w:type="dxa"/>
              <w:bottom w:w="90" w:type="dxa"/>
              <w:right w:w="90" w:type="dxa"/>
            </w:tcMar>
            <w:vAlign w:val="center"/>
          </w:tcPr>
          <w:p w14:paraId="1882AFC2" w14:textId="77777777" w:rsidR="00021266" w:rsidRDefault="00021266">
            <w:pPr>
              <w:spacing w:after="0"/>
            </w:pPr>
          </w:p>
        </w:tc>
        <w:tc>
          <w:tcPr>
            <w:tcW w:w="3056" w:type="pct"/>
            <w:tcMar>
              <w:top w:w="90" w:type="dxa"/>
              <w:left w:w="90" w:type="dxa"/>
              <w:bottom w:w="90" w:type="dxa"/>
              <w:right w:w="90" w:type="dxa"/>
            </w:tcMar>
            <w:vAlign w:val="center"/>
          </w:tcPr>
          <w:p w14:paraId="689D696F" w14:textId="77777777" w:rsidR="00021266" w:rsidRDefault="00E04100">
            <w:pPr>
              <w:spacing w:after="0"/>
            </w:pPr>
            <w:r>
              <w:rPr>
                <w:b/>
                <w:sz w:val="18"/>
              </w:rPr>
              <w:t>TOTAL</w:t>
            </w:r>
          </w:p>
        </w:tc>
        <w:tc>
          <w:tcPr>
            <w:tcW w:w="1667" w:type="pct"/>
            <w:tcMar>
              <w:top w:w="90" w:type="dxa"/>
              <w:left w:w="90" w:type="dxa"/>
              <w:bottom w:w="90" w:type="dxa"/>
              <w:right w:w="90" w:type="dxa"/>
            </w:tcMar>
            <w:vAlign w:val="center"/>
          </w:tcPr>
          <w:p w14:paraId="79E2BDDC" w14:textId="60663B70" w:rsidR="00021266" w:rsidRDefault="00E04100">
            <w:pPr>
              <w:spacing w:after="0"/>
            </w:pPr>
            <w:r>
              <w:rPr>
                <w:b/>
                <w:sz w:val="18"/>
              </w:rPr>
              <w:t xml:space="preserve">Rp </w:t>
            </w:r>
            <w:r w:rsidR="00760253">
              <w:rPr>
                <w:b/>
                <w:sz w:val="18"/>
              </w:rPr>
              <w:t>5.000.000</w:t>
            </w:r>
          </w:p>
        </w:tc>
      </w:tr>
    </w:tbl>
    <w:p w14:paraId="656F850C" w14:textId="77777777" w:rsidR="00021266" w:rsidRDefault="00E04100">
      <w:pPr>
        <w:spacing w:before="160" w:after="100"/>
      </w:pPr>
      <w:r>
        <w:rPr>
          <w:b/>
          <w:sz w:val="24"/>
        </w:rPr>
        <w:t>L. DAFTAR PUSTAKA</w:t>
      </w:r>
    </w:p>
    <w:p w14:paraId="02500EF4" w14:textId="773378D1" w:rsidR="00021266" w:rsidRPr="003F1B29" w:rsidRDefault="00265E84" w:rsidP="006D58AE">
      <w:pPr>
        <w:jc w:val="both"/>
        <w:rPr>
          <w:lang w:val="nb-NO"/>
        </w:rPr>
      </w:pPr>
      <w:bookmarkStart w:id="0" w:name="_Hlk239068995"/>
      <w:r w:rsidRPr="00031266">
        <w:rPr>
          <w:lang w:val="nb-NO"/>
        </w:rPr>
        <w:t xml:space="preserve">Cantumkan hanya referensi yang benar-benar digunakan dan dikutip dalam proposal. </w:t>
      </w:r>
      <w:proofErr w:type="spellStart"/>
      <w:r w:rsidRPr="00031266">
        <w:rPr>
          <w:lang w:val="en-ID"/>
        </w:rPr>
        <w:t>Seluruh</w:t>
      </w:r>
      <w:proofErr w:type="spellEnd"/>
      <w:r w:rsidRPr="00031266">
        <w:rPr>
          <w:lang w:val="en-ID"/>
        </w:rPr>
        <w:t xml:space="preserve"> </w:t>
      </w:r>
      <w:proofErr w:type="spellStart"/>
      <w:r w:rsidRPr="00031266">
        <w:rPr>
          <w:lang w:val="en-ID"/>
        </w:rPr>
        <w:t>sitasi</w:t>
      </w:r>
      <w:proofErr w:type="spellEnd"/>
      <w:r w:rsidRPr="00031266">
        <w:rPr>
          <w:lang w:val="en-ID"/>
        </w:rPr>
        <w:t xml:space="preserve"> </w:t>
      </w:r>
      <w:proofErr w:type="spellStart"/>
      <w:r w:rsidRPr="00031266">
        <w:rPr>
          <w:lang w:val="en-ID"/>
        </w:rPr>
        <w:t>harus</w:t>
      </w:r>
      <w:proofErr w:type="spellEnd"/>
      <w:r w:rsidRPr="00031266">
        <w:rPr>
          <w:lang w:val="en-ID"/>
        </w:rPr>
        <w:t xml:space="preserve"> </w:t>
      </w:r>
      <w:proofErr w:type="spellStart"/>
      <w:r w:rsidRPr="00031266">
        <w:rPr>
          <w:lang w:val="en-ID"/>
        </w:rPr>
        <w:t>menggunakan</w:t>
      </w:r>
      <w:proofErr w:type="spellEnd"/>
      <w:r w:rsidRPr="00031266">
        <w:rPr>
          <w:lang w:val="en-ID"/>
        </w:rPr>
        <w:t xml:space="preserve"> </w:t>
      </w:r>
      <w:proofErr w:type="spellStart"/>
      <w:r w:rsidRPr="00031266">
        <w:rPr>
          <w:lang w:val="en-ID"/>
        </w:rPr>
        <w:t>satu</w:t>
      </w:r>
      <w:proofErr w:type="spellEnd"/>
      <w:r w:rsidRPr="00031266">
        <w:rPr>
          <w:lang w:val="en-ID"/>
        </w:rPr>
        <w:t xml:space="preserve"> </w:t>
      </w:r>
      <w:proofErr w:type="spellStart"/>
      <w:r w:rsidRPr="00031266">
        <w:rPr>
          <w:lang w:val="en-ID"/>
        </w:rPr>
        <w:t>gaya</w:t>
      </w:r>
      <w:proofErr w:type="spellEnd"/>
      <w:r w:rsidRPr="00031266">
        <w:rPr>
          <w:lang w:val="en-ID"/>
        </w:rPr>
        <w:t xml:space="preserve"> </w:t>
      </w:r>
      <w:proofErr w:type="spellStart"/>
      <w:r w:rsidRPr="00031266">
        <w:rPr>
          <w:lang w:val="en-ID"/>
        </w:rPr>
        <w:t>sitasi</w:t>
      </w:r>
      <w:proofErr w:type="spellEnd"/>
      <w:r w:rsidRPr="00031266">
        <w:rPr>
          <w:lang w:val="en-ID"/>
        </w:rPr>
        <w:t xml:space="preserve"> </w:t>
      </w:r>
      <w:proofErr w:type="spellStart"/>
      <w:r w:rsidRPr="00031266">
        <w:rPr>
          <w:lang w:val="en-ID"/>
        </w:rPr>
        <w:t>secara</w:t>
      </w:r>
      <w:proofErr w:type="spellEnd"/>
      <w:r w:rsidRPr="00031266">
        <w:rPr>
          <w:lang w:val="en-ID"/>
        </w:rPr>
        <w:t xml:space="preserve"> </w:t>
      </w:r>
      <w:proofErr w:type="spellStart"/>
      <w:r w:rsidRPr="00031266">
        <w:rPr>
          <w:lang w:val="en-ID"/>
        </w:rPr>
        <w:t>konsisten</w:t>
      </w:r>
      <w:proofErr w:type="spellEnd"/>
      <w:r w:rsidRPr="00031266">
        <w:rPr>
          <w:lang w:val="en-ID"/>
        </w:rPr>
        <w:t xml:space="preserve">, </w:t>
      </w:r>
      <w:proofErr w:type="spellStart"/>
      <w:r w:rsidRPr="00031266">
        <w:rPr>
          <w:lang w:val="en-ID"/>
        </w:rPr>
        <w:t>yaitu</w:t>
      </w:r>
      <w:proofErr w:type="spellEnd"/>
      <w:r w:rsidRPr="00031266">
        <w:rPr>
          <w:lang w:val="en-ID"/>
        </w:rPr>
        <w:t xml:space="preserve"> APA Style (</w:t>
      </w:r>
      <w:r w:rsidRPr="00031266">
        <w:rPr>
          <w:i/>
          <w:iCs/>
          <w:lang w:val="en-ID"/>
        </w:rPr>
        <w:t>American Psychological Association</w:t>
      </w:r>
      <w:r w:rsidRPr="00031266">
        <w:rPr>
          <w:lang w:val="en-ID"/>
        </w:rPr>
        <w:t xml:space="preserve">). </w:t>
      </w:r>
      <w:r w:rsidRPr="00031266">
        <w:rPr>
          <w:lang w:val="nb-NO"/>
        </w:rPr>
        <w:t xml:space="preserve">Pengelolaan sitasi dan daftar pustaka wajib menggunakan </w:t>
      </w:r>
      <w:r w:rsidRPr="00031266">
        <w:rPr>
          <w:i/>
          <w:iCs/>
          <w:lang w:val="nb-NO"/>
        </w:rPr>
        <w:t>reference manage</w:t>
      </w:r>
      <w:r w:rsidRPr="00031266">
        <w:rPr>
          <w:lang w:val="nb-NO"/>
        </w:rPr>
        <w:t>r, seperti Mendeley atau Zotero, untuk memastikan konsistensi antara sitasi dalam teks dan daftar pustaka</w:t>
      </w:r>
      <w:bookmarkEnd w:id="0"/>
      <w:r w:rsidRPr="003F1B29">
        <w:rPr>
          <w:lang w:val="nb-NO"/>
        </w:rPr>
        <w:t>.</w:t>
      </w:r>
    </w:p>
    <w:p w14:paraId="169CF4A0" w14:textId="249DC4C9" w:rsidR="00AE579A" w:rsidRPr="00AE579A" w:rsidRDefault="00AE579A" w:rsidP="00AE579A">
      <w:pPr>
        <w:widowControl w:val="0"/>
        <w:autoSpaceDE w:val="0"/>
        <w:autoSpaceDN w:val="0"/>
        <w:adjustRightInd w:val="0"/>
        <w:spacing w:line="240" w:lineRule="auto"/>
        <w:ind w:left="480" w:hanging="480"/>
        <w:rPr>
          <w:rFonts w:cs="Arial"/>
          <w:noProof/>
          <w:sz w:val="20"/>
        </w:rPr>
      </w:pPr>
      <w:r>
        <w:rPr>
          <w:lang w:val="nb-NO"/>
        </w:rPr>
        <w:fldChar w:fldCharType="begin" w:fldLock="1"/>
      </w:r>
      <w:r>
        <w:rPr>
          <w:lang w:val="nb-NO"/>
        </w:rPr>
        <w:instrText xml:space="preserve">ADDIN Mendeley Bibliography CSL_BIBLIOGRAPHY </w:instrText>
      </w:r>
      <w:r>
        <w:rPr>
          <w:lang w:val="nb-NO"/>
        </w:rPr>
        <w:fldChar w:fldCharType="separate"/>
      </w:r>
      <w:r w:rsidRPr="00AE579A">
        <w:rPr>
          <w:rFonts w:cs="Arial"/>
          <w:noProof/>
          <w:sz w:val="20"/>
        </w:rPr>
        <w:t xml:space="preserve">Astuti, I., &amp; Tebai, D. P. (2018). Analisis Formalin Ikan Teri (Stolephorus sp) Asin Di Pasar Tradisional Kabupaten Gorntalo. In </w:t>
      </w:r>
      <w:r w:rsidRPr="00AE579A">
        <w:rPr>
          <w:rFonts w:cs="Arial"/>
          <w:i/>
          <w:iCs/>
          <w:noProof/>
          <w:sz w:val="20"/>
        </w:rPr>
        <w:t>Gorontalo Fisheries Journal•</w:t>
      </w:r>
      <w:r w:rsidRPr="00AE579A">
        <w:rPr>
          <w:rFonts w:cs="Arial"/>
          <w:noProof/>
          <w:sz w:val="20"/>
        </w:rPr>
        <w:t xml:space="preserve"> (Vol. 1, Number 1).</w:t>
      </w:r>
    </w:p>
    <w:p w14:paraId="1E616755" w14:textId="77777777" w:rsidR="00AE579A" w:rsidRPr="00AE579A" w:rsidRDefault="00AE579A" w:rsidP="00AE579A">
      <w:pPr>
        <w:widowControl w:val="0"/>
        <w:autoSpaceDE w:val="0"/>
        <w:autoSpaceDN w:val="0"/>
        <w:adjustRightInd w:val="0"/>
        <w:spacing w:line="240" w:lineRule="auto"/>
        <w:ind w:left="480" w:hanging="480"/>
        <w:rPr>
          <w:rFonts w:cs="Arial"/>
          <w:noProof/>
          <w:sz w:val="20"/>
        </w:rPr>
      </w:pPr>
      <w:r w:rsidRPr="00AE579A">
        <w:rPr>
          <w:rFonts w:cs="Arial"/>
          <w:noProof/>
          <w:sz w:val="20"/>
        </w:rPr>
        <w:t xml:space="preserve">Bianchi, F., Careri, M., Musci, M., &amp; Mangia, A. (2007). </w:t>
      </w:r>
      <w:r w:rsidRPr="00AE579A">
        <w:rPr>
          <w:rFonts w:cs="Arial"/>
          <w:i/>
          <w:iCs/>
          <w:noProof/>
          <w:sz w:val="20"/>
        </w:rPr>
        <w:t>Food Chemistry Fish and food safety : Determination of formaldehyde in 12 fish species by SPME extraction and GC – MS analysis</w:t>
      </w:r>
      <w:r w:rsidRPr="00AE579A">
        <w:rPr>
          <w:rFonts w:cs="Arial"/>
          <w:noProof/>
          <w:sz w:val="20"/>
        </w:rPr>
        <w:t xml:space="preserve">. </w:t>
      </w:r>
      <w:r w:rsidRPr="00AE579A">
        <w:rPr>
          <w:rFonts w:cs="Arial"/>
          <w:i/>
          <w:iCs/>
          <w:noProof/>
          <w:sz w:val="20"/>
        </w:rPr>
        <w:t>100</w:t>
      </w:r>
      <w:r w:rsidRPr="00AE579A">
        <w:rPr>
          <w:rFonts w:cs="Arial"/>
          <w:noProof/>
          <w:sz w:val="20"/>
        </w:rPr>
        <w:t>, 1049–1053. https://doi.org/10.1016/j.foodchem.2005.09.089</w:t>
      </w:r>
    </w:p>
    <w:p w14:paraId="19C5ED1E" w14:textId="77777777" w:rsidR="00AE579A" w:rsidRPr="00AE579A" w:rsidRDefault="00AE579A" w:rsidP="00AE579A">
      <w:pPr>
        <w:widowControl w:val="0"/>
        <w:autoSpaceDE w:val="0"/>
        <w:autoSpaceDN w:val="0"/>
        <w:adjustRightInd w:val="0"/>
        <w:spacing w:line="240" w:lineRule="auto"/>
        <w:ind w:left="480" w:hanging="480"/>
        <w:rPr>
          <w:rFonts w:cs="Arial"/>
          <w:noProof/>
          <w:sz w:val="20"/>
        </w:rPr>
      </w:pPr>
      <w:r w:rsidRPr="00AE579A">
        <w:rPr>
          <w:rFonts w:cs="Arial"/>
          <w:noProof/>
          <w:sz w:val="20"/>
        </w:rPr>
        <w:t xml:space="preserve">Mobonggi, L., Asri Silvana Naiu, &amp; Mile, L. (2014). Uji Formalin pada Ikan Teri Asin Kering di Kota Gorontalo. </w:t>
      </w:r>
      <w:r w:rsidRPr="00AE579A">
        <w:rPr>
          <w:rFonts w:cs="Arial"/>
          <w:i/>
          <w:iCs/>
          <w:noProof/>
          <w:sz w:val="20"/>
        </w:rPr>
        <w:t>Jurnal Ilmiah Perikanan Dan Kelautan</w:t>
      </w:r>
      <w:r w:rsidRPr="00AE579A">
        <w:rPr>
          <w:rFonts w:cs="Arial"/>
          <w:noProof/>
          <w:sz w:val="20"/>
        </w:rPr>
        <w:t xml:space="preserve">, </w:t>
      </w:r>
      <w:r w:rsidRPr="00AE579A">
        <w:rPr>
          <w:rFonts w:cs="Arial"/>
          <w:i/>
          <w:iCs/>
          <w:noProof/>
          <w:sz w:val="20"/>
        </w:rPr>
        <w:t>2</w:t>
      </w:r>
      <w:r w:rsidRPr="00AE579A">
        <w:rPr>
          <w:rFonts w:cs="Arial"/>
          <w:noProof/>
          <w:sz w:val="20"/>
        </w:rPr>
        <w:t>(1), 1–3. https://ejurnal.ung.ac.id/index.php/nike/article/download/1241/990</w:t>
      </w:r>
    </w:p>
    <w:p w14:paraId="59264514" w14:textId="77777777" w:rsidR="00AE579A" w:rsidRPr="00AE579A" w:rsidRDefault="00AE579A" w:rsidP="00AE579A">
      <w:pPr>
        <w:widowControl w:val="0"/>
        <w:autoSpaceDE w:val="0"/>
        <w:autoSpaceDN w:val="0"/>
        <w:adjustRightInd w:val="0"/>
        <w:spacing w:line="240" w:lineRule="auto"/>
        <w:ind w:left="480" w:hanging="480"/>
        <w:rPr>
          <w:rFonts w:cs="Arial"/>
          <w:noProof/>
          <w:sz w:val="20"/>
        </w:rPr>
      </w:pPr>
      <w:r w:rsidRPr="00AE579A">
        <w:rPr>
          <w:rFonts w:cs="Arial"/>
          <w:noProof/>
          <w:sz w:val="20"/>
        </w:rPr>
        <w:t xml:space="preserve">Prabhakar, P. K., Vatsa, S., Srivastav, P. P., &amp; Pathak, S. S. (2020). A Comprehensive Review on Freshness of Fish and Assessment: Analytical Methods and Recent Innovations. </w:t>
      </w:r>
      <w:r w:rsidRPr="00AE579A">
        <w:rPr>
          <w:rFonts w:cs="Arial"/>
          <w:i/>
          <w:iCs/>
          <w:noProof/>
          <w:sz w:val="20"/>
        </w:rPr>
        <w:t>Food Research International</w:t>
      </w:r>
      <w:r w:rsidRPr="00AE579A">
        <w:rPr>
          <w:rFonts w:cs="Arial"/>
          <w:noProof/>
          <w:sz w:val="20"/>
        </w:rPr>
        <w:t>, 109157. https://doi.org/10.1016/j.foodres.2020.109157</w:t>
      </w:r>
    </w:p>
    <w:p w14:paraId="2C34FE69" w14:textId="77777777" w:rsidR="00AE579A" w:rsidRPr="00AE579A" w:rsidRDefault="00AE579A" w:rsidP="00AE579A">
      <w:pPr>
        <w:widowControl w:val="0"/>
        <w:autoSpaceDE w:val="0"/>
        <w:autoSpaceDN w:val="0"/>
        <w:adjustRightInd w:val="0"/>
        <w:spacing w:line="240" w:lineRule="auto"/>
        <w:ind w:left="480" w:hanging="480"/>
        <w:rPr>
          <w:rFonts w:cs="Arial"/>
          <w:noProof/>
          <w:sz w:val="20"/>
        </w:rPr>
      </w:pPr>
      <w:r w:rsidRPr="00AE579A">
        <w:rPr>
          <w:rFonts w:cs="Arial"/>
          <w:noProof/>
          <w:sz w:val="20"/>
        </w:rPr>
        <w:t xml:space="preserve">Purnama Arafa, Tati Nurhayati, Sugeng Heri Suseno, Carissa Mutiara Ardina, N. R. S. (2025). </w:t>
      </w:r>
      <w:r w:rsidRPr="00AE579A">
        <w:rPr>
          <w:rFonts w:cs="Arial"/>
          <w:i/>
          <w:iCs/>
          <w:noProof/>
          <w:sz w:val="20"/>
        </w:rPr>
        <w:t>Analisis kesegaran dan kandungan formalin pada ikan laut di lampung selatan</w:t>
      </w:r>
      <w:r w:rsidRPr="00AE579A">
        <w:rPr>
          <w:rFonts w:cs="Arial"/>
          <w:noProof/>
          <w:sz w:val="20"/>
        </w:rPr>
        <w:t>.</w:t>
      </w:r>
    </w:p>
    <w:p w14:paraId="0810DC70" w14:textId="77777777" w:rsidR="00AE579A" w:rsidRPr="00AE579A" w:rsidRDefault="00AE579A" w:rsidP="00AE579A">
      <w:pPr>
        <w:widowControl w:val="0"/>
        <w:autoSpaceDE w:val="0"/>
        <w:autoSpaceDN w:val="0"/>
        <w:adjustRightInd w:val="0"/>
        <w:spacing w:line="240" w:lineRule="auto"/>
        <w:ind w:left="480" w:hanging="480"/>
        <w:rPr>
          <w:rFonts w:cs="Arial"/>
          <w:noProof/>
          <w:sz w:val="20"/>
        </w:rPr>
      </w:pPr>
      <w:r w:rsidRPr="00AE579A">
        <w:rPr>
          <w:rFonts w:cs="Arial"/>
          <w:noProof/>
          <w:sz w:val="20"/>
        </w:rPr>
        <w:t xml:space="preserve">Sri Gita Tamai, Tusaban Tusaban, Dewi Shinta Achmad, &amp; Nur Jihan Fareranty Piu. (2026). Analisis Kandungan Formalin pada Ikan Nila (Oreochromis niloticus) yang Dijual di Pasar Tradisional Kota Gorontalo. </w:t>
      </w:r>
      <w:r w:rsidRPr="00AE579A">
        <w:rPr>
          <w:rFonts w:cs="Arial"/>
          <w:i/>
          <w:iCs/>
          <w:noProof/>
          <w:sz w:val="20"/>
        </w:rPr>
        <w:t>Student Scientific Creativity Journal</w:t>
      </w:r>
      <w:r w:rsidRPr="00AE579A">
        <w:rPr>
          <w:rFonts w:cs="Arial"/>
          <w:noProof/>
          <w:sz w:val="20"/>
        </w:rPr>
        <w:t xml:space="preserve">, </w:t>
      </w:r>
      <w:r w:rsidRPr="00AE579A">
        <w:rPr>
          <w:rFonts w:cs="Arial"/>
          <w:i/>
          <w:iCs/>
          <w:noProof/>
          <w:sz w:val="20"/>
        </w:rPr>
        <w:t>4</w:t>
      </w:r>
      <w:r w:rsidRPr="00AE579A">
        <w:rPr>
          <w:rFonts w:cs="Arial"/>
          <w:noProof/>
          <w:sz w:val="20"/>
        </w:rPr>
        <w:t>(3), 91–115. https://doi.org/10.55606/sscj-amik.v4i3.6130</w:t>
      </w:r>
    </w:p>
    <w:p w14:paraId="2F7B7F93" w14:textId="57B6DCCC" w:rsidR="004A5C34" w:rsidRPr="003F1B29" w:rsidRDefault="00AE579A" w:rsidP="004A5C34">
      <w:pPr>
        <w:widowControl w:val="0"/>
        <w:autoSpaceDE w:val="0"/>
        <w:autoSpaceDN w:val="0"/>
        <w:adjustRightInd w:val="0"/>
        <w:spacing w:line="240" w:lineRule="auto"/>
        <w:ind w:left="480" w:hanging="480"/>
        <w:rPr>
          <w:lang w:val="nb-NO"/>
        </w:rPr>
      </w:pPr>
      <w:r>
        <w:rPr>
          <w:lang w:val="nb-NO"/>
        </w:rPr>
        <w:fldChar w:fldCharType="end"/>
      </w:r>
    </w:p>
    <w:p w14:paraId="545A6834" w14:textId="7D00B2C9" w:rsidR="00021266" w:rsidRPr="003F1B29" w:rsidRDefault="00E04100">
      <w:pPr>
        <w:rPr>
          <w:lang w:val="nb-NO"/>
        </w:rPr>
      </w:pPr>
      <w:r w:rsidRPr="003F1B29">
        <w:rPr>
          <w:lang w:val="nb-NO"/>
        </w:rPr>
        <w:t>............................................................................................................................................................</w:t>
      </w:r>
    </w:p>
    <w:p w14:paraId="2B5C6A43" w14:textId="6A1A3F63" w:rsidR="00021266" w:rsidRPr="003F1B29" w:rsidRDefault="00E04100">
      <w:pPr>
        <w:rPr>
          <w:lang w:val="nb-NO"/>
        </w:rPr>
      </w:pPr>
      <w:r w:rsidRPr="003F1B29">
        <w:rPr>
          <w:lang w:val="nb-NO"/>
        </w:rPr>
        <w:t>............................................................................................................................................................</w:t>
      </w:r>
    </w:p>
    <w:p w14:paraId="13654EE1" w14:textId="18AC41DE" w:rsidR="00021266" w:rsidRPr="003F1B29" w:rsidRDefault="00E04100">
      <w:pPr>
        <w:rPr>
          <w:lang w:val="nb-NO"/>
        </w:rPr>
      </w:pPr>
      <w:r w:rsidRPr="003F1B29">
        <w:rPr>
          <w:lang w:val="nb-NO"/>
        </w:rPr>
        <w:lastRenderedPageBreak/>
        <w:t>............................................................................................................................................................</w:t>
      </w:r>
    </w:p>
    <w:p w14:paraId="308FCC9B" w14:textId="2367B20C" w:rsidR="00021266" w:rsidRPr="003F1B29" w:rsidRDefault="00E04100">
      <w:pPr>
        <w:rPr>
          <w:lang w:val="nb-NO"/>
        </w:rPr>
      </w:pPr>
      <w:r w:rsidRPr="003F1B29">
        <w:rPr>
          <w:lang w:val="nb-NO"/>
        </w:rPr>
        <w:t>............................................................................................................................................................</w:t>
      </w:r>
    </w:p>
    <w:p w14:paraId="17A918FF" w14:textId="5C264C60" w:rsidR="00021266" w:rsidRPr="003F1B29" w:rsidRDefault="00E04100">
      <w:pPr>
        <w:rPr>
          <w:lang w:val="nb-NO"/>
        </w:rPr>
      </w:pPr>
      <w:r w:rsidRPr="003F1B29">
        <w:rPr>
          <w:lang w:val="nb-NO"/>
        </w:rPr>
        <w:t>............................................................................................................................................................</w:t>
      </w:r>
    </w:p>
    <w:p w14:paraId="4D30BB70" w14:textId="77777777" w:rsidR="00021266" w:rsidRPr="003F1B29" w:rsidRDefault="00E04100">
      <w:pPr>
        <w:spacing w:before="160" w:after="100"/>
        <w:rPr>
          <w:lang w:val="nb-NO"/>
        </w:rPr>
      </w:pPr>
      <w:r w:rsidRPr="003F1B29">
        <w:rPr>
          <w:b/>
          <w:sz w:val="24"/>
          <w:lang w:val="nb-NO"/>
        </w:rPr>
        <w:t>M. PERNYATAAN KETUA TIM</w:t>
      </w:r>
    </w:p>
    <w:p w14:paraId="6193987E" w14:textId="1C16619C" w:rsidR="00021266" w:rsidRPr="003F1B29" w:rsidRDefault="00E04100" w:rsidP="006D58AE">
      <w:pPr>
        <w:jc w:val="both"/>
        <w:rPr>
          <w:lang w:val="nb-NO"/>
        </w:rPr>
      </w:pPr>
      <w:r w:rsidRPr="003F1B29">
        <w:rPr>
          <w:lang w:val="nb-NO"/>
        </w:rPr>
        <w:t xml:space="preserve">Saya menyatakan bahwa proposal ini disusun sesuai dengan ketentuan Hibah Penelitian Internal dan bersedia melaksanakan penelitian serta memenuhi target luaran yang </w:t>
      </w:r>
      <w:r w:rsidR="00000D7A">
        <w:rPr>
          <w:lang w:val="nb-NO"/>
        </w:rPr>
        <w:t xml:space="preserve">telah </w:t>
      </w:r>
      <w:r w:rsidRPr="003F1B29">
        <w:rPr>
          <w:lang w:val="nb-NO"/>
        </w:rPr>
        <w:t>ditetapkan.</w:t>
      </w:r>
    </w:p>
    <w:p w14:paraId="764E0DAF" w14:textId="0D937990" w:rsidR="00021266" w:rsidRPr="003F1B29" w:rsidRDefault="00EB54FF">
      <w:pPr>
        <w:jc w:val="right"/>
        <w:rPr>
          <w:lang w:val="nb-NO"/>
        </w:rPr>
      </w:pPr>
      <w:r>
        <w:rPr>
          <w:lang w:val="nb-NO"/>
        </w:rPr>
        <w:t>Limboto</w:t>
      </w:r>
      <w:r w:rsidR="00E04100" w:rsidRPr="003F1B29">
        <w:rPr>
          <w:lang w:val="nb-NO"/>
        </w:rPr>
        <w:t xml:space="preserve">, </w:t>
      </w:r>
      <w:r>
        <w:rPr>
          <w:lang w:val="nb-NO"/>
        </w:rPr>
        <w:t xml:space="preserve">18 </w:t>
      </w:r>
      <w:r w:rsidR="00255FAB">
        <w:rPr>
          <w:lang w:val="nb-NO"/>
        </w:rPr>
        <w:t>September</w:t>
      </w:r>
      <w:r w:rsidR="00E04100" w:rsidRPr="003F1B29">
        <w:rPr>
          <w:lang w:val="nb-NO"/>
        </w:rPr>
        <w:t xml:space="preserve"> 20</w:t>
      </w:r>
      <w:r w:rsidR="00255FAB">
        <w:rPr>
          <w:lang w:val="nb-NO"/>
        </w:rPr>
        <w:t>26</w:t>
      </w:r>
    </w:p>
    <w:p w14:paraId="2B6FF2B4" w14:textId="0B0D2FA3" w:rsidR="00021266" w:rsidRPr="003F1B29" w:rsidRDefault="004F6C5F" w:rsidP="006A035A">
      <w:pPr>
        <w:jc w:val="center"/>
        <w:rPr>
          <w:lang w:val="nb-NO"/>
        </w:rPr>
      </w:pPr>
      <w:r>
        <w:rPr>
          <w:noProof/>
          <w:lang w:val="nb-NO"/>
        </w:rPr>
        <w:drawing>
          <wp:anchor distT="0" distB="0" distL="114300" distR="114300" simplePos="0" relativeHeight="251658240" behindDoc="1" locked="0" layoutInCell="1" allowOverlap="1" wp14:anchorId="1A2D76D8" wp14:editId="64D89CBA">
            <wp:simplePos x="0" y="0"/>
            <wp:positionH relativeFrom="column">
              <wp:posOffset>4331335</wp:posOffset>
            </wp:positionH>
            <wp:positionV relativeFrom="paragraph">
              <wp:posOffset>202359</wp:posOffset>
            </wp:positionV>
            <wp:extent cx="1220470" cy="787400"/>
            <wp:effectExtent l="0" t="0" r="0" b="0"/>
            <wp:wrapTight wrapText="bothSides">
              <wp:wrapPolygon edited="0">
                <wp:start x="0" y="0"/>
                <wp:lineTo x="0" y="20903"/>
                <wp:lineTo x="21240" y="20903"/>
                <wp:lineTo x="21240" y="0"/>
                <wp:lineTo x="0" y="0"/>
              </wp:wrapPolygon>
            </wp:wrapTight>
            <wp:docPr id="103351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clrChange>
                        <a:clrFrom>
                          <a:srgbClr val="F4F7F9"/>
                        </a:clrFrom>
                        <a:clrTo>
                          <a:srgbClr val="F4F7F9">
                            <a:alpha val="0"/>
                          </a:srgbClr>
                        </a:clrTo>
                      </a:clrChange>
                      <a:extLst>
                        <a:ext uri="{BEBA8EAE-BF5A-486C-A8C5-ECC9F3942E4B}">
                          <a14:imgProps xmlns:a14="http://schemas.microsoft.com/office/drawing/2010/main">
                            <a14:imgLayer r:embed="rId11">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220470" cy="787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035A">
        <w:rPr>
          <w:lang w:val="nb-NO"/>
        </w:rPr>
        <w:t xml:space="preserve">                                                                                                             </w:t>
      </w:r>
      <w:r w:rsidR="00E04100" w:rsidRPr="003F1B29">
        <w:rPr>
          <w:lang w:val="nb-NO"/>
        </w:rPr>
        <w:t>Ketua Tim,</w:t>
      </w:r>
    </w:p>
    <w:p w14:paraId="00BEAE40" w14:textId="1385B213" w:rsidR="00021266" w:rsidRPr="003F1B29" w:rsidRDefault="00021266">
      <w:pPr>
        <w:rPr>
          <w:lang w:val="nb-NO"/>
        </w:rPr>
      </w:pPr>
    </w:p>
    <w:p w14:paraId="2E2F6BF9" w14:textId="1E1F4051" w:rsidR="00021266" w:rsidRPr="003F1B29" w:rsidRDefault="00021266">
      <w:pPr>
        <w:rPr>
          <w:lang w:val="nb-NO"/>
        </w:rPr>
      </w:pPr>
    </w:p>
    <w:p w14:paraId="6C4DF510" w14:textId="77777777" w:rsidR="00021266" w:rsidRPr="003F1B29" w:rsidRDefault="00021266">
      <w:pPr>
        <w:rPr>
          <w:lang w:val="nb-NO"/>
        </w:rPr>
      </w:pPr>
    </w:p>
    <w:p w14:paraId="0A264F80" w14:textId="77777777" w:rsidR="00B62C2A" w:rsidRDefault="00B62C2A" w:rsidP="006A035A">
      <w:pPr>
        <w:spacing w:after="0"/>
        <w:jc w:val="right"/>
        <w:rPr>
          <w:lang w:val="nb-NO"/>
        </w:rPr>
      </w:pPr>
    </w:p>
    <w:p w14:paraId="05BF68B4" w14:textId="05ACD001" w:rsidR="00021266" w:rsidRPr="003F1B29" w:rsidRDefault="004F6C5F" w:rsidP="006A035A">
      <w:pPr>
        <w:spacing w:after="0"/>
        <w:jc w:val="right"/>
        <w:rPr>
          <w:lang w:val="nb-NO"/>
        </w:rPr>
      </w:pPr>
      <w:r>
        <w:rPr>
          <w:lang w:val="nb-NO"/>
        </w:rPr>
        <w:t xml:space="preserve">       </w:t>
      </w:r>
      <w:r w:rsidR="00E04100" w:rsidRPr="003F1B29">
        <w:rPr>
          <w:lang w:val="nb-NO"/>
        </w:rPr>
        <w:t>(</w:t>
      </w:r>
      <w:r w:rsidR="00255FAB">
        <w:rPr>
          <w:lang w:val="nb-NO"/>
        </w:rPr>
        <w:t>Dr. IDA ASTUTI., S.PI., M.SI</w:t>
      </w:r>
      <w:r w:rsidR="00E04100" w:rsidRPr="003F1B29">
        <w:rPr>
          <w:lang w:val="nb-NO"/>
        </w:rPr>
        <w:t>)</w:t>
      </w:r>
    </w:p>
    <w:p w14:paraId="1B208341" w14:textId="19D27BD0" w:rsidR="00021266" w:rsidRPr="003F1B29" w:rsidRDefault="006A035A" w:rsidP="006A035A">
      <w:pPr>
        <w:spacing w:after="0"/>
        <w:jc w:val="center"/>
        <w:rPr>
          <w:lang w:val="nb-NO"/>
        </w:rPr>
      </w:pPr>
      <w:r>
        <w:rPr>
          <w:lang w:val="nb-NO"/>
        </w:rPr>
        <w:t xml:space="preserve">                                                                                                               </w:t>
      </w:r>
      <w:r w:rsidR="00E04100" w:rsidRPr="003F1B29">
        <w:rPr>
          <w:lang w:val="nb-NO"/>
        </w:rPr>
        <w:t>NIDN</w:t>
      </w:r>
      <w:r w:rsidR="009300F5">
        <w:rPr>
          <w:lang w:val="nb-NO"/>
        </w:rPr>
        <w:t>:</w:t>
      </w:r>
      <w:r>
        <w:rPr>
          <w:lang w:val="nb-NO"/>
        </w:rPr>
        <w:t xml:space="preserve"> 0903028402</w:t>
      </w:r>
    </w:p>
    <w:p w14:paraId="4958217D" w14:textId="5228D193" w:rsidR="00021266" w:rsidRPr="003F1B29" w:rsidRDefault="00E04100">
      <w:pPr>
        <w:rPr>
          <w:lang w:val="nb-NO"/>
        </w:rPr>
      </w:pPr>
      <w:r w:rsidRPr="003F1B29">
        <w:rPr>
          <w:lang w:val="nb-NO"/>
        </w:rPr>
        <w:br w:type="page"/>
      </w:r>
    </w:p>
    <w:p w14:paraId="5509A02F" w14:textId="77777777" w:rsidR="00021266" w:rsidRPr="003F1B29" w:rsidRDefault="00E04100">
      <w:pPr>
        <w:spacing w:before="160" w:after="100"/>
        <w:rPr>
          <w:lang w:val="nb-NO"/>
        </w:rPr>
      </w:pPr>
      <w:r w:rsidRPr="003F1B29">
        <w:rPr>
          <w:b/>
          <w:sz w:val="24"/>
          <w:lang w:val="nb-NO"/>
        </w:rPr>
        <w:lastRenderedPageBreak/>
        <w:t>LAMPIRAN INTERNAL LP3M – PETA CEPAT PENILAIAN KESESUAIAN RENSTRA</w:t>
      </w:r>
    </w:p>
    <w:p w14:paraId="6D531ADD" w14:textId="77777777" w:rsidR="00021266" w:rsidRPr="003F1B29" w:rsidRDefault="00E04100">
      <w:pPr>
        <w:rPr>
          <w:lang w:val="nb-NO"/>
        </w:rPr>
      </w:pPr>
      <w:r w:rsidRPr="003F1B29">
        <w:rPr>
          <w:i/>
          <w:sz w:val="19"/>
          <w:lang w:val="nb-NO"/>
        </w:rPr>
        <w:t>Bagian ini dapat digunakan reviewer/LP3M. Dosen tidak perlu membuat dokumen tambahan.</w:t>
      </w:r>
    </w:p>
    <w:tbl>
      <w:tblPr>
        <w:tblStyle w:val="TableGrid"/>
        <w:tblW w:w="0" w:type="auto"/>
        <w:jc w:val="center"/>
        <w:tblLook w:val="04A0" w:firstRow="1" w:lastRow="0" w:firstColumn="1" w:lastColumn="0" w:noHBand="0" w:noVBand="1"/>
      </w:tblPr>
      <w:tblGrid>
        <w:gridCol w:w="1766"/>
        <w:gridCol w:w="4913"/>
        <w:gridCol w:w="1186"/>
        <w:gridCol w:w="1437"/>
      </w:tblGrid>
      <w:tr w:rsidR="00021266" w14:paraId="2C363D6E" w14:textId="77777777">
        <w:trPr>
          <w:jc w:val="center"/>
        </w:trPr>
        <w:tc>
          <w:tcPr>
            <w:tcW w:w="2280" w:type="dxa"/>
            <w:shd w:val="clear" w:color="auto" w:fill="D9EAF7"/>
            <w:tcMar>
              <w:top w:w="90" w:type="dxa"/>
              <w:left w:w="90" w:type="dxa"/>
              <w:bottom w:w="90" w:type="dxa"/>
              <w:right w:w="90" w:type="dxa"/>
            </w:tcMar>
            <w:vAlign w:val="center"/>
          </w:tcPr>
          <w:p w14:paraId="283A90CA" w14:textId="77777777" w:rsidR="00021266" w:rsidRDefault="00E04100">
            <w:pPr>
              <w:spacing w:after="0"/>
            </w:pPr>
            <w:proofErr w:type="spellStart"/>
            <w:r>
              <w:rPr>
                <w:b/>
                <w:sz w:val="18"/>
              </w:rPr>
              <w:t>Aspek</w:t>
            </w:r>
            <w:proofErr w:type="spellEnd"/>
          </w:p>
        </w:tc>
        <w:tc>
          <w:tcPr>
            <w:tcW w:w="2280" w:type="dxa"/>
            <w:shd w:val="clear" w:color="auto" w:fill="D9EAF7"/>
            <w:tcMar>
              <w:top w:w="90" w:type="dxa"/>
              <w:left w:w="90" w:type="dxa"/>
              <w:bottom w:w="90" w:type="dxa"/>
              <w:right w:w="90" w:type="dxa"/>
            </w:tcMar>
            <w:vAlign w:val="center"/>
          </w:tcPr>
          <w:p w14:paraId="69D15CA3" w14:textId="77777777" w:rsidR="00021266" w:rsidRDefault="00E04100">
            <w:pPr>
              <w:spacing w:after="0"/>
            </w:pPr>
            <w:r>
              <w:rPr>
                <w:b/>
                <w:sz w:val="18"/>
              </w:rPr>
              <w:t>Yang Dicek</w:t>
            </w:r>
          </w:p>
        </w:tc>
        <w:tc>
          <w:tcPr>
            <w:tcW w:w="2280" w:type="dxa"/>
            <w:shd w:val="clear" w:color="auto" w:fill="D9EAF7"/>
            <w:tcMar>
              <w:top w:w="90" w:type="dxa"/>
              <w:left w:w="90" w:type="dxa"/>
              <w:bottom w:w="90" w:type="dxa"/>
              <w:right w:w="90" w:type="dxa"/>
            </w:tcMar>
            <w:vAlign w:val="center"/>
          </w:tcPr>
          <w:p w14:paraId="1FDBCF74" w14:textId="77777777" w:rsidR="00021266" w:rsidRDefault="00E04100">
            <w:pPr>
              <w:spacing w:after="0"/>
            </w:pPr>
            <w:r>
              <w:rPr>
                <w:b/>
                <w:sz w:val="18"/>
              </w:rPr>
              <w:t>Skor</w:t>
            </w:r>
          </w:p>
        </w:tc>
        <w:tc>
          <w:tcPr>
            <w:tcW w:w="2280" w:type="dxa"/>
            <w:shd w:val="clear" w:color="auto" w:fill="D9EAF7"/>
            <w:tcMar>
              <w:top w:w="90" w:type="dxa"/>
              <w:left w:w="90" w:type="dxa"/>
              <w:bottom w:w="90" w:type="dxa"/>
              <w:right w:w="90" w:type="dxa"/>
            </w:tcMar>
            <w:vAlign w:val="center"/>
          </w:tcPr>
          <w:p w14:paraId="4EB260BE" w14:textId="77777777" w:rsidR="00021266" w:rsidRDefault="00E04100">
            <w:pPr>
              <w:spacing w:after="0"/>
            </w:pPr>
            <w:proofErr w:type="spellStart"/>
            <w:r>
              <w:rPr>
                <w:b/>
                <w:sz w:val="18"/>
              </w:rPr>
              <w:t>Catatan</w:t>
            </w:r>
            <w:proofErr w:type="spellEnd"/>
            <w:r>
              <w:rPr>
                <w:b/>
                <w:sz w:val="18"/>
              </w:rPr>
              <w:t xml:space="preserve"> Reviewer</w:t>
            </w:r>
          </w:p>
        </w:tc>
      </w:tr>
      <w:tr w:rsidR="00021266" w14:paraId="286C316A" w14:textId="77777777">
        <w:trPr>
          <w:jc w:val="center"/>
        </w:trPr>
        <w:tc>
          <w:tcPr>
            <w:tcW w:w="2280" w:type="dxa"/>
            <w:tcMar>
              <w:top w:w="90" w:type="dxa"/>
              <w:left w:w="90" w:type="dxa"/>
              <w:bottom w:w="90" w:type="dxa"/>
              <w:right w:w="90" w:type="dxa"/>
            </w:tcMar>
            <w:vAlign w:val="center"/>
          </w:tcPr>
          <w:p w14:paraId="37DF67B9" w14:textId="77777777" w:rsidR="00021266" w:rsidRDefault="00E04100">
            <w:pPr>
              <w:spacing w:after="0"/>
            </w:pPr>
            <w:proofErr w:type="spellStart"/>
            <w:r>
              <w:rPr>
                <w:sz w:val="18"/>
              </w:rPr>
              <w:t>Kesesuaian</w:t>
            </w:r>
            <w:proofErr w:type="spellEnd"/>
            <w:r>
              <w:rPr>
                <w:sz w:val="18"/>
              </w:rPr>
              <w:t xml:space="preserve"> </w:t>
            </w:r>
            <w:proofErr w:type="spellStart"/>
            <w:r>
              <w:rPr>
                <w:sz w:val="18"/>
              </w:rPr>
              <w:t>bidang</w:t>
            </w:r>
            <w:proofErr w:type="spellEnd"/>
            <w:r>
              <w:rPr>
                <w:sz w:val="18"/>
              </w:rPr>
              <w:t>/</w:t>
            </w:r>
            <w:proofErr w:type="spellStart"/>
            <w:r>
              <w:rPr>
                <w:sz w:val="18"/>
              </w:rPr>
              <w:t>tema</w:t>
            </w:r>
            <w:proofErr w:type="spellEnd"/>
          </w:p>
        </w:tc>
        <w:tc>
          <w:tcPr>
            <w:tcW w:w="2280" w:type="dxa"/>
            <w:tcMar>
              <w:top w:w="90" w:type="dxa"/>
              <w:left w:w="90" w:type="dxa"/>
              <w:bottom w:w="90" w:type="dxa"/>
              <w:right w:w="90" w:type="dxa"/>
            </w:tcMar>
            <w:vAlign w:val="center"/>
          </w:tcPr>
          <w:p w14:paraId="109AF7FB" w14:textId="77777777" w:rsidR="00021266" w:rsidRDefault="00E04100">
            <w:pPr>
              <w:spacing w:after="0"/>
            </w:pPr>
            <w:r>
              <w:rPr>
                <w:sz w:val="18"/>
              </w:rPr>
              <w:t xml:space="preserve">Proposal </w:t>
            </w:r>
            <w:proofErr w:type="spellStart"/>
            <w:r>
              <w:rPr>
                <w:sz w:val="18"/>
              </w:rPr>
              <w:t>dapat</w:t>
            </w:r>
            <w:proofErr w:type="spellEnd"/>
            <w:r>
              <w:rPr>
                <w:sz w:val="18"/>
              </w:rPr>
              <w:t xml:space="preserve"> </w:t>
            </w:r>
            <w:proofErr w:type="spellStart"/>
            <w:r>
              <w:rPr>
                <w:sz w:val="18"/>
              </w:rPr>
              <w:t>dipetakan</w:t>
            </w:r>
            <w:proofErr w:type="spellEnd"/>
            <w:r>
              <w:rPr>
                <w:sz w:val="18"/>
              </w:rPr>
              <w:t xml:space="preserve"> </w:t>
            </w:r>
            <w:proofErr w:type="spellStart"/>
            <w:r>
              <w:rPr>
                <w:sz w:val="18"/>
              </w:rPr>
              <w:t>ke</w:t>
            </w:r>
            <w:proofErr w:type="spellEnd"/>
            <w:r>
              <w:rPr>
                <w:sz w:val="18"/>
              </w:rPr>
              <w:t xml:space="preserve"> </w:t>
            </w:r>
            <w:proofErr w:type="spellStart"/>
            <w:r>
              <w:rPr>
                <w:sz w:val="18"/>
              </w:rPr>
              <w:t>bidang</w:t>
            </w:r>
            <w:proofErr w:type="spellEnd"/>
            <w:r>
              <w:rPr>
                <w:sz w:val="18"/>
              </w:rPr>
              <w:t xml:space="preserve">, </w:t>
            </w:r>
            <w:proofErr w:type="spellStart"/>
            <w:r>
              <w:rPr>
                <w:sz w:val="18"/>
              </w:rPr>
              <w:t>tema</w:t>
            </w:r>
            <w:proofErr w:type="spellEnd"/>
            <w:r>
              <w:rPr>
                <w:sz w:val="18"/>
              </w:rPr>
              <w:t>/</w:t>
            </w:r>
            <w:proofErr w:type="spellStart"/>
            <w:r>
              <w:rPr>
                <w:sz w:val="18"/>
              </w:rPr>
              <w:t>subtema</w:t>
            </w:r>
            <w:proofErr w:type="spellEnd"/>
            <w:r>
              <w:rPr>
                <w:sz w:val="18"/>
              </w:rPr>
              <w:t xml:space="preserve"> </w:t>
            </w:r>
            <w:proofErr w:type="spellStart"/>
            <w:r>
              <w:rPr>
                <w:sz w:val="18"/>
              </w:rPr>
              <w:t>atau</w:t>
            </w:r>
            <w:proofErr w:type="spellEnd"/>
            <w:r>
              <w:rPr>
                <w:sz w:val="18"/>
              </w:rPr>
              <w:t xml:space="preserve"> </w:t>
            </w:r>
            <w:proofErr w:type="spellStart"/>
            <w:r>
              <w:rPr>
                <w:sz w:val="18"/>
              </w:rPr>
              <w:t>pengembangan</w:t>
            </w:r>
            <w:proofErr w:type="spellEnd"/>
            <w:r>
              <w:rPr>
                <w:sz w:val="18"/>
              </w:rPr>
              <w:t xml:space="preserve"> </w:t>
            </w:r>
            <w:proofErr w:type="spellStart"/>
            <w:r>
              <w:rPr>
                <w:sz w:val="18"/>
              </w:rPr>
              <w:t>disiplin</w:t>
            </w:r>
            <w:proofErr w:type="spellEnd"/>
            <w:r>
              <w:rPr>
                <w:sz w:val="18"/>
              </w:rPr>
              <w:t xml:space="preserve"> yang </w:t>
            </w:r>
            <w:proofErr w:type="spellStart"/>
            <w:r>
              <w:rPr>
                <w:sz w:val="18"/>
              </w:rPr>
              <w:t>relevan</w:t>
            </w:r>
            <w:proofErr w:type="spellEnd"/>
          </w:p>
        </w:tc>
        <w:tc>
          <w:tcPr>
            <w:tcW w:w="2280" w:type="dxa"/>
            <w:tcMar>
              <w:top w:w="90" w:type="dxa"/>
              <w:left w:w="90" w:type="dxa"/>
              <w:bottom w:w="90" w:type="dxa"/>
              <w:right w:w="90" w:type="dxa"/>
            </w:tcMar>
            <w:vAlign w:val="center"/>
          </w:tcPr>
          <w:p w14:paraId="24280E82" w14:textId="77777777" w:rsidR="00021266" w:rsidRDefault="00E04100">
            <w:pPr>
              <w:spacing w:after="0"/>
            </w:pPr>
            <w:r>
              <w:rPr>
                <w:sz w:val="18"/>
              </w:rPr>
              <w:t>0–20</w:t>
            </w:r>
          </w:p>
        </w:tc>
        <w:tc>
          <w:tcPr>
            <w:tcW w:w="2280" w:type="dxa"/>
            <w:tcMar>
              <w:top w:w="90" w:type="dxa"/>
              <w:left w:w="90" w:type="dxa"/>
              <w:bottom w:w="90" w:type="dxa"/>
              <w:right w:w="90" w:type="dxa"/>
            </w:tcMar>
            <w:vAlign w:val="center"/>
          </w:tcPr>
          <w:p w14:paraId="2FC15F27" w14:textId="77777777" w:rsidR="00021266" w:rsidRDefault="00021266">
            <w:pPr>
              <w:spacing w:after="0"/>
            </w:pPr>
          </w:p>
        </w:tc>
      </w:tr>
      <w:tr w:rsidR="00021266" w14:paraId="36A5F459" w14:textId="77777777">
        <w:trPr>
          <w:jc w:val="center"/>
        </w:trPr>
        <w:tc>
          <w:tcPr>
            <w:tcW w:w="2280" w:type="dxa"/>
            <w:tcMar>
              <w:top w:w="90" w:type="dxa"/>
              <w:left w:w="90" w:type="dxa"/>
              <w:bottom w:w="90" w:type="dxa"/>
              <w:right w:w="90" w:type="dxa"/>
            </w:tcMar>
            <w:vAlign w:val="center"/>
          </w:tcPr>
          <w:p w14:paraId="59B0659B" w14:textId="77777777" w:rsidR="00021266" w:rsidRDefault="00E04100">
            <w:pPr>
              <w:spacing w:after="0"/>
            </w:pPr>
            <w:proofErr w:type="spellStart"/>
            <w:r>
              <w:rPr>
                <w:sz w:val="18"/>
              </w:rPr>
              <w:t>Kesinambungan</w:t>
            </w:r>
            <w:proofErr w:type="spellEnd"/>
            <w:r>
              <w:rPr>
                <w:sz w:val="18"/>
              </w:rPr>
              <w:t xml:space="preserve"> roadmap</w:t>
            </w:r>
          </w:p>
        </w:tc>
        <w:tc>
          <w:tcPr>
            <w:tcW w:w="2280" w:type="dxa"/>
            <w:tcMar>
              <w:top w:w="90" w:type="dxa"/>
              <w:left w:w="90" w:type="dxa"/>
              <w:bottom w:w="90" w:type="dxa"/>
              <w:right w:w="90" w:type="dxa"/>
            </w:tcMar>
            <w:vAlign w:val="center"/>
          </w:tcPr>
          <w:p w14:paraId="5F36CAB1" w14:textId="77777777" w:rsidR="00021266" w:rsidRPr="003F1B29" w:rsidRDefault="00E04100">
            <w:pPr>
              <w:spacing w:after="0"/>
              <w:rPr>
                <w:lang w:val="nb-NO"/>
              </w:rPr>
            </w:pPr>
            <w:r w:rsidRPr="003F1B29">
              <w:rPr>
                <w:sz w:val="18"/>
                <w:lang w:val="nb-NO"/>
              </w:rPr>
              <w:t>Posisi penelitian dan arah lanjutannya jelas</w:t>
            </w:r>
          </w:p>
        </w:tc>
        <w:tc>
          <w:tcPr>
            <w:tcW w:w="2280" w:type="dxa"/>
            <w:tcMar>
              <w:top w:w="90" w:type="dxa"/>
              <w:left w:w="90" w:type="dxa"/>
              <w:bottom w:w="90" w:type="dxa"/>
              <w:right w:w="90" w:type="dxa"/>
            </w:tcMar>
            <w:vAlign w:val="center"/>
          </w:tcPr>
          <w:p w14:paraId="540ACAE8" w14:textId="77777777" w:rsidR="00021266" w:rsidRDefault="00E04100">
            <w:pPr>
              <w:spacing w:after="0"/>
            </w:pPr>
            <w:r>
              <w:rPr>
                <w:sz w:val="18"/>
              </w:rPr>
              <w:t>0–20</w:t>
            </w:r>
          </w:p>
        </w:tc>
        <w:tc>
          <w:tcPr>
            <w:tcW w:w="2280" w:type="dxa"/>
            <w:tcMar>
              <w:top w:w="90" w:type="dxa"/>
              <w:left w:w="90" w:type="dxa"/>
              <w:bottom w:w="90" w:type="dxa"/>
              <w:right w:w="90" w:type="dxa"/>
            </w:tcMar>
            <w:vAlign w:val="center"/>
          </w:tcPr>
          <w:p w14:paraId="3D17019F" w14:textId="77777777" w:rsidR="00021266" w:rsidRDefault="00021266">
            <w:pPr>
              <w:spacing w:after="0"/>
            </w:pPr>
          </w:p>
        </w:tc>
      </w:tr>
      <w:tr w:rsidR="00021266" w14:paraId="34E53E5D" w14:textId="77777777">
        <w:trPr>
          <w:jc w:val="center"/>
        </w:trPr>
        <w:tc>
          <w:tcPr>
            <w:tcW w:w="2280" w:type="dxa"/>
            <w:tcMar>
              <w:top w:w="90" w:type="dxa"/>
              <w:left w:w="90" w:type="dxa"/>
              <w:bottom w:w="90" w:type="dxa"/>
              <w:right w:w="90" w:type="dxa"/>
            </w:tcMar>
            <w:vAlign w:val="center"/>
          </w:tcPr>
          <w:p w14:paraId="179BCE08" w14:textId="77777777" w:rsidR="00021266" w:rsidRDefault="00E04100">
            <w:pPr>
              <w:spacing w:after="0"/>
            </w:pPr>
            <w:proofErr w:type="spellStart"/>
            <w:r>
              <w:rPr>
                <w:sz w:val="18"/>
              </w:rPr>
              <w:t>Relevansi</w:t>
            </w:r>
            <w:proofErr w:type="spellEnd"/>
            <w:r>
              <w:rPr>
                <w:sz w:val="18"/>
              </w:rPr>
              <w:t xml:space="preserve"> </w:t>
            </w:r>
            <w:proofErr w:type="spellStart"/>
            <w:r>
              <w:rPr>
                <w:sz w:val="18"/>
              </w:rPr>
              <w:t>masalah</w:t>
            </w:r>
            <w:proofErr w:type="spellEnd"/>
          </w:p>
        </w:tc>
        <w:tc>
          <w:tcPr>
            <w:tcW w:w="2280" w:type="dxa"/>
            <w:tcMar>
              <w:top w:w="90" w:type="dxa"/>
              <w:left w:w="90" w:type="dxa"/>
              <w:bottom w:w="90" w:type="dxa"/>
              <w:right w:w="90" w:type="dxa"/>
            </w:tcMar>
            <w:vAlign w:val="center"/>
          </w:tcPr>
          <w:p w14:paraId="4F3BB843" w14:textId="77777777" w:rsidR="00021266" w:rsidRPr="003F1B29" w:rsidRDefault="00E04100">
            <w:pPr>
              <w:spacing w:after="0"/>
              <w:rPr>
                <w:lang w:val="nb-NO"/>
              </w:rPr>
            </w:pPr>
            <w:r w:rsidRPr="003F1B29">
              <w:rPr>
                <w:sz w:val="18"/>
                <w:lang w:val="nb-NO"/>
              </w:rPr>
              <w:t>Relevan dengan kepakaran, potensi/kebutuhan daerah, pembangunan atau SDGs sesuai karakter penelitian</w:t>
            </w:r>
          </w:p>
        </w:tc>
        <w:tc>
          <w:tcPr>
            <w:tcW w:w="2280" w:type="dxa"/>
            <w:tcMar>
              <w:top w:w="90" w:type="dxa"/>
              <w:left w:w="90" w:type="dxa"/>
              <w:bottom w:w="90" w:type="dxa"/>
              <w:right w:w="90" w:type="dxa"/>
            </w:tcMar>
            <w:vAlign w:val="center"/>
          </w:tcPr>
          <w:p w14:paraId="4118B463" w14:textId="77777777" w:rsidR="00021266" w:rsidRDefault="00E04100">
            <w:pPr>
              <w:spacing w:after="0"/>
            </w:pPr>
            <w:r>
              <w:rPr>
                <w:sz w:val="18"/>
              </w:rPr>
              <w:t>0–15</w:t>
            </w:r>
          </w:p>
        </w:tc>
        <w:tc>
          <w:tcPr>
            <w:tcW w:w="2280" w:type="dxa"/>
            <w:tcMar>
              <w:top w:w="90" w:type="dxa"/>
              <w:left w:w="90" w:type="dxa"/>
              <w:bottom w:w="90" w:type="dxa"/>
              <w:right w:w="90" w:type="dxa"/>
            </w:tcMar>
            <w:vAlign w:val="center"/>
          </w:tcPr>
          <w:p w14:paraId="6BCD0FD5" w14:textId="77777777" w:rsidR="00021266" w:rsidRDefault="00021266">
            <w:pPr>
              <w:spacing w:after="0"/>
            </w:pPr>
          </w:p>
        </w:tc>
      </w:tr>
      <w:tr w:rsidR="00021266" w14:paraId="504F466A" w14:textId="77777777">
        <w:trPr>
          <w:jc w:val="center"/>
        </w:trPr>
        <w:tc>
          <w:tcPr>
            <w:tcW w:w="2280" w:type="dxa"/>
            <w:tcMar>
              <w:top w:w="90" w:type="dxa"/>
              <w:left w:w="90" w:type="dxa"/>
              <w:bottom w:w="90" w:type="dxa"/>
              <w:right w:w="90" w:type="dxa"/>
            </w:tcMar>
            <w:vAlign w:val="center"/>
          </w:tcPr>
          <w:p w14:paraId="5996437C" w14:textId="77777777" w:rsidR="00021266" w:rsidRDefault="00E04100">
            <w:pPr>
              <w:spacing w:after="0"/>
            </w:pPr>
            <w:r>
              <w:rPr>
                <w:sz w:val="18"/>
              </w:rPr>
              <w:t xml:space="preserve">Metode &amp; </w:t>
            </w:r>
            <w:proofErr w:type="spellStart"/>
            <w:r>
              <w:rPr>
                <w:sz w:val="18"/>
              </w:rPr>
              <w:t>kelayakan</w:t>
            </w:r>
            <w:proofErr w:type="spellEnd"/>
          </w:p>
        </w:tc>
        <w:tc>
          <w:tcPr>
            <w:tcW w:w="2280" w:type="dxa"/>
            <w:tcMar>
              <w:top w:w="90" w:type="dxa"/>
              <w:left w:w="90" w:type="dxa"/>
              <w:bottom w:w="90" w:type="dxa"/>
              <w:right w:w="90" w:type="dxa"/>
            </w:tcMar>
            <w:vAlign w:val="center"/>
          </w:tcPr>
          <w:p w14:paraId="74A7D3BF" w14:textId="77777777" w:rsidR="00021266" w:rsidRPr="003F1B29" w:rsidRDefault="00E04100">
            <w:pPr>
              <w:spacing w:after="0"/>
              <w:rPr>
                <w:lang w:val="nb-NO"/>
              </w:rPr>
            </w:pPr>
            <w:r w:rsidRPr="003F1B29">
              <w:rPr>
                <w:sz w:val="18"/>
                <w:lang w:val="nb-NO"/>
              </w:rPr>
              <w:t>Metode, waktu dan anggaran layak</w:t>
            </w:r>
          </w:p>
        </w:tc>
        <w:tc>
          <w:tcPr>
            <w:tcW w:w="2280" w:type="dxa"/>
            <w:tcMar>
              <w:top w:w="90" w:type="dxa"/>
              <w:left w:w="90" w:type="dxa"/>
              <w:bottom w:w="90" w:type="dxa"/>
              <w:right w:w="90" w:type="dxa"/>
            </w:tcMar>
            <w:vAlign w:val="center"/>
          </w:tcPr>
          <w:p w14:paraId="65732F36" w14:textId="77777777" w:rsidR="00021266" w:rsidRDefault="00E04100">
            <w:pPr>
              <w:spacing w:after="0"/>
            </w:pPr>
            <w:r>
              <w:rPr>
                <w:sz w:val="18"/>
              </w:rPr>
              <w:t>0–20</w:t>
            </w:r>
          </w:p>
        </w:tc>
        <w:tc>
          <w:tcPr>
            <w:tcW w:w="2280" w:type="dxa"/>
            <w:tcMar>
              <w:top w:w="90" w:type="dxa"/>
              <w:left w:w="90" w:type="dxa"/>
              <w:bottom w:w="90" w:type="dxa"/>
              <w:right w:w="90" w:type="dxa"/>
            </w:tcMar>
            <w:vAlign w:val="center"/>
          </w:tcPr>
          <w:p w14:paraId="0EE708F5" w14:textId="77777777" w:rsidR="00021266" w:rsidRDefault="00021266">
            <w:pPr>
              <w:spacing w:after="0"/>
            </w:pPr>
          </w:p>
        </w:tc>
      </w:tr>
      <w:tr w:rsidR="00021266" w14:paraId="39A790F1" w14:textId="77777777">
        <w:trPr>
          <w:jc w:val="center"/>
        </w:trPr>
        <w:tc>
          <w:tcPr>
            <w:tcW w:w="2280" w:type="dxa"/>
            <w:tcMar>
              <w:top w:w="90" w:type="dxa"/>
              <w:left w:w="90" w:type="dxa"/>
              <w:bottom w:w="90" w:type="dxa"/>
              <w:right w:w="90" w:type="dxa"/>
            </w:tcMar>
            <w:vAlign w:val="center"/>
          </w:tcPr>
          <w:p w14:paraId="0C4D3F2E" w14:textId="77777777" w:rsidR="00021266" w:rsidRDefault="00E04100">
            <w:pPr>
              <w:spacing w:after="0"/>
            </w:pPr>
            <w:proofErr w:type="spellStart"/>
            <w:r>
              <w:rPr>
                <w:sz w:val="18"/>
              </w:rPr>
              <w:t>Luaran</w:t>
            </w:r>
            <w:proofErr w:type="spellEnd"/>
            <w:r>
              <w:rPr>
                <w:sz w:val="18"/>
              </w:rPr>
              <w:t xml:space="preserve"> </w:t>
            </w:r>
            <w:proofErr w:type="spellStart"/>
            <w:r>
              <w:rPr>
                <w:sz w:val="18"/>
              </w:rPr>
              <w:t>bertahap</w:t>
            </w:r>
            <w:proofErr w:type="spellEnd"/>
          </w:p>
        </w:tc>
        <w:tc>
          <w:tcPr>
            <w:tcW w:w="2280" w:type="dxa"/>
            <w:tcMar>
              <w:top w:w="90" w:type="dxa"/>
              <w:left w:w="90" w:type="dxa"/>
              <w:bottom w:w="90" w:type="dxa"/>
              <w:right w:w="90" w:type="dxa"/>
            </w:tcMar>
            <w:vAlign w:val="center"/>
          </w:tcPr>
          <w:p w14:paraId="0A7D860E" w14:textId="77777777" w:rsidR="00021266" w:rsidRPr="003F1B29" w:rsidRDefault="00E04100">
            <w:pPr>
              <w:spacing w:after="0"/>
              <w:rPr>
                <w:lang w:val="nb-NO"/>
              </w:rPr>
            </w:pPr>
            <w:r w:rsidRPr="003F1B29">
              <w:rPr>
                <w:sz w:val="18"/>
                <w:lang w:val="nb-NO"/>
              </w:rPr>
              <w:t>Luaran sesuai tahap roadmap: publikasi/dataset/model/HKI/prototipe/validasi/pemanfaatan</w:t>
            </w:r>
          </w:p>
        </w:tc>
        <w:tc>
          <w:tcPr>
            <w:tcW w:w="2280" w:type="dxa"/>
            <w:tcMar>
              <w:top w:w="90" w:type="dxa"/>
              <w:left w:w="90" w:type="dxa"/>
              <w:bottom w:w="90" w:type="dxa"/>
              <w:right w:w="90" w:type="dxa"/>
            </w:tcMar>
            <w:vAlign w:val="center"/>
          </w:tcPr>
          <w:p w14:paraId="0C8C7F5C" w14:textId="77777777" w:rsidR="00021266" w:rsidRDefault="00E04100">
            <w:pPr>
              <w:spacing w:after="0"/>
            </w:pPr>
            <w:r>
              <w:rPr>
                <w:sz w:val="18"/>
              </w:rPr>
              <w:t>0–15</w:t>
            </w:r>
          </w:p>
        </w:tc>
        <w:tc>
          <w:tcPr>
            <w:tcW w:w="2280" w:type="dxa"/>
            <w:tcMar>
              <w:top w:w="90" w:type="dxa"/>
              <w:left w:w="90" w:type="dxa"/>
              <w:bottom w:w="90" w:type="dxa"/>
              <w:right w:w="90" w:type="dxa"/>
            </w:tcMar>
            <w:vAlign w:val="center"/>
          </w:tcPr>
          <w:p w14:paraId="04FEAFB6" w14:textId="77777777" w:rsidR="00021266" w:rsidRDefault="00021266">
            <w:pPr>
              <w:spacing w:after="0"/>
            </w:pPr>
          </w:p>
        </w:tc>
      </w:tr>
      <w:tr w:rsidR="00021266" w14:paraId="457A5030" w14:textId="77777777">
        <w:trPr>
          <w:jc w:val="center"/>
        </w:trPr>
        <w:tc>
          <w:tcPr>
            <w:tcW w:w="2280" w:type="dxa"/>
            <w:tcMar>
              <w:top w:w="90" w:type="dxa"/>
              <w:left w:w="90" w:type="dxa"/>
              <w:bottom w:w="90" w:type="dxa"/>
              <w:right w:w="90" w:type="dxa"/>
            </w:tcMar>
            <w:vAlign w:val="center"/>
          </w:tcPr>
          <w:p w14:paraId="6C702D63" w14:textId="77777777" w:rsidR="00021266" w:rsidRDefault="00E04100">
            <w:pPr>
              <w:spacing w:after="0"/>
            </w:pPr>
            <w:proofErr w:type="spellStart"/>
            <w:r>
              <w:rPr>
                <w:sz w:val="18"/>
              </w:rPr>
              <w:t>Kolaborasi</w:t>
            </w:r>
            <w:proofErr w:type="spellEnd"/>
            <w:r>
              <w:rPr>
                <w:sz w:val="18"/>
              </w:rPr>
              <w:t xml:space="preserve"> &amp; </w:t>
            </w:r>
            <w:proofErr w:type="spellStart"/>
            <w:r>
              <w:rPr>
                <w:sz w:val="18"/>
              </w:rPr>
              <w:t>pemanfaatan</w:t>
            </w:r>
            <w:proofErr w:type="spellEnd"/>
          </w:p>
        </w:tc>
        <w:tc>
          <w:tcPr>
            <w:tcW w:w="2280" w:type="dxa"/>
            <w:tcMar>
              <w:top w:w="90" w:type="dxa"/>
              <w:left w:w="90" w:type="dxa"/>
              <w:bottom w:w="90" w:type="dxa"/>
              <w:right w:w="90" w:type="dxa"/>
            </w:tcMar>
            <w:vAlign w:val="center"/>
          </w:tcPr>
          <w:p w14:paraId="268A25E1" w14:textId="77777777" w:rsidR="00021266" w:rsidRDefault="00E04100">
            <w:pPr>
              <w:spacing w:after="0"/>
            </w:pPr>
            <w:r>
              <w:rPr>
                <w:sz w:val="18"/>
              </w:rPr>
              <w:t xml:space="preserve">Ada </w:t>
            </w:r>
            <w:proofErr w:type="spellStart"/>
            <w:r>
              <w:rPr>
                <w:sz w:val="18"/>
              </w:rPr>
              <w:t>peluang</w:t>
            </w:r>
            <w:proofErr w:type="spellEnd"/>
            <w:r>
              <w:rPr>
                <w:sz w:val="18"/>
              </w:rPr>
              <w:t xml:space="preserve"> </w:t>
            </w:r>
            <w:proofErr w:type="spellStart"/>
            <w:r>
              <w:rPr>
                <w:sz w:val="18"/>
              </w:rPr>
              <w:t>kolaborasi</w:t>
            </w:r>
            <w:proofErr w:type="spellEnd"/>
            <w:r>
              <w:rPr>
                <w:sz w:val="18"/>
              </w:rPr>
              <w:t xml:space="preserve">, </w:t>
            </w:r>
            <w:proofErr w:type="spellStart"/>
            <w:r>
              <w:rPr>
                <w:sz w:val="18"/>
              </w:rPr>
              <w:t>mahasiswa</w:t>
            </w:r>
            <w:proofErr w:type="spellEnd"/>
            <w:r>
              <w:rPr>
                <w:sz w:val="18"/>
              </w:rPr>
              <w:t xml:space="preserve">, </w:t>
            </w:r>
            <w:proofErr w:type="spellStart"/>
            <w:r>
              <w:rPr>
                <w:sz w:val="18"/>
              </w:rPr>
              <w:t>mitra</w:t>
            </w:r>
            <w:proofErr w:type="spellEnd"/>
            <w:r>
              <w:rPr>
                <w:sz w:val="18"/>
              </w:rPr>
              <w:t xml:space="preserve">, </w:t>
            </w:r>
            <w:proofErr w:type="spellStart"/>
            <w:r>
              <w:rPr>
                <w:sz w:val="18"/>
              </w:rPr>
              <w:t>pembelajaran</w:t>
            </w:r>
            <w:proofErr w:type="spellEnd"/>
            <w:r>
              <w:rPr>
                <w:sz w:val="18"/>
              </w:rPr>
              <w:t xml:space="preserve">, </w:t>
            </w:r>
            <w:proofErr w:type="spellStart"/>
            <w:r>
              <w:rPr>
                <w:sz w:val="18"/>
              </w:rPr>
              <w:t>PkM</w:t>
            </w:r>
            <w:proofErr w:type="spellEnd"/>
            <w:r>
              <w:rPr>
                <w:sz w:val="18"/>
              </w:rPr>
              <w:t xml:space="preserve">/KKP </w:t>
            </w:r>
            <w:proofErr w:type="spellStart"/>
            <w:r>
              <w:rPr>
                <w:sz w:val="18"/>
              </w:rPr>
              <w:t>atau</w:t>
            </w:r>
            <w:proofErr w:type="spellEnd"/>
            <w:r>
              <w:rPr>
                <w:sz w:val="18"/>
              </w:rPr>
              <w:t xml:space="preserve"> </w:t>
            </w:r>
            <w:proofErr w:type="spellStart"/>
            <w:r>
              <w:rPr>
                <w:sz w:val="18"/>
              </w:rPr>
              <w:t>pemanfaatan</w:t>
            </w:r>
            <w:proofErr w:type="spellEnd"/>
            <w:r>
              <w:rPr>
                <w:sz w:val="18"/>
              </w:rPr>
              <w:t xml:space="preserve"> </w:t>
            </w:r>
            <w:proofErr w:type="spellStart"/>
            <w:r>
              <w:rPr>
                <w:sz w:val="18"/>
              </w:rPr>
              <w:t>hasil</w:t>
            </w:r>
            <w:proofErr w:type="spellEnd"/>
            <w:r>
              <w:rPr>
                <w:sz w:val="18"/>
              </w:rPr>
              <w:t xml:space="preserve"> </w:t>
            </w:r>
            <w:proofErr w:type="spellStart"/>
            <w:r>
              <w:rPr>
                <w:sz w:val="18"/>
              </w:rPr>
              <w:t>bila</w:t>
            </w:r>
            <w:proofErr w:type="spellEnd"/>
            <w:r>
              <w:rPr>
                <w:sz w:val="18"/>
              </w:rPr>
              <w:t xml:space="preserve"> </w:t>
            </w:r>
            <w:proofErr w:type="spellStart"/>
            <w:r>
              <w:rPr>
                <w:sz w:val="18"/>
              </w:rPr>
              <w:t>relevan</w:t>
            </w:r>
            <w:proofErr w:type="spellEnd"/>
          </w:p>
        </w:tc>
        <w:tc>
          <w:tcPr>
            <w:tcW w:w="2280" w:type="dxa"/>
            <w:tcMar>
              <w:top w:w="90" w:type="dxa"/>
              <w:left w:w="90" w:type="dxa"/>
              <w:bottom w:w="90" w:type="dxa"/>
              <w:right w:w="90" w:type="dxa"/>
            </w:tcMar>
            <w:vAlign w:val="center"/>
          </w:tcPr>
          <w:p w14:paraId="1CDBE668" w14:textId="77777777" w:rsidR="00021266" w:rsidRDefault="00E04100">
            <w:pPr>
              <w:spacing w:after="0"/>
            </w:pPr>
            <w:r>
              <w:rPr>
                <w:sz w:val="18"/>
              </w:rPr>
              <w:t>0–10</w:t>
            </w:r>
          </w:p>
        </w:tc>
        <w:tc>
          <w:tcPr>
            <w:tcW w:w="2280" w:type="dxa"/>
            <w:tcMar>
              <w:top w:w="90" w:type="dxa"/>
              <w:left w:w="90" w:type="dxa"/>
              <w:bottom w:w="90" w:type="dxa"/>
              <w:right w:w="90" w:type="dxa"/>
            </w:tcMar>
            <w:vAlign w:val="center"/>
          </w:tcPr>
          <w:p w14:paraId="3B22EA11" w14:textId="77777777" w:rsidR="00021266" w:rsidRDefault="00021266">
            <w:pPr>
              <w:spacing w:after="0"/>
            </w:pPr>
          </w:p>
        </w:tc>
      </w:tr>
    </w:tbl>
    <w:p w14:paraId="00631C41" w14:textId="77777777" w:rsidR="00021266" w:rsidRDefault="00E04100">
      <w:r>
        <w:rPr>
          <w:b/>
        </w:rPr>
        <w:t xml:space="preserve">TOTAL: </w:t>
      </w:r>
      <w:r>
        <w:t>........ / 100</w:t>
      </w:r>
    </w:p>
    <w:p w14:paraId="753FA2C8" w14:textId="77777777" w:rsidR="00021266" w:rsidRDefault="00E04100">
      <w:proofErr w:type="spellStart"/>
      <w:r>
        <w:rPr>
          <w:b/>
        </w:rPr>
        <w:t>Rekomendasi</w:t>
      </w:r>
      <w:proofErr w:type="spellEnd"/>
      <w:r>
        <w:rPr>
          <w:b/>
        </w:rPr>
        <w:t xml:space="preserve">: </w:t>
      </w:r>
      <w:r>
        <w:t xml:space="preserve">☐ Layak </w:t>
      </w:r>
      <w:proofErr w:type="spellStart"/>
      <w:proofErr w:type="gramStart"/>
      <w:r>
        <w:t>didanai</w:t>
      </w:r>
      <w:proofErr w:type="spellEnd"/>
      <w:r>
        <w:t xml:space="preserve">  ☐</w:t>
      </w:r>
      <w:proofErr w:type="gramEnd"/>
      <w:r>
        <w:t xml:space="preserve"> Layak </w:t>
      </w:r>
      <w:proofErr w:type="spellStart"/>
      <w:r>
        <w:t>dengan</w:t>
      </w:r>
      <w:proofErr w:type="spellEnd"/>
      <w:r>
        <w:t xml:space="preserve"> </w:t>
      </w:r>
      <w:proofErr w:type="spellStart"/>
      <w:proofErr w:type="gramStart"/>
      <w:r>
        <w:t>perbaikan</w:t>
      </w:r>
      <w:proofErr w:type="spellEnd"/>
      <w:r>
        <w:t xml:space="preserve">  ☐</w:t>
      </w:r>
      <w:proofErr w:type="gramEnd"/>
      <w:r>
        <w:t xml:space="preserve"> Belum </w:t>
      </w:r>
      <w:proofErr w:type="spellStart"/>
      <w:r>
        <w:t>layak</w:t>
      </w:r>
      <w:proofErr w:type="spellEnd"/>
    </w:p>
    <w:p w14:paraId="2554C334" w14:textId="77777777" w:rsidR="00021266" w:rsidRPr="003F1B29" w:rsidRDefault="00E04100">
      <w:pPr>
        <w:rPr>
          <w:lang w:val="nb-NO"/>
        </w:rPr>
      </w:pPr>
      <w:r w:rsidRPr="003F1B29">
        <w:rPr>
          <w:i/>
          <w:sz w:val="19"/>
          <w:lang w:val="nb-NO"/>
        </w:rPr>
        <w:t>Catatan: Penelitian tidak harus menghasilkan seluruh jenis luaran. Penilaian mempertimbangkan kesesuaian luaran dengan tahap roadmap dan karakter penelitian.</w:t>
      </w:r>
    </w:p>
    <w:sectPr w:rsidR="00021266" w:rsidRPr="003F1B29" w:rsidSect="00034616">
      <w:headerReference w:type="default" r:id="rId12"/>
      <w:footerReference w:type="default" r:id="rId13"/>
      <w:pgSz w:w="12240" w:h="15840"/>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65A61" w14:textId="77777777" w:rsidR="00FE788C" w:rsidRDefault="00FE788C">
      <w:pPr>
        <w:spacing w:after="0" w:line="240" w:lineRule="auto"/>
      </w:pPr>
      <w:r>
        <w:separator/>
      </w:r>
    </w:p>
  </w:endnote>
  <w:endnote w:type="continuationSeparator" w:id="0">
    <w:p w14:paraId="7A7AB31D" w14:textId="77777777" w:rsidR="00FE788C" w:rsidRDefault="00FE7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F9B26" w14:textId="77777777" w:rsidR="00021266" w:rsidRDefault="00E04100">
    <w:pPr>
      <w:pStyle w:val="Footer"/>
      <w:jc w:val="center"/>
    </w:pPr>
    <w:r>
      <w:rPr>
        <w:sz w:val="16"/>
      </w:rPr>
      <w:t xml:space="preserve">Template Proposal </w:t>
    </w:r>
    <w:proofErr w:type="spellStart"/>
    <w:r>
      <w:rPr>
        <w:sz w:val="16"/>
      </w:rPr>
      <w:t>Penelitian</w:t>
    </w:r>
    <w:proofErr w:type="spellEnd"/>
    <w:r>
      <w:rPr>
        <w:sz w:val="16"/>
      </w:rPr>
      <w:t xml:space="preserve"> Internal </w:t>
    </w:r>
    <w:proofErr w:type="spellStart"/>
    <w:r>
      <w:rPr>
        <w:sz w:val="16"/>
      </w:rPr>
      <w:t>Berbasis</w:t>
    </w:r>
    <w:proofErr w:type="spellEnd"/>
    <w:r>
      <w:rPr>
        <w:sz w:val="16"/>
      </w:rPr>
      <w:t xml:space="preserve"> </w:t>
    </w:r>
    <w:proofErr w:type="spellStart"/>
    <w:r>
      <w:rPr>
        <w:sz w:val="16"/>
      </w:rPr>
      <w:t>Renstra</w:t>
    </w:r>
    <w:proofErr w:type="spellEnd"/>
    <w:r>
      <w:rPr>
        <w:sz w:val="16"/>
      </w:rPr>
      <w:t xml:space="preserve"> </w:t>
    </w:r>
    <w:proofErr w:type="spellStart"/>
    <w:r>
      <w:rPr>
        <w:sz w:val="16"/>
      </w:rPr>
      <w:t>Penelitian</w:t>
    </w:r>
    <w:proofErr w:type="spellEnd"/>
    <w:r>
      <w:rPr>
        <w:sz w:val="16"/>
      </w:rPr>
      <w:t xml:space="preserve"> dan </w:t>
    </w:r>
    <w:proofErr w:type="spellStart"/>
    <w:r>
      <w:rPr>
        <w:sz w:val="16"/>
      </w:rPr>
      <w:t>PkM</w:t>
    </w:r>
    <w:proofErr w:type="spellEnd"/>
    <w:r>
      <w:rPr>
        <w:sz w:val="16"/>
      </w:rPr>
      <w:t xml:space="preserve"> 2026–2030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EB937" w14:textId="77777777" w:rsidR="00FE788C" w:rsidRDefault="00FE788C">
      <w:pPr>
        <w:spacing w:after="0" w:line="240" w:lineRule="auto"/>
      </w:pPr>
      <w:r>
        <w:separator/>
      </w:r>
    </w:p>
  </w:footnote>
  <w:footnote w:type="continuationSeparator" w:id="0">
    <w:p w14:paraId="615F33C8" w14:textId="77777777" w:rsidR="00FE788C" w:rsidRDefault="00FE78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D1E2" w14:textId="111351E8" w:rsidR="00021266" w:rsidRDefault="00E04100">
    <w:pPr>
      <w:pStyle w:val="Header"/>
      <w:jc w:val="right"/>
    </w:pPr>
    <w:r>
      <w:rPr>
        <w:sz w:val="16"/>
      </w:rPr>
      <w:t xml:space="preserve">LP3M UNIVERSITAS GORONTALO | </w:t>
    </w:r>
    <w:r w:rsidR="009F7E46">
      <w:rPr>
        <w:sz w:val="16"/>
      </w:rPr>
      <w:t xml:space="preserve">Proposal </w:t>
    </w:r>
    <w:r>
      <w:rPr>
        <w:sz w:val="16"/>
      </w:rPr>
      <w:t xml:space="preserve">Hibah </w:t>
    </w:r>
    <w:proofErr w:type="spellStart"/>
    <w:r>
      <w:rPr>
        <w:sz w:val="16"/>
      </w:rPr>
      <w:t>Penelitian</w:t>
    </w:r>
    <w:proofErr w:type="spellEnd"/>
    <w:r>
      <w:rPr>
        <w:sz w:val="16"/>
      </w:rPr>
      <w:t xml:space="preserve"> Internal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9BD18B3"/>
    <w:multiLevelType w:val="multilevel"/>
    <w:tmpl w:val="77184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6160BB"/>
    <w:multiLevelType w:val="multilevel"/>
    <w:tmpl w:val="5164F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8481335">
    <w:abstractNumId w:val="8"/>
  </w:num>
  <w:num w:numId="2" w16cid:durableId="289288975">
    <w:abstractNumId w:val="6"/>
  </w:num>
  <w:num w:numId="3" w16cid:durableId="1944603483">
    <w:abstractNumId w:val="5"/>
  </w:num>
  <w:num w:numId="4" w16cid:durableId="2008054152">
    <w:abstractNumId w:val="4"/>
  </w:num>
  <w:num w:numId="5" w16cid:durableId="770709520">
    <w:abstractNumId w:val="7"/>
  </w:num>
  <w:num w:numId="6" w16cid:durableId="860582366">
    <w:abstractNumId w:val="3"/>
  </w:num>
  <w:num w:numId="7" w16cid:durableId="351683835">
    <w:abstractNumId w:val="2"/>
  </w:num>
  <w:num w:numId="8" w16cid:durableId="1841919786">
    <w:abstractNumId w:val="1"/>
  </w:num>
  <w:num w:numId="9" w16cid:durableId="1028332024">
    <w:abstractNumId w:val="0"/>
  </w:num>
  <w:num w:numId="10" w16cid:durableId="2134784185">
    <w:abstractNumId w:val="10"/>
  </w:num>
  <w:num w:numId="11" w16cid:durableId="11628944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7A"/>
    <w:rsid w:val="00021266"/>
    <w:rsid w:val="00034616"/>
    <w:rsid w:val="0006063C"/>
    <w:rsid w:val="00070562"/>
    <w:rsid w:val="000D17A5"/>
    <w:rsid w:val="0012413E"/>
    <w:rsid w:val="00124AD0"/>
    <w:rsid w:val="0015074B"/>
    <w:rsid w:val="00152B4A"/>
    <w:rsid w:val="00156812"/>
    <w:rsid w:val="0016792A"/>
    <w:rsid w:val="00192D59"/>
    <w:rsid w:val="001D4975"/>
    <w:rsid w:val="00214029"/>
    <w:rsid w:val="00247D26"/>
    <w:rsid w:val="00255FAB"/>
    <w:rsid w:val="00265E84"/>
    <w:rsid w:val="00266F03"/>
    <w:rsid w:val="0029639D"/>
    <w:rsid w:val="00297A8C"/>
    <w:rsid w:val="002C25B9"/>
    <w:rsid w:val="002C4006"/>
    <w:rsid w:val="00326F90"/>
    <w:rsid w:val="003A3F46"/>
    <w:rsid w:val="003F1B29"/>
    <w:rsid w:val="00443F6C"/>
    <w:rsid w:val="00461BC0"/>
    <w:rsid w:val="00474867"/>
    <w:rsid w:val="0048747E"/>
    <w:rsid w:val="004A17BB"/>
    <w:rsid w:val="004A5C34"/>
    <w:rsid w:val="004B30BE"/>
    <w:rsid w:val="004C17E0"/>
    <w:rsid w:val="004F6C5F"/>
    <w:rsid w:val="0057193F"/>
    <w:rsid w:val="00571D43"/>
    <w:rsid w:val="005852CF"/>
    <w:rsid w:val="0059448F"/>
    <w:rsid w:val="005975C6"/>
    <w:rsid w:val="005C0883"/>
    <w:rsid w:val="005E3760"/>
    <w:rsid w:val="005F4F54"/>
    <w:rsid w:val="005F7944"/>
    <w:rsid w:val="00614535"/>
    <w:rsid w:val="00620CB6"/>
    <w:rsid w:val="00645700"/>
    <w:rsid w:val="00651895"/>
    <w:rsid w:val="00662358"/>
    <w:rsid w:val="0069371B"/>
    <w:rsid w:val="006A035A"/>
    <w:rsid w:val="006A6548"/>
    <w:rsid w:val="006D58AE"/>
    <w:rsid w:val="00741C17"/>
    <w:rsid w:val="00760253"/>
    <w:rsid w:val="00783748"/>
    <w:rsid w:val="007A322B"/>
    <w:rsid w:val="007C5EEE"/>
    <w:rsid w:val="008117FD"/>
    <w:rsid w:val="008179C0"/>
    <w:rsid w:val="0084120D"/>
    <w:rsid w:val="0089705F"/>
    <w:rsid w:val="008B4325"/>
    <w:rsid w:val="008E329F"/>
    <w:rsid w:val="009300F5"/>
    <w:rsid w:val="00943FFC"/>
    <w:rsid w:val="00971AC5"/>
    <w:rsid w:val="009744EB"/>
    <w:rsid w:val="009E1670"/>
    <w:rsid w:val="009F7E46"/>
    <w:rsid w:val="00A12946"/>
    <w:rsid w:val="00A65B58"/>
    <w:rsid w:val="00A675EA"/>
    <w:rsid w:val="00A70548"/>
    <w:rsid w:val="00AA1D8D"/>
    <w:rsid w:val="00AE579A"/>
    <w:rsid w:val="00AF1DE5"/>
    <w:rsid w:val="00B074F2"/>
    <w:rsid w:val="00B24DF1"/>
    <w:rsid w:val="00B42167"/>
    <w:rsid w:val="00B47730"/>
    <w:rsid w:val="00B6128D"/>
    <w:rsid w:val="00B62C2A"/>
    <w:rsid w:val="00B662DE"/>
    <w:rsid w:val="00B83C99"/>
    <w:rsid w:val="00BB09AB"/>
    <w:rsid w:val="00BC083C"/>
    <w:rsid w:val="00C56230"/>
    <w:rsid w:val="00C7173E"/>
    <w:rsid w:val="00C7178E"/>
    <w:rsid w:val="00C82A26"/>
    <w:rsid w:val="00CB0664"/>
    <w:rsid w:val="00CC0E05"/>
    <w:rsid w:val="00CC68DA"/>
    <w:rsid w:val="00CE7FB5"/>
    <w:rsid w:val="00CF24E6"/>
    <w:rsid w:val="00D21DF6"/>
    <w:rsid w:val="00D42CB9"/>
    <w:rsid w:val="00D658E6"/>
    <w:rsid w:val="00D81D76"/>
    <w:rsid w:val="00D83E6A"/>
    <w:rsid w:val="00D91779"/>
    <w:rsid w:val="00DC2193"/>
    <w:rsid w:val="00E04100"/>
    <w:rsid w:val="00E0610B"/>
    <w:rsid w:val="00E30713"/>
    <w:rsid w:val="00E5630B"/>
    <w:rsid w:val="00E767A4"/>
    <w:rsid w:val="00E832FC"/>
    <w:rsid w:val="00E9637F"/>
    <w:rsid w:val="00EB54FF"/>
    <w:rsid w:val="00EB5C63"/>
    <w:rsid w:val="00EC042B"/>
    <w:rsid w:val="00EC42C9"/>
    <w:rsid w:val="00ED5A53"/>
    <w:rsid w:val="00ED60A9"/>
    <w:rsid w:val="00F1075A"/>
    <w:rsid w:val="00F4540C"/>
    <w:rsid w:val="00F60C56"/>
    <w:rsid w:val="00F829F8"/>
    <w:rsid w:val="00FB5428"/>
    <w:rsid w:val="00FC693F"/>
    <w:rsid w:val="00FD20A3"/>
    <w:rsid w:val="00FD78C1"/>
    <w:rsid w:val="00FE78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FCB75D"/>
  <w14:defaultImageDpi w14:val="330"/>
  <w15:docId w15:val="{65DC4B7D-BC25-41BE-8592-B8484962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11</Pages>
  <Words>6084</Words>
  <Characters>34681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 .</cp:lastModifiedBy>
  <cp:revision>99</cp:revision>
  <dcterms:created xsi:type="dcterms:W3CDTF">2013-12-23T23:15:00Z</dcterms:created>
  <dcterms:modified xsi:type="dcterms:W3CDTF">2026-09-18T07:44:00Z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5b67ac97-7bf9-4ff9-99ec-052b010bbf64</vt:lpwstr>
  </property>
  <property fmtid="{D5CDD505-2E9C-101B-9397-08002B2CF9AE}" pid="3" name="Mendeley Recent Style Id 0_1">
    <vt:lpwstr>http://www.zotero.org/styles/american-medical-association</vt:lpwstr>
  </property>
  <property fmtid="{D5CDD505-2E9C-101B-9397-08002B2CF9AE}" pid="4" name="Mendeley Recent Style Name 0_1">
    <vt:lpwstr>AMA Manual of Style 11th edition</vt:lpwstr>
  </property>
  <property fmtid="{D5CDD505-2E9C-101B-9397-08002B2CF9AE}" pid="5" name="Mendeley Recent Style Id 1_1">
    <vt:lpwstr>http://www.zotero.org/styles/apa</vt:lpwstr>
  </property>
  <property fmtid="{D5CDD505-2E9C-101B-9397-08002B2CF9AE}" pid="6" name="Mendeley Recent Style Name 1_1">
    <vt:lpwstr>APA Style 7th edition</vt:lpwstr>
  </property>
  <property fmtid="{D5CDD505-2E9C-101B-9397-08002B2CF9AE}" pid="7" name="Mendeley Recent Style Id 2_1">
    <vt:lpwstr>http://www.zotero.org/styles/american-political-science-association</vt:lpwstr>
  </property>
  <property fmtid="{D5CDD505-2E9C-101B-9397-08002B2CF9AE}" pid="8" name="Mendeley Recent Style Name 2_1">
    <vt:lpwstr>APSA Style Manual revised 2018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ASA Style Guide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(author-date/Harvard)</vt:lpwstr>
  </property>
  <property fmtid="{D5CDD505-2E9C-101B-9397-08002B2CF9AE}" pid="15" name="Mendeley Recent Style Id 6_1">
    <vt:lpwstr>http://www.zotero.org/styles/ieee</vt:lpwstr>
  </property>
  <property fmtid="{D5CDD505-2E9C-101B-9397-08002B2CF9AE}" pid="16" name="Mendeley Recent Style Name 6_1">
    <vt:lpwstr>IEEE Reference Guide version 11.29.2023</vt:lpwstr>
  </property>
  <property fmtid="{D5CDD505-2E9C-101B-9397-08002B2CF9AE}" pid="17" name="Mendeley Recent Style Id 7_1">
    <vt:lpwstr>http://www.zotero.org/styles/modern-language-association</vt:lpwstr>
  </property>
  <property fmtid="{D5CDD505-2E9C-101B-9397-08002B2CF9AE}" pid="18" name="Mendeley Recent Style Name 7_1">
    <vt:lpwstr>MLA Handbook 9th edition (in-text citations)</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23e42921-b8f7-3347-9074-69cb89f406c8</vt:lpwstr>
  </property>
  <property fmtid="{D5CDD505-2E9C-101B-9397-08002B2CF9AE}" pid="25" name="Mendeley Citation Style_1">
    <vt:lpwstr>http://www.zotero.org/styles/apa</vt:lpwstr>
  </property>
</Properties>
</file>