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2586C" w14:textId="7EC4CA85" w:rsidR="009F7E46" w:rsidRPr="00D20EEB" w:rsidRDefault="009F7E46" w:rsidP="009F7E46">
      <w:pPr>
        <w:spacing w:before="1100"/>
        <w:jc w:val="center"/>
        <w:rPr>
          <w:lang w:val="nb-NO"/>
        </w:rPr>
      </w:pPr>
      <w:bookmarkStart w:id="0" w:name="_Hlk241205817"/>
      <w:bookmarkEnd w:id="0"/>
      <w:r>
        <w:rPr>
          <w:b/>
          <w:sz w:val="36"/>
          <w:lang w:val="nb-NO"/>
        </w:rPr>
        <w:t>PROPOSAL</w:t>
      </w:r>
      <w:r w:rsidRPr="00D20EEB">
        <w:rPr>
          <w:b/>
          <w:sz w:val="36"/>
          <w:lang w:val="nb-NO"/>
        </w:rPr>
        <w:br/>
        <w:t>HIBAH PENELITIAN INTERNAL</w:t>
      </w:r>
    </w:p>
    <w:p w14:paraId="4F670F29" w14:textId="77777777" w:rsidR="009F7E46" w:rsidRDefault="009F7E46" w:rsidP="009F7E46">
      <w:pPr>
        <w:jc w:val="center"/>
        <w:rPr>
          <w:b/>
          <w:sz w:val="24"/>
          <w:lang w:val="nb-NO"/>
        </w:rPr>
      </w:pPr>
      <w:r w:rsidRPr="00D20EEB">
        <w:rPr>
          <w:b/>
          <w:sz w:val="24"/>
          <w:lang w:val="nb-NO"/>
        </w:rPr>
        <w:t>BERBASIS RENSTRA PENELITIAN DAN PkM 2026–2030</w:t>
      </w:r>
    </w:p>
    <w:p w14:paraId="1307BABD" w14:textId="2A93A34D" w:rsidR="009F7E46" w:rsidRPr="00D20EEB" w:rsidRDefault="009F7E46" w:rsidP="009F7E46">
      <w:pPr>
        <w:jc w:val="center"/>
        <w:rPr>
          <w:lang w:val="nb-NO"/>
        </w:rPr>
      </w:pPr>
      <w:r>
        <w:rPr>
          <w:noProof/>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3FBD6F43" w14:textId="3DB1132D" w:rsidR="009F7E46" w:rsidRPr="00D20EEB" w:rsidRDefault="009F7E46" w:rsidP="00216914">
      <w:pPr>
        <w:spacing w:before="440"/>
        <w:jc w:val="center"/>
        <w:rPr>
          <w:lang w:val="nb-NO"/>
        </w:rPr>
      </w:pPr>
      <w:r w:rsidRPr="00D20EEB">
        <w:rPr>
          <w:b/>
          <w:sz w:val="24"/>
          <w:lang w:val="nb-NO"/>
        </w:rPr>
        <w:t>JUDUL PENELITIAN</w:t>
      </w:r>
      <w:r w:rsidRPr="00D20EEB">
        <w:rPr>
          <w:b/>
          <w:sz w:val="24"/>
          <w:lang w:val="nb-NO"/>
        </w:rPr>
        <w:br/>
      </w:r>
      <w:r w:rsidRPr="00D20EEB">
        <w:rPr>
          <w:b/>
          <w:sz w:val="24"/>
          <w:lang w:val="nb-NO"/>
        </w:rPr>
        <w:br/>
      </w:r>
      <w:proofErr w:type="spellStart"/>
      <w:r w:rsidR="00434432" w:rsidRPr="00434432">
        <w:rPr>
          <w:b/>
          <w:sz w:val="24"/>
        </w:rPr>
        <w:t>Karakterisasi</w:t>
      </w:r>
      <w:proofErr w:type="spellEnd"/>
      <w:r w:rsidR="00434432" w:rsidRPr="00434432">
        <w:rPr>
          <w:b/>
          <w:sz w:val="24"/>
        </w:rPr>
        <w:t xml:space="preserve"> </w:t>
      </w:r>
      <w:proofErr w:type="spellStart"/>
      <w:r w:rsidR="00434432" w:rsidRPr="00434432">
        <w:rPr>
          <w:b/>
          <w:sz w:val="24"/>
        </w:rPr>
        <w:t>Degradasi</w:t>
      </w:r>
      <w:proofErr w:type="spellEnd"/>
      <w:r w:rsidR="00434432" w:rsidRPr="00434432">
        <w:rPr>
          <w:b/>
          <w:sz w:val="24"/>
        </w:rPr>
        <w:t xml:space="preserve"> </w:t>
      </w:r>
      <w:r w:rsidR="00434432" w:rsidRPr="00434432">
        <w:rPr>
          <w:b/>
          <w:bCs/>
          <w:sz w:val="24"/>
        </w:rPr>
        <w:t xml:space="preserve">Kinerja </w:t>
      </w:r>
      <w:proofErr w:type="spellStart"/>
      <w:r w:rsidR="00434432" w:rsidRPr="00434432">
        <w:rPr>
          <w:b/>
          <w:bCs/>
          <w:sz w:val="24"/>
        </w:rPr>
        <w:t>Struktural</w:t>
      </w:r>
      <w:proofErr w:type="spellEnd"/>
      <w:r w:rsidR="00434432" w:rsidRPr="00434432">
        <w:rPr>
          <w:b/>
          <w:sz w:val="24"/>
        </w:rPr>
        <w:t xml:space="preserve"> Lapis </w:t>
      </w:r>
      <w:proofErr w:type="spellStart"/>
      <w:r w:rsidR="00434432" w:rsidRPr="00434432">
        <w:rPr>
          <w:b/>
          <w:sz w:val="24"/>
        </w:rPr>
        <w:t>Permukaan</w:t>
      </w:r>
      <w:proofErr w:type="spellEnd"/>
      <w:r w:rsidR="00434432" w:rsidRPr="00434432">
        <w:rPr>
          <w:b/>
          <w:sz w:val="24"/>
        </w:rPr>
        <w:t xml:space="preserve"> dan </w:t>
      </w:r>
      <w:proofErr w:type="spellStart"/>
      <w:r w:rsidR="00434432" w:rsidRPr="00434432">
        <w:rPr>
          <w:b/>
          <w:sz w:val="24"/>
        </w:rPr>
        <w:t>Fondasi</w:t>
      </w:r>
      <w:proofErr w:type="spellEnd"/>
      <w:r w:rsidR="00434432" w:rsidRPr="00434432">
        <w:rPr>
          <w:b/>
          <w:sz w:val="24"/>
        </w:rPr>
        <w:t xml:space="preserve"> Jalan </w:t>
      </w:r>
      <w:proofErr w:type="spellStart"/>
      <w:r w:rsidR="00434432" w:rsidRPr="00434432">
        <w:rPr>
          <w:b/>
          <w:sz w:val="24"/>
        </w:rPr>
        <w:t>akibat</w:t>
      </w:r>
      <w:proofErr w:type="spellEnd"/>
      <w:r w:rsidR="00434432" w:rsidRPr="00434432">
        <w:rPr>
          <w:b/>
          <w:sz w:val="24"/>
        </w:rPr>
        <w:t xml:space="preserve"> </w:t>
      </w:r>
      <w:proofErr w:type="spellStart"/>
      <w:r w:rsidR="00434432" w:rsidRPr="00434432">
        <w:rPr>
          <w:b/>
          <w:sz w:val="24"/>
        </w:rPr>
        <w:t>Muatan</w:t>
      </w:r>
      <w:proofErr w:type="spellEnd"/>
      <w:r w:rsidR="00434432" w:rsidRPr="00434432">
        <w:rPr>
          <w:b/>
          <w:sz w:val="24"/>
        </w:rPr>
        <w:t xml:space="preserve"> </w:t>
      </w:r>
      <w:proofErr w:type="spellStart"/>
      <w:r w:rsidR="00434432" w:rsidRPr="00434432">
        <w:rPr>
          <w:b/>
          <w:sz w:val="24"/>
        </w:rPr>
        <w:t>Berlebih</w:t>
      </w:r>
      <w:proofErr w:type="spellEnd"/>
      <w:r w:rsidR="00434432" w:rsidRPr="00434432">
        <w:rPr>
          <w:b/>
          <w:sz w:val="24"/>
        </w:rPr>
        <w:t xml:space="preserve"> </w:t>
      </w:r>
      <w:proofErr w:type="spellStart"/>
      <w:r w:rsidR="00434432" w:rsidRPr="00434432">
        <w:rPr>
          <w:b/>
          <w:sz w:val="24"/>
        </w:rPr>
        <w:t>Berbasis</w:t>
      </w:r>
      <w:proofErr w:type="spellEnd"/>
      <w:r w:rsidR="00434432" w:rsidRPr="00434432">
        <w:rPr>
          <w:b/>
          <w:sz w:val="24"/>
        </w:rPr>
        <w:t xml:space="preserve"> Parameter SCI dan BDI</w:t>
      </w:r>
    </w:p>
    <w:p w14:paraId="61622F3C" w14:textId="23B5C69A" w:rsidR="009F7E46" w:rsidRPr="00D20EEB" w:rsidRDefault="009F7E46" w:rsidP="009F7E46">
      <w:pPr>
        <w:spacing w:before="440"/>
        <w:jc w:val="center"/>
        <w:rPr>
          <w:lang w:val="nb-NO"/>
        </w:rPr>
      </w:pPr>
      <w:r w:rsidRPr="00D20EEB">
        <w:rPr>
          <w:sz w:val="22"/>
          <w:lang w:val="nb-NO"/>
        </w:rPr>
        <w:t xml:space="preserve">Ketua Tim: </w:t>
      </w:r>
      <w:r w:rsidR="00653FF0">
        <w:rPr>
          <w:sz w:val="22"/>
          <w:lang w:val="nb-NO"/>
        </w:rPr>
        <w:t>Andi Sahrul Hidayat</w:t>
      </w:r>
      <w:r w:rsidR="00F660ED">
        <w:rPr>
          <w:sz w:val="22"/>
          <w:lang w:val="nb-NO"/>
        </w:rPr>
        <w:t>, ST., MT</w:t>
      </w:r>
      <w:r w:rsidRPr="00D20EEB">
        <w:rPr>
          <w:sz w:val="22"/>
          <w:lang w:val="nb-NO"/>
        </w:rPr>
        <w:br/>
        <w:t>NIDN/NIDK</w:t>
      </w:r>
      <w:r>
        <w:rPr>
          <w:sz w:val="22"/>
          <w:lang w:val="nb-NO"/>
        </w:rPr>
        <w:t>/NUPTK</w:t>
      </w:r>
      <w:r w:rsidRPr="00D20EEB">
        <w:rPr>
          <w:sz w:val="22"/>
          <w:lang w:val="nb-NO"/>
        </w:rPr>
        <w:t>:</w:t>
      </w:r>
      <w:r w:rsidR="00653FF0">
        <w:rPr>
          <w:sz w:val="22"/>
          <w:lang w:val="nb-NO"/>
        </w:rPr>
        <w:t xml:space="preserve"> 0916059301</w:t>
      </w:r>
      <w:r w:rsidRPr="00D20EEB">
        <w:rPr>
          <w:sz w:val="22"/>
          <w:lang w:val="nb-NO"/>
        </w:rPr>
        <w:br/>
        <w:t xml:space="preserve">Program Studi/Fakultas: </w:t>
      </w:r>
      <w:r w:rsidR="00653FF0">
        <w:rPr>
          <w:sz w:val="22"/>
          <w:lang w:val="nb-NO"/>
        </w:rPr>
        <w:t>Teknik Sipil Fakultas Teknik</w:t>
      </w:r>
    </w:p>
    <w:p w14:paraId="7640EECF" w14:textId="34BDD51C" w:rsidR="00021266" w:rsidRDefault="009F7E46" w:rsidP="009F7E46">
      <w:pPr>
        <w:spacing w:before="1500"/>
        <w:jc w:val="center"/>
      </w:pPr>
      <w:r w:rsidRPr="00D20EEB">
        <w:rPr>
          <w:b/>
          <w:sz w:val="22"/>
          <w:lang w:val="nb-NO"/>
        </w:rPr>
        <w:t>LEMBAGA PENELITIAN, PENGEMBANGAN, DAN PENGABDIAN KEPADA MASYARAKAT (LP3M)</w:t>
      </w:r>
      <w:r w:rsidRPr="00D20EEB">
        <w:rPr>
          <w:b/>
          <w:sz w:val="22"/>
          <w:lang w:val="nb-NO"/>
        </w:rPr>
        <w:br/>
        <w:t>UNIVERSITAS GORONTALO</w:t>
      </w:r>
      <w:r w:rsidRPr="00D20EEB">
        <w:rPr>
          <w:b/>
          <w:sz w:val="22"/>
          <w:lang w:val="nb-NO"/>
        </w:rPr>
        <w:br/>
        <w:t>20</w:t>
      </w:r>
      <w:r w:rsidR="00653FF0">
        <w:rPr>
          <w:b/>
          <w:sz w:val="22"/>
          <w:lang w:val="nb-NO"/>
        </w:rPr>
        <w:t>26</w:t>
      </w:r>
    </w:p>
    <w:p w14:paraId="34166766" w14:textId="77777777" w:rsidR="00021266" w:rsidRDefault="00000000">
      <w:r>
        <w:br w:type="page"/>
      </w:r>
    </w:p>
    <w:p w14:paraId="5A89729E" w14:textId="77777777" w:rsidR="00021266" w:rsidRDefault="00000000">
      <w:pPr>
        <w:spacing w:before="160" w:after="100"/>
      </w:pPr>
      <w:r>
        <w:rPr>
          <w:b/>
          <w:sz w:val="24"/>
        </w:rPr>
        <w:lastRenderedPageBreak/>
        <w:t>A. IDENTITAS USULAN</w:t>
      </w:r>
    </w:p>
    <w:tbl>
      <w:tblPr>
        <w:tblStyle w:val="TableGrid"/>
        <w:tblW w:w="0" w:type="auto"/>
        <w:jc w:val="center"/>
        <w:tblLook w:val="04A0" w:firstRow="1" w:lastRow="0" w:firstColumn="1" w:lastColumn="0" w:noHBand="0" w:noVBand="1"/>
      </w:tblPr>
      <w:tblGrid>
        <w:gridCol w:w="3120"/>
        <w:gridCol w:w="6182"/>
      </w:tblGrid>
      <w:tr w:rsidR="00021266" w14:paraId="10F4DF45" w14:textId="77777777">
        <w:trPr>
          <w:jc w:val="center"/>
        </w:trPr>
        <w:tc>
          <w:tcPr>
            <w:tcW w:w="4561" w:type="dxa"/>
            <w:shd w:val="clear" w:color="auto" w:fill="EAF2F8"/>
            <w:tcMar>
              <w:top w:w="90" w:type="dxa"/>
              <w:left w:w="90" w:type="dxa"/>
              <w:bottom w:w="90" w:type="dxa"/>
              <w:right w:w="90" w:type="dxa"/>
            </w:tcMar>
            <w:vAlign w:val="center"/>
          </w:tcPr>
          <w:p w14:paraId="65FF0AF0" w14:textId="77777777" w:rsidR="00021266" w:rsidRDefault="00000000">
            <w:pPr>
              <w:spacing w:after="0"/>
            </w:pPr>
            <w:r>
              <w:rPr>
                <w:b/>
                <w:sz w:val="18"/>
              </w:rPr>
              <w:t>Judul Penelitian</w:t>
            </w:r>
          </w:p>
        </w:tc>
        <w:tc>
          <w:tcPr>
            <w:tcW w:w="4561" w:type="dxa"/>
            <w:tcMar>
              <w:top w:w="90" w:type="dxa"/>
              <w:left w:w="90" w:type="dxa"/>
              <w:bottom w:w="90" w:type="dxa"/>
              <w:right w:w="90" w:type="dxa"/>
            </w:tcMar>
            <w:vAlign w:val="center"/>
          </w:tcPr>
          <w:p w14:paraId="0453767A" w14:textId="1DF42B9C" w:rsidR="00021266" w:rsidRDefault="00434432">
            <w:pPr>
              <w:spacing w:after="0"/>
            </w:pPr>
            <w:proofErr w:type="spellStart"/>
            <w:r w:rsidRPr="00434432">
              <w:rPr>
                <w:sz w:val="18"/>
              </w:rPr>
              <w:t>Karakterisasi</w:t>
            </w:r>
            <w:proofErr w:type="spellEnd"/>
            <w:r w:rsidRPr="00434432">
              <w:rPr>
                <w:sz w:val="18"/>
              </w:rPr>
              <w:t xml:space="preserve"> </w:t>
            </w:r>
            <w:proofErr w:type="spellStart"/>
            <w:r w:rsidRPr="00434432">
              <w:rPr>
                <w:sz w:val="18"/>
              </w:rPr>
              <w:t>Degradasi</w:t>
            </w:r>
            <w:proofErr w:type="spellEnd"/>
            <w:r w:rsidRPr="00434432">
              <w:rPr>
                <w:sz w:val="18"/>
              </w:rPr>
              <w:t xml:space="preserve"> Kinerja </w:t>
            </w:r>
            <w:proofErr w:type="spellStart"/>
            <w:r w:rsidRPr="00434432">
              <w:rPr>
                <w:sz w:val="18"/>
              </w:rPr>
              <w:t>Struktural</w:t>
            </w:r>
            <w:proofErr w:type="spellEnd"/>
            <w:r w:rsidRPr="00434432">
              <w:rPr>
                <w:sz w:val="18"/>
              </w:rPr>
              <w:t xml:space="preserve"> Lapis </w:t>
            </w:r>
            <w:proofErr w:type="spellStart"/>
            <w:r w:rsidRPr="00434432">
              <w:rPr>
                <w:sz w:val="18"/>
              </w:rPr>
              <w:t>Permukaan</w:t>
            </w:r>
            <w:proofErr w:type="spellEnd"/>
            <w:r w:rsidRPr="00434432">
              <w:rPr>
                <w:sz w:val="18"/>
              </w:rPr>
              <w:t xml:space="preserve"> dan </w:t>
            </w:r>
            <w:proofErr w:type="spellStart"/>
            <w:r w:rsidRPr="00434432">
              <w:rPr>
                <w:sz w:val="18"/>
              </w:rPr>
              <w:t>Fondasi</w:t>
            </w:r>
            <w:proofErr w:type="spellEnd"/>
            <w:r w:rsidRPr="00434432">
              <w:rPr>
                <w:sz w:val="18"/>
              </w:rPr>
              <w:t xml:space="preserve"> Jalan </w:t>
            </w:r>
            <w:proofErr w:type="spellStart"/>
            <w:r w:rsidRPr="00434432">
              <w:rPr>
                <w:sz w:val="18"/>
              </w:rPr>
              <w:t>akibat</w:t>
            </w:r>
            <w:proofErr w:type="spellEnd"/>
            <w:r w:rsidRPr="00434432">
              <w:rPr>
                <w:sz w:val="18"/>
              </w:rPr>
              <w:t xml:space="preserve"> </w:t>
            </w:r>
            <w:proofErr w:type="spellStart"/>
            <w:r w:rsidRPr="00434432">
              <w:rPr>
                <w:sz w:val="18"/>
              </w:rPr>
              <w:t>Muatan</w:t>
            </w:r>
            <w:proofErr w:type="spellEnd"/>
            <w:r w:rsidRPr="00434432">
              <w:rPr>
                <w:sz w:val="18"/>
              </w:rPr>
              <w:t xml:space="preserve"> </w:t>
            </w:r>
            <w:proofErr w:type="spellStart"/>
            <w:r w:rsidRPr="00434432">
              <w:rPr>
                <w:sz w:val="18"/>
              </w:rPr>
              <w:t>Berlebih</w:t>
            </w:r>
            <w:proofErr w:type="spellEnd"/>
            <w:r w:rsidRPr="00434432">
              <w:rPr>
                <w:sz w:val="18"/>
              </w:rPr>
              <w:t xml:space="preserve"> </w:t>
            </w:r>
            <w:proofErr w:type="spellStart"/>
            <w:r w:rsidRPr="00434432">
              <w:rPr>
                <w:sz w:val="18"/>
              </w:rPr>
              <w:t>Berbasis</w:t>
            </w:r>
            <w:proofErr w:type="spellEnd"/>
            <w:r w:rsidRPr="00434432">
              <w:rPr>
                <w:sz w:val="18"/>
              </w:rPr>
              <w:t xml:space="preserve"> Parameter SCI dan BDI</w:t>
            </w:r>
          </w:p>
        </w:tc>
      </w:tr>
      <w:tr w:rsidR="00021266" w:rsidRPr="003F1B29" w14:paraId="7903BB62" w14:textId="77777777">
        <w:trPr>
          <w:jc w:val="center"/>
        </w:trPr>
        <w:tc>
          <w:tcPr>
            <w:tcW w:w="4561" w:type="dxa"/>
            <w:shd w:val="clear" w:color="auto" w:fill="EAF2F8"/>
            <w:tcMar>
              <w:top w:w="90" w:type="dxa"/>
              <w:left w:w="90" w:type="dxa"/>
              <w:bottom w:w="90" w:type="dxa"/>
              <w:right w:w="90" w:type="dxa"/>
            </w:tcMar>
            <w:vAlign w:val="center"/>
          </w:tcPr>
          <w:p w14:paraId="1D260F58" w14:textId="77777777" w:rsidR="00021266" w:rsidRDefault="00000000">
            <w:pPr>
              <w:spacing w:after="0"/>
            </w:pPr>
            <w:r>
              <w:rPr>
                <w:b/>
                <w:sz w:val="18"/>
              </w:rPr>
              <w:t>Ketua Tim</w:t>
            </w:r>
          </w:p>
        </w:tc>
        <w:tc>
          <w:tcPr>
            <w:tcW w:w="4561" w:type="dxa"/>
            <w:tcMar>
              <w:top w:w="90" w:type="dxa"/>
              <w:left w:w="90" w:type="dxa"/>
              <w:bottom w:w="90" w:type="dxa"/>
              <w:right w:w="90" w:type="dxa"/>
            </w:tcMar>
            <w:vAlign w:val="center"/>
          </w:tcPr>
          <w:p w14:paraId="58275C10" w14:textId="4B9CD81F" w:rsidR="00021266" w:rsidRPr="003F1B29" w:rsidRDefault="00000000">
            <w:pPr>
              <w:spacing w:after="0"/>
              <w:rPr>
                <w:lang w:val="nb-NO"/>
              </w:rPr>
            </w:pPr>
            <w:r w:rsidRPr="003F1B29">
              <w:rPr>
                <w:sz w:val="18"/>
                <w:lang w:val="nb-NO"/>
              </w:rPr>
              <w:t xml:space="preserve">Nama: </w:t>
            </w:r>
            <w:r w:rsidR="00F660ED">
              <w:rPr>
                <w:sz w:val="18"/>
                <w:lang w:val="nb-NO"/>
              </w:rPr>
              <w:t>Andi Sahrul Hidayat, ST., MT</w:t>
            </w:r>
            <w:r w:rsidR="00F660ED" w:rsidRPr="003F1B29">
              <w:rPr>
                <w:sz w:val="18"/>
                <w:lang w:val="nb-NO"/>
              </w:rPr>
              <w:t xml:space="preserve"> </w:t>
            </w:r>
            <w:r w:rsidRPr="003F1B29">
              <w:rPr>
                <w:sz w:val="18"/>
                <w:lang w:val="nb-NO"/>
              </w:rPr>
              <w:br/>
              <w:t>NIDN/NIDK</w:t>
            </w:r>
            <w:r w:rsidR="009F7E46">
              <w:rPr>
                <w:sz w:val="18"/>
                <w:lang w:val="nb-NO"/>
              </w:rPr>
              <w:t>/NUPTK</w:t>
            </w:r>
            <w:r w:rsidRPr="003F1B29">
              <w:rPr>
                <w:sz w:val="18"/>
                <w:lang w:val="nb-NO"/>
              </w:rPr>
              <w:t xml:space="preserve">: </w:t>
            </w:r>
            <w:r w:rsidR="00F660ED">
              <w:rPr>
                <w:sz w:val="18"/>
                <w:lang w:val="nb-NO"/>
              </w:rPr>
              <w:t>0916059301</w:t>
            </w:r>
            <w:r w:rsidRPr="003F1B29">
              <w:rPr>
                <w:sz w:val="18"/>
                <w:lang w:val="nb-NO"/>
              </w:rPr>
              <w:br/>
              <w:t xml:space="preserve">Program Studi/Fakultas: </w:t>
            </w:r>
            <w:r w:rsidR="00F660ED">
              <w:rPr>
                <w:sz w:val="18"/>
                <w:lang w:val="nb-NO"/>
              </w:rPr>
              <w:t>Teknik Sipil Fakultas Teknik</w:t>
            </w:r>
          </w:p>
        </w:tc>
      </w:tr>
      <w:tr w:rsidR="00021266" w14:paraId="1498D872" w14:textId="77777777">
        <w:trPr>
          <w:jc w:val="center"/>
        </w:trPr>
        <w:tc>
          <w:tcPr>
            <w:tcW w:w="4561" w:type="dxa"/>
            <w:shd w:val="clear" w:color="auto" w:fill="EAF2F8"/>
            <w:tcMar>
              <w:top w:w="90" w:type="dxa"/>
              <w:left w:w="90" w:type="dxa"/>
              <w:bottom w:w="90" w:type="dxa"/>
              <w:right w:w="90" w:type="dxa"/>
            </w:tcMar>
            <w:vAlign w:val="center"/>
          </w:tcPr>
          <w:p w14:paraId="1F389C2F" w14:textId="77777777" w:rsidR="00021266" w:rsidRDefault="00000000">
            <w:pPr>
              <w:spacing w:after="0"/>
            </w:pPr>
            <w:proofErr w:type="spellStart"/>
            <w:r>
              <w:rPr>
                <w:b/>
                <w:sz w:val="18"/>
              </w:rPr>
              <w:t>Anggota</w:t>
            </w:r>
            <w:proofErr w:type="spellEnd"/>
            <w:r>
              <w:rPr>
                <w:b/>
                <w:sz w:val="18"/>
              </w:rPr>
              <w:t xml:space="preserve"> Tim</w:t>
            </w:r>
          </w:p>
        </w:tc>
        <w:tc>
          <w:tcPr>
            <w:tcW w:w="4561" w:type="dxa"/>
            <w:tcMar>
              <w:top w:w="90" w:type="dxa"/>
              <w:left w:w="90" w:type="dxa"/>
              <w:bottom w:w="90" w:type="dxa"/>
              <w:right w:w="90" w:type="dxa"/>
            </w:tcMar>
            <w:vAlign w:val="center"/>
          </w:tcPr>
          <w:p w14:paraId="59CC7B08" w14:textId="7CDA996D" w:rsidR="00021266" w:rsidRDefault="00000000">
            <w:pPr>
              <w:spacing w:after="0"/>
            </w:pPr>
            <w:r>
              <w:rPr>
                <w:sz w:val="18"/>
              </w:rPr>
              <w:t xml:space="preserve">1. </w:t>
            </w:r>
            <w:r w:rsidR="00F660ED" w:rsidRPr="00F660ED">
              <w:rPr>
                <w:sz w:val="18"/>
              </w:rPr>
              <w:t xml:space="preserve">Dr. </w:t>
            </w:r>
            <w:proofErr w:type="spellStart"/>
            <w:r w:rsidR="00F660ED" w:rsidRPr="00F660ED">
              <w:rPr>
                <w:sz w:val="18"/>
              </w:rPr>
              <w:t>Catur</w:t>
            </w:r>
            <w:proofErr w:type="spellEnd"/>
            <w:r w:rsidR="00F660ED" w:rsidRPr="00F660ED">
              <w:rPr>
                <w:sz w:val="18"/>
              </w:rPr>
              <w:t xml:space="preserve"> Arif </w:t>
            </w:r>
            <w:proofErr w:type="spellStart"/>
            <w:r w:rsidR="00F660ED" w:rsidRPr="00F660ED">
              <w:rPr>
                <w:sz w:val="18"/>
              </w:rPr>
              <w:t>Prastyanto</w:t>
            </w:r>
            <w:proofErr w:type="spellEnd"/>
            <w:r w:rsidR="00F660ED" w:rsidRPr="00F660ED">
              <w:rPr>
                <w:sz w:val="18"/>
              </w:rPr>
              <w:t>, S.T., M.Eng.</w:t>
            </w:r>
            <w:r>
              <w:rPr>
                <w:sz w:val="18"/>
              </w:rPr>
              <w:br/>
              <w:t>2. ....................................................................................................................</w:t>
            </w:r>
          </w:p>
        </w:tc>
      </w:tr>
      <w:tr w:rsidR="00021266" w14:paraId="316F1BFE" w14:textId="77777777">
        <w:trPr>
          <w:jc w:val="center"/>
        </w:trPr>
        <w:tc>
          <w:tcPr>
            <w:tcW w:w="4561" w:type="dxa"/>
            <w:shd w:val="clear" w:color="auto" w:fill="EAF2F8"/>
            <w:tcMar>
              <w:top w:w="90" w:type="dxa"/>
              <w:left w:w="90" w:type="dxa"/>
              <w:bottom w:w="90" w:type="dxa"/>
              <w:right w:w="90" w:type="dxa"/>
            </w:tcMar>
            <w:vAlign w:val="center"/>
          </w:tcPr>
          <w:p w14:paraId="46B44E87" w14:textId="5BD9AA0D" w:rsidR="00021266" w:rsidRDefault="00000000">
            <w:pPr>
              <w:spacing w:after="0"/>
            </w:pPr>
            <w:proofErr w:type="spellStart"/>
            <w:r>
              <w:rPr>
                <w:b/>
                <w:sz w:val="18"/>
              </w:rPr>
              <w:t>Mahasiswa</w:t>
            </w:r>
            <w:proofErr w:type="spellEnd"/>
            <w:r>
              <w:rPr>
                <w:b/>
                <w:sz w:val="18"/>
              </w:rPr>
              <w:t xml:space="preserve"> yang </w:t>
            </w:r>
            <w:proofErr w:type="spellStart"/>
            <w:r w:rsidR="009F7E46">
              <w:rPr>
                <w:b/>
                <w:sz w:val="18"/>
              </w:rPr>
              <w:t>terlibat</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0E3564F7" w14:textId="77777777" w:rsidR="00021266" w:rsidRDefault="00000000">
            <w:pPr>
              <w:spacing w:after="0"/>
            </w:pPr>
            <w:r>
              <w:rPr>
                <w:sz w:val="18"/>
              </w:rPr>
              <w:t>1. ....................................................................................................................</w:t>
            </w:r>
            <w:r>
              <w:rPr>
                <w:sz w:val="18"/>
              </w:rPr>
              <w:br/>
              <w:t>2. ....................................................................................................................</w:t>
            </w:r>
          </w:p>
        </w:tc>
      </w:tr>
      <w:tr w:rsidR="00021266" w14:paraId="298F090F" w14:textId="77777777">
        <w:trPr>
          <w:jc w:val="center"/>
        </w:trPr>
        <w:tc>
          <w:tcPr>
            <w:tcW w:w="4561" w:type="dxa"/>
            <w:shd w:val="clear" w:color="auto" w:fill="EAF2F8"/>
            <w:tcMar>
              <w:top w:w="90" w:type="dxa"/>
              <w:left w:w="90" w:type="dxa"/>
              <w:bottom w:w="90" w:type="dxa"/>
              <w:right w:w="90" w:type="dxa"/>
            </w:tcMar>
            <w:vAlign w:val="center"/>
          </w:tcPr>
          <w:p w14:paraId="0E91A4F6" w14:textId="77777777" w:rsidR="00021266" w:rsidRDefault="00000000">
            <w:pPr>
              <w:spacing w:after="0"/>
            </w:pPr>
            <w:r>
              <w:rPr>
                <w:b/>
                <w:sz w:val="18"/>
              </w:rPr>
              <w:t>Kelompok Riset (jika sudah terbentuk)</w:t>
            </w:r>
          </w:p>
        </w:tc>
        <w:tc>
          <w:tcPr>
            <w:tcW w:w="4561" w:type="dxa"/>
            <w:tcMar>
              <w:top w:w="90" w:type="dxa"/>
              <w:left w:w="90" w:type="dxa"/>
              <w:bottom w:w="90" w:type="dxa"/>
              <w:right w:w="90" w:type="dxa"/>
            </w:tcMar>
            <w:vAlign w:val="center"/>
          </w:tcPr>
          <w:p w14:paraId="04722200" w14:textId="77777777" w:rsidR="00021266" w:rsidRDefault="00000000">
            <w:pPr>
              <w:spacing w:after="0"/>
            </w:pPr>
            <w:r>
              <w:rPr>
                <w:sz w:val="18"/>
              </w:rPr>
              <w:t>........................................................................................................................</w:t>
            </w:r>
          </w:p>
        </w:tc>
      </w:tr>
      <w:tr w:rsidR="00021266" w14:paraId="7977532B" w14:textId="77777777">
        <w:trPr>
          <w:jc w:val="center"/>
        </w:trPr>
        <w:tc>
          <w:tcPr>
            <w:tcW w:w="4561" w:type="dxa"/>
            <w:shd w:val="clear" w:color="auto" w:fill="EAF2F8"/>
            <w:tcMar>
              <w:top w:w="90" w:type="dxa"/>
              <w:left w:w="90" w:type="dxa"/>
              <w:bottom w:w="90" w:type="dxa"/>
              <w:right w:w="90" w:type="dxa"/>
            </w:tcMar>
            <w:vAlign w:val="center"/>
          </w:tcPr>
          <w:p w14:paraId="6F5B3A9F" w14:textId="77777777" w:rsidR="00021266" w:rsidRDefault="00000000">
            <w:pPr>
              <w:spacing w:after="0"/>
            </w:pPr>
            <w:r>
              <w:rPr>
                <w:b/>
                <w:sz w:val="18"/>
              </w:rPr>
              <w:t>Lama Pelaksanaan</w:t>
            </w:r>
          </w:p>
        </w:tc>
        <w:tc>
          <w:tcPr>
            <w:tcW w:w="4561" w:type="dxa"/>
            <w:tcMar>
              <w:top w:w="90" w:type="dxa"/>
              <w:left w:w="90" w:type="dxa"/>
              <w:bottom w:w="90" w:type="dxa"/>
              <w:right w:w="90" w:type="dxa"/>
            </w:tcMar>
            <w:vAlign w:val="center"/>
          </w:tcPr>
          <w:p w14:paraId="19E4CC1E" w14:textId="62337EC5" w:rsidR="00021266" w:rsidRDefault="00F660ED">
            <w:pPr>
              <w:spacing w:after="0"/>
            </w:pPr>
            <w:r>
              <w:rPr>
                <w:sz w:val="18"/>
              </w:rPr>
              <w:t xml:space="preserve">6 </w:t>
            </w:r>
            <w:proofErr w:type="spellStart"/>
            <w:r>
              <w:rPr>
                <w:sz w:val="18"/>
              </w:rPr>
              <w:t>bulan</w:t>
            </w:r>
            <w:proofErr w:type="spellEnd"/>
          </w:p>
        </w:tc>
      </w:tr>
      <w:tr w:rsidR="00021266" w14:paraId="56F69044" w14:textId="77777777">
        <w:trPr>
          <w:jc w:val="center"/>
        </w:trPr>
        <w:tc>
          <w:tcPr>
            <w:tcW w:w="4561" w:type="dxa"/>
            <w:shd w:val="clear" w:color="auto" w:fill="EAF2F8"/>
            <w:tcMar>
              <w:top w:w="90" w:type="dxa"/>
              <w:left w:w="90" w:type="dxa"/>
              <w:bottom w:w="90" w:type="dxa"/>
              <w:right w:w="90" w:type="dxa"/>
            </w:tcMar>
            <w:vAlign w:val="center"/>
          </w:tcPr>
          <w:p w14:paraId="71BE8244" w14:textId="77777777" w:rsidR="00021266" w:rsidRDefault="00000000">
            <w:pPr>
              <w:spacing w:after="0"/>
            </w:pPr>
            <w:r>
              <w:rPr>
                <w:b/>
                <w:sz w:val="18"/>
              </w:rPr>
              <w:t>Dana yang Diusulkan</w:t>
            </w:r>
          </w:p>
        </w:tc>
        <w:tc>
          <w:tcPr>
            <w:tcW w:w="4561" w:type="dxa"/>
            <w:tcMar>
              <w:top w:w="90" w:type="dxa"/>
              <w:left w:w="90" w:type="dxa"/>
              <w:bottom w:w="90" w:type="dxa"/>
              <w:right w:w="90" w:type="dxa"/>
            </w:tcMar>
            <w:vAlign w:val="center"/>
          </w:tcPr>
          <w:p w14:paraId="34986F67" w14:textId="06CEF2B2" w:rsidR="00021266" w:rsidRDefault="00000000">
            <w:pPr>
              <w:spacing w:after="0"/>
            </w:pPr>
            <w:r>
              <w:rPr>
                <w:sz w:val="18"/>
              </w:rPr>
              <w:t xml:space="preserve">Rp </w:t>
            </w:r>
            <w:r w:rsidR="00F660ED">
              <w:rPr>
                <w:sz w:val="18"/>
              </w:rPr>
              <w:t>1.500.000,00</w:t>
            </w:r>
          </w:p>
        </w:tc>
      </w:tr>
    </w:tbl>
    <w:p w14:paraId="4C097657" w14:textId="77777777" w:rsidR="00021266" w:rsidRPr="003F1B29" w:rsidRDefault="00000000">
      <w:pPr>
        <w:spacing w:before="160" w:after="100"/>
        <w:rPr>
          <w:lang w:val="nb-NO"/>
        </w:rPr>
      </w:pPr>
      <w:r w:rsidRPr="003F1B29">
        <w:rPr>
          <w:b/>
          <w:sz w:val="24"/>
          <w:lang w:val="nb-NO"/>
        </w:rPr>
        <w:t>B. KESESUAIAN DENGAN RENSTRA PENELITIAN DAN PkM</w:t>
      </w:r>
    </w:p>
    <w:p w14:paraId="220DC831" w14:textId="3B90BDFE" w:rsidR="00021266" w:rsidRDefault="00000000">
      <w:r>
        <w:rPr>
          <w:i/>
          <w:sz w:val="19"/>
        </w:rPr>
        <w:t xml:space="preserve">Bagian </w:t>
      </w:r>
      <w:proofErr w:type="spellStart"/>
      <w:r>
        <w:rPr>
          <w:i/>
          <w:sz w:val="19"/>
        </w:rPr>
        <w:t>ini</w:t>
      </w:r>
      <w:proofErr w:type="spellEnd"/>
      <w:r>
        <w:rPr>
          <w:i/>
          <w:sz w:val="19"/>
        </w:rPr>
        <w:t xml:space="preserve"> </w:t>
      </w:r>
      <w:proofErr w:type="spellStart"/>
      <w:r>
        <w:rPr>
          <w:i/>
          <w:sz w:val="19"/>
        </w:rPr>
        <w:t>dibuat</w:t>
      </w:r>
      <w:proofErr w:type="spellEnd"/>
      <w:r>
        <w:rPr>
          <w:i/>
          <w:sz w:val="19"/>
        </w:rPr>
        <w:t xml:space="preserve"> </w:t>
      </w:r>
      <w:proofErr w:type="spellStart"/>
      <w:r>
        <w:rPr>
          <w:i/>
          <w:sz w:val="19"/>
        </w:rPr>
        <w:t>singkat</w:t>
      </w:r>
      <w:proofErr w:type="spellEnd"/>
      <w:r>
        <w:rPr>
          <w:i/>
          <w:sz w:val="19"/>
        </w:rPr>
        <w:t xml:space="preserve"> agar </w:t>
      </w:r>
      <w:proofErr w:type="spellStart"/>
      <w:r>
        <w:rPr>
          <w:i/>
          <w:sz w:val="19"/>
        </w:rPr>
        <w:t>setiap</w:t>
      </w:r>
      <w:proofErr w:type="spellEnd"/>
      <w:r>
        <w:rPr>
          <w:i/>
          <w:sz w:val="19"/>
        </w:rPr>
        <w:t xml:space="preserve"> proposal </w:t>
      </w:r>
      <w:proofErr w:type="spellStart"/>
      <w:r>
        <w:rPr>
          <w:i/>
          <w:sz w:val="19"/>
        </w:rPr>
        <w:t>dapat</w:t>
      </w:r>
      <w:proofErr w:type="spellEnd"/>
      <w:r>
        <w:rPr>
          <w:i/>
          <w:sz w:val="19"/>
        </w:rPr>
        <w:t xml:space="preserve"> </w:t>
      </w:r>
      <w:proofErr w:type="spellStart"/>
      <w:r>
        <w:rPr>
          <w:i/>
          <w:sz w:val="19"/>
        </w:rPr>
        <w:t>langsung</w:t>
      </w:r>
      <w:proofErr w:type="spellEnd"/>
      <w:r>
        <w:rPr>
          <w:i/>
          <w:sz w:val="19"/>
        </w:rPr>
        <w:t xml:space="preserve"> </w:t>
      </w:r>
      <w:proofErr w:type="spellStart"/>
      <w:r>
        <w:rPr>
          <w:i/>
          <w:sz w:val="19"/>
        </w:rPr>
        <w:t>dipetakan</w:t>
      </w:r>
      <w:proofErr w:type="spellEnd"/>
      <w:r>
        <w:rPr>
          <w:i/>
          <w:sz w:val="19"/>
        </w:rPr>
        <w:t xml:space="preserve"> </w:t>
      </w:r>
      <w:r w:rsidR="009F7E46">
        <w:rPr>
          <w:i/>
          <w:sz w:val="19"/>
        </w:rPr>
        <w:t>pada</w:t>
      </w:r>
      <w:r>
        <w:rPr>
          <w:i/>
          <w:sz w:val="19"/>
        </w:rPr>
        <w:t xml:space="preserve"> </w:t>
      </w:r>
      <w:proofErr w:type="spellStart"/>
      <w:r>
        <w:rPr>
          <w:i/>
          <w:sz w:val="19"/>
        </w:rPr>
        <w:t>arah</w:t>
      </w:r>
      <w:proofErr w:type="spellEnd"/>
      <w:r>
        <w:rPr>
          <w:i/>
          <w:sz w:val="19"/>
        </w:rPr>
        <w:t xml:space="preserve"> </w:t>
      </w:r>
      <w:proofErr w:type="spellStart"/>
      <w:r>
        <w:rPr>
          <w:i/>
          <w:sz w:val="19"/>
        </w:rPr>
        <w:t>penelitian</w:t>
      </w:r>
      <w:proofErr w:type="spellEnd"/>
      <w:r>
        <w:rPr>
          <w:i/>
          <w:sz w:val="19"/>
        </w:rPr>
        <w:t xml:space="preserve"> Universitas Gorontalo.</w:t>
      </w:r>
    </w:p>
    <w:tbl>
      <w:tblPr>
        <w:tblStyle w:val="TableGrid"/>
        <w:tblW w:w="0" w:type="auto"/>
        <w:jc w:val="center"/>
        <w:tblLook w:val="04A0" w:firstRow="1" w:lastRow="0" w:firstColumn="1" w:lastColumn="0" w:noHBand="0" w:noVBand="1"/>
      </w:tblPr>
      <w:tblGrid>
        <w:gridCol w:w="4561"/>
        <w:gridCol w:w="4561"/>
      </w:tblGrid>
      <w:tr w:rsidR="00021266"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Default="00000000">
            <w:pPr>
              <w:spacing w:after="0"/>
            </w:pPr>
            <w:proofErr w:type="spellStart"/>
            <w:r>
              <w:rPr>
                <w:b/>
                <w:sz w:val="18"/>
              </w:rPr>
              <w:t>Bidang</w:t>
            </w:r>
            <w:proofErr w:type="spellEnd"/>
            <w:r>
              <w:rPr>
                <w:b/>
                <w:sz w:val="18"/>
              </w:rPr>
              <w:t>/</w:t>
            </w:r>
            <w:proofErr w:type="spellStart"/>
            <w:r>
              <w:rPr>
                <w:b/>
                <w:sz w:val="18"/>
              </w:rPr>
              <w:t>Rumpun</w:t>
            </w:r>
            <w:proofErr w:type="spellEnd"/>
            <w:r>
              <w:rPr>
                <w:b/>
                <w:sz w:val="18"/>
              </w:rPr>
              <w:t xml:space="preserve"> </w:t>
            </w:r>
            <w:proofErr w:type="spellStart"/>
            <w:r>
              <w:rPr>
                <w:b/>
                <w:sz w:val="18"/>
              </w:rPr>
              <w:t>Unggulan</w:t>
            </w:r>
            <w:proofErr w:type="spellEnd"/>
          </w:p>
        </w:tc>
        <w:tc>
          <w:tcPr>
            <w:tcW w:w="4561" w:type="dxa"/>
            <w:tcMar>
              <w:top w:w="90" w:type="dxa"/>
              <w:left w:w="90" w:type="dxa"/>
              <w:bottom w:w="90" w:type="dxa"/>
              <w:right w:w="90" w:type="dxa"/>
            </w:tcMar>
            <w:vAlign w:val="center"/>
          </w:tcPr>
          <w:p w14:paraId="50CC5B40" w14:textId="47787049" w:rsidR="009F7E46" w:rsidRDefault="00000000" w:rsidP="009F7E46">
            <w:pPr>
              <w:spacing w:after="0"/>
              <w:rPr>
                <w:sz w:val="18"/>
              </w:rPr>
            </w:pPr>
            <w:sdt>
              <w:sdtPr>
                <w:rPr>
                  <w:sz w:val="18"/>
                </w:rPr>
                <w:id w:val="732125613"/>
                <w14:checkbox>
                  <w14:checked w14:val="0"/>
                  <w14:checkedState w14:val="0052" w14:font="Wingdings 2"/>
                  <w14:uncheckedState w14:val="2610" w14:font="MS Gothic"/>
                </w14:checkbox>
              </w:sdtPr>
              <w:sdtContent>
                <w:r w:rsidR="00B3341B">
                  <w:rPr>
                    <w:rFonts w:ascii="MS Gothic" w:eastAsia="MS Gothic" w:hAnsi="MS Gothic" w:hint="eastAsia"/>
                    <w:sz w:val="18"/>
                  </w:rPr>
                  <w:t>☐</w:t>
                </w:r>
              </w:sdtContent>
            </w:sdt>
            <w:r w:rsidR="009F7E46">
              <w:rPr>
                <w:sz w:val="18"/>
              </w:rPr>
              <w:t xml:space="preserve"> </w:t>
            </w:r>
            <w:proofErr w:type="spellStart"/>
            <w:r w:rsidR="009F7E46">
              <w:rPr>
                <w:sz w:val="18"/>
              </w:rPr>
              <w:t>Pertanian</w:t>
            </w:r>
            <w:proofErr w:type="spellEnd"/>
            <w:r w:rsidR="009F7E46">
              <w:rPr>
                <w:sz w:val="18"/>
              </w:rPr>
              <w:t xml:space="preserve"> &amp; </w:t>
            </w:r>
            <w:proofErr w:type="spellStart"/>
            <w:r w:rsidR="009F7E46">
              <w:rPr>
                <w:sz w:val="18"/>
              </w:rPr>
              <w:t>Pangan</w:t>
            </w:r>
            <w:proofErr w:type="spellEnd"/>
            <w:r w:rsidR="009F7E46">
              <w:rPr>
                <w:sz w:val="18"/>
              </w:rPr>
              <w:t xml:space="preserve">  </w:t>
            </w:r>
            <w:sdt>
              <w:sdtPr>
                <w:rPr>
                  <w:sz w:val="18"/>
                </w:rPr>
                <w:id w:val="267594150"/>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Perikanan</w:t>
            </w:r>
            <w:proofErr w:type="spellEnd"/>
            <w:r w:rsidR="009F7E46">
              <w:rPr>
                <w:sz w:val="18"/>
              </w:rPr>
              <w:t xml:space="preserve"> &amp; </w:t>
            </w:r>
            <w:proofErr w:type="spellStart"/>
            <w:r w:rsidR="009F7E46">
              <w:rPr>
                <w:sz w:val="18"/>
              </w:rPr>
              <w:t>Kelautan</w:t>
            </w:r>
            <w:proofErr w:type="spellEnd"/>
            <w:r w:rsidR="009F7E46">
              <w:rPr>
                <w:sz w:val="18"/>
              </w:rPr>
              <w:t xml:space="preserve">  </w:t>
            </w:r>
            <w:sdt>
              <w:sdtPr>
                <w:rPr>
                  <w:sz w:val="18"/>
                </w:rPr>
                <w:id w:val="184142088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Lingkungan</w:t>
            </w:r>
            <w:proofErr w:type="spellEnd"/>
          </w:p>
          <w:p w14:paraId="0D41D38B" w14:textId="30768224" w:rsidR="00021266" w:rsidRDefault="00000000" w:rsidP="009F7E46">
            <w:pPr>
              <w:spacing w:after="0"/>
            </w:pPr>
            <w:sdt>
              <w:sdtPr>
                <w:rPr>
                  <w:sz w:val="18"/>
                </w:rPr>
                <w:id w:val="-1388096435"/>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Kesehatan  </w:t>
            </w:r>
            <w:sdt>
              <w:sdtPr>
                <w:rPr>
                  <w:sz w:val="18"/>
                </w:rPr>
                <w:id w:val="1808429931"/>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Pendidikan</w:t>
            </w:r>
            <w:r w:rsidR="009F7E46">
              <w:rPr>
                <w:sz w:val="18"/>
              </w:rPr>
              <w:br/>
            </w:r>
            <w:sdt>
              <w:sdtPr>
                <w:rPr>
                  <w:sz w:val="18"/>
                </w:rPr>
                <w:id w:val="-1454015821"/>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Ekonomi &amp; UMKM  </w:t>
            </w:r>
            <w:sdt>
              <w:sdtPr>
                <w:rPr>
                  <w:sz w:val="18"/>
                </w:rPr>
                <w:id w:val="56660978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Pariwisata</w:t>
            </w:r>
            <w:proofErr w:type="spellEnd"/>
            <w:r w:rsidR="009F7E46">
              <w:rPr>
                <w:sz w:val="18"/>
              </w:rPr>
              <w:t xml:space="preserve">  </w:t>
            </w:r>
            <w:sdt>
              <w:sdtPr>
                <w:rPr>
                  <w:sz w:val="18"/>
                </w:rPr>
                <w:id w:val="-82520694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Teknologi</w:t>
            </w:r>
            <w:proofErr w:type="spellEnd"/>
            <w:r w:rsidR="009F7E46">
              <w:rPr>
                <w:sz w:val="18"/>
              </w:rPr>
              <w:t xml:space="preserve"> &amp; </w:t>
            </w:r>
            <w:proofErr w:type="spellStart"/>
            <w:r w:rsidR="009F7E46">
              <w:rPr>
                <w:sz w:val="18"/>
              </w:rPr>
              <w:t>Digitalisasi</w:t>
            </w:r>
            <w:proofErr w:type="spellEnd"/>
            <w:r w:rsidR="009F7E46">
              <w:rPr>
                <w:sz w:val="18"/>
              </w:rPr>
              <w:t xml:space="preserve">  </w:t>
            </w:r>
            <w:sdt>
              <w:sdtPr>
                <w:rPr>
                  <w:sz w:val="18"/>
                </w:rPr>
                <w:id w:val="125107416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Sosial</w:t>
            </w:r>
            <w:proofErr w:type="spellEnd"/>
            <w:r w:rsidR="009F7E46">
              <w:rPr>
                <w:sz w:val="18"/>
              </w:rPr>
              <w:t xml:space="preserve"> </w:t>
            </w:r>
            <w:proofErr w:type="spellStart"/>
            <w:r w:rsidR="009F7E46">
              <w:rPr>
                <w:sz w:val="18"/>
              </w:rPr>
              <w:t>Budaya</w:t>
            </w:r>
            <w:proofErr w:type="spellEnd"/>
            <w:r w:rsidR="009F7E46">
              <w:rPr>
                <w:sz w:val="18"/>
              </w:rPr>
              <w:t xml:space="preserve">  </w:t>
            </w:r>
            <w:sdt>
              <w:sdtPr>
                <w:rPr>
                  <w:sz w:val="18"/>
                </w:rPr>
                <w:id w:val="-1438988083"/>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Pembangunan </w:t>
            </w:r>
            <w:proofErr w:type="spellStart"/>
            <w:r w:rsidR="009F7E46">
              <w:rPr>
                <w:sz w:val="18"/>
              </w:rPr>
              <w:t>Desa</w:t>
            </w:r>
            <w:proofErr w:type="spellEnd"/>
            <w:r w:rsidR="009F7E46">
              <w:rPr>
                <w:sz w:val="18"/>
              </w:rPr>
              <w:t xml:space="preserve">  </w:t>
            </w:r>
            <w:sdt>
              <w:sdtPr>
                <w:rPr>
                  <w:sz w:val="18"/>
                </w:rPr>
                <w:id w:val="2019501119"/>
                <w14:checkbox>
                  <w14:checked w14:val="1"/>
                  <w14:checkedState w14:val="0052" w14:font="Wingdings 2"/>
                  <w14:uncheckedState w14:val="2610" w14:font="MS Gothic"/>
                </w14:checkbox>
              </w:sdtPr>
              <w:sdtContent>
                <w:r w:rsidR="00B3341B">
                  <w:rPr>
                    <w:sz w:val="18"/>
                  </w:rPr>
                  <w:sym w:font="Wingdings 2" w:char="F052"/>
                </w:r>
              </w:sdtContent>
            </w:sdt>
            <w:r w:rsidR="009F7E46">
              <w:rPr>
                <w:sz w:val="18"/>
              </w:rPr>
              <w:t xml:space="preserve">  </w:t>
            </w:r>
            <w:proofErr w:type="spellStart"/>
            <w:r w:rsidR="009F7E46">
              <w:rPr>
                <w:sz w:val="18"/>
              </w:rPr>
              <w:t>Lainnya</w:t>
            </w:r>
            <w:proofErr w:type="spellEnd"/>
            <w:r w:rsidR="009F7E46">
              <w:rPr>
                <w:sz w:val="18"/>
              </w:rPr>
              <w:t xml:space="preserve">: </w:t>
            </w:r>
            <w:r w:rsidR="00B3341B">
              <w:t xml:space="preserve"> </w:t>
            </w:r>
            <w:proofErr w:type="spellStart"/>
            <w:r w:rsidR="00090245" w:rsidRPr="00090245">
              <w:rPr>
                <w:sz w:val="18"/>
              </w:rPr>
              <w:t>Teknologi</w:t>
            </w:r>
            <w:proofErr w:type="spellEnd"/>
            <w:r w:rsidR="00090245" w:rsidRPr="00090245">
              <w:rPr>
                <w:sz w:val="18"/>
              </w:rPr>
              <w:t xml:space="preserve"> </w:t>
            </w:r>
            <w:proofErr w:type="spellStart"/>
            <w:r w:rsidR="00090245" w:rsidRPr="00090245">
              <w:rPr>
                <w:sz w:val="18"/>
              </w:rPr>
              <w:t>Rekayasa</w:t>
            </w:r>
            <w:proofErr w:type="spellEnd"/>
            <w:r w:rsidR="00090245" w:rsidRPr="00090245">
              <w:rPr>
                <w:sz w:val="18"/>
              </w:rPr>
              <w:t xml:space="preserve"> </w:t>
            </w:r>
            <w:proofErr w:type="spellStart"/>
            <w:r w:rsidR="00090245" w:rsidRPr="00090245">
              <w:rPr>
                <w:sz w:val="18"/>
              </w:rPr>
              <w:t>Konstruksi</w:t>
            </w:r>
            <w:proofErr w:type="spellEnd"/>
            <w:r w:rsidR="00090245" w:rsidRPr="00090245">
              <w:rPr>
                <w:sz w:val="18"/>
              </w:rPr>
              <w:t xml:space="preserve"> Jalan dan </w:t>
            </w:r>
            <w:proofErr w:type="spellStart"/>
            <w:r w:rsidR="00090245" w:rsidRPr="00090245">
              <w:rPr>
                <w:sz w:val="18"/>
              </w:rPr>
              <w:t>Jembatan</w:t>
            </w:r>
            <w:proofErr w:type="spellEnd"/>
          </w:p>
        </w:tc>
      </w:tr>
      <w:tr w:rsidR="00021266"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Default="00000000">
            <w:pPr>
              <w:spacing w:after="0"/>
            </w:pPr>
            <w:r>
              <w:rPr>
                <w:b/>
                <w:sz w:val="18"/>
              </w:rPr>
              <w:t>Tema</w:t>
            </w:r>
          </w:p>
        </w:tc>
        <w:tc>
          <w:tcPr>
            <w:tcW w:w="4561" w:type="dxa"/>
            <w:tcMar>
              <w:top w:w="90" w:type="dxa"/>
              <w:left w:w="90" w:type="dxa"/>
              <w:bottom w:w="90" w:type="dxa"/>
              <w:right w:w="90" w:type="dxa"/>
            </w:tcMar>
            <w:vAlign w:val="center"/>
          </w:tcPr>
          <w:p w14:paraId="5F97491F" w14:textId="2E17849B" w:rsidR="00021266" w:rsidRDefault="00090245">
            <w:pPr>
              <w:spacing w:after="0"/>
            </w:pPr>
            <w:r w:rsidRPr="00090245">
              <w:rPr>
                <w:sz w:val="18"/>
              </w:rPr>
              <w:t xml:space="preserve">Pembangunan </w:t>
            </w:r>
            <w:proofErr w:type="spellStart"/>
            <w:r w:rsidRPr="00090245">
              <w:rPr>
                <w:sz w:val="18"/>
              </w:rPr>
              <w:t>Infrastruktur</w:t>
            </w:r>
            <w:proofErr w:type="spellEnd"/>
            <w:r w:rsidRPr="00090245">
              <w:rPr>
                <w:sz w:val="18"/>
              </w:rPr>
              <w:t xml:space="preserve"> </w:t>
            </w:r>
            <w:proofErr w:type="spellStart"/>
            <w:r w:rsidRPr="00090245">
              <w:rPr>
                <w:sz w:val="18"/>
              </w:rPr>
              <w:t>Berkelanjutan</w:t>
            </w:r>
            <w:proofErr w:type="spellEnd"/>
          </w:p>
        </w:tc>
      </w:tr>
      <w:tr w:rsidR="00021266"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Default="00000000">
            <w:pPr>
              <w:spacing w:after="0"/>
            </w:pPr>
            <w:proofErr w:type="spellStart"/>
            <w:r>
              <w:rPr>
                <w:b/>
                <w:sz w:val="18"/>
              </w:rPr>
              <w:t>Subtema</w:t>
            </w:r>
            <w:proofErr w:type="spellEnd"/>
          </w:p>
        </w:tc>
        <w:tc>
          <w:tcPr>
            <w:tcW w:w="4561" w:type="dxa"/>
            <w:tcMar>
              <w:top w:w="90" w:type="dxa"/>
              <w:left w:w="90" w:type="dxa"/>
              <w:bottom w:w="90" w:type="dxa"/>
              <w:right w:w="90" w:type="dxa"/>
            </w:tcMar>
            <w:vAlign w:val="center"/>
          </w:tcPr>
          <w:p w14:paraId="133466ED" w14:textId="6750BF2C" w:rsidR="00021266" w:rsidRDefault="00090245">
            <w:pPr>
              <w:spacing w:after="0"/>
            </w:pPr>
            <w:proofErr w:type="spellStart"/>
            <w:r w:rsidRPr="00090245">
              <w:rPr>
                <w:sz w:val="18"/>
              </w:rPr>
              <w:t>Pemeliharaan</w:t>
            </w:r>
            <w:proofErr w:type="spellEnd"/>
            <w:r w:rsidRPr="00090245">
              <w:rPr>
                <w:sz w:val="18"/>
              </w:rPr>
              <w:t xml:space="preserve"> dan </w:t>
            </w:r>
            <w:proofErr w:type="spellStart"/>
            <w:r w:rsidRPr="00090245">
              <w:rPr>
                <w:sz w:val="18"/>
              </w:rPr>
              <w:t>Evaluasi</w:t>
            </w:r>
            <w:proofErr w:type="spellEnd"/>
            <w:r w:rsidRPr="00090245">
              <w:rPr>
                <w:sz w:val="18"/>
              </w:rPr>
              <w:t xml:space="preserve"> Kinerja </w:t>
            </w:r>
            <w:proofErr w:type="spellStart"/>
            <w:r w:rsidRPr="00090245">
              <w:rPr>
                <w:sz w:val="18"/>
              </w:rPr>
              <w:t>Perkerasan</w:t>
            </w:r>
            <w:proofErr w:type="spellEnd"/>
            <w:r w:rsidRPr="00090245">
              <w:rPr>
                <w:sz w:val="18"/>
              </w:rPr>
              <w:t xml:space="preserve"> Jalan Raya</w:t>
            </w:r>
          </w:p>
        </w:tc>
      </w:tr>
      <w:tr w:rsidR="00021266"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Default="00000000">
            <w:pPr>
              <w:spacing w:after="0"/>
            </w:pPr>
            <w:proofErr w:type="spellStart"/>
            <w:r>
              <w:rPr>
                <w:b/>
                <w:sz w:val="18"/>
              </w:rPr>
              <w:t>Tahap</w:t>
            </w:r>
            <w:proofErr w:type="spellEnd"/>
            <w:r>
              <w:rPr>
                <w:b/>
                <w:sz w:val="18"/>
              </w:rPr>
              <w:t xml:space="preserve"> </w:t>
            </w:r>
            <w:proofErr w:type="spellStart"/>
            <w:r>
              <w:rPr>
                <w:b/>
                <w:sz w:val="18"/>
              </w:rPr>
              <w:t>dalam</w:t>
            </w:r>
            <w:proofErr w:type="spellEnd"/>
            <w:r>
              <w:rPr>
                <w:b/>
                <w:sz w:val="18"/>
              </w:rPr>
              <w:t xml:space="preserve"> Roadmap</w:t>
            </w:r>
          </w:p>
        </w:tc>
        <w:tc>
          <w:tcPr>
            <w:tcW w:w="4561" w:type="dxa"/>
            <w:tcMar>
              <w:top w:w="90" w:type="dxa"/>
              <w:left w:w="90" w:type="dxa"/>
              <w:bottom w:w="90" w:type="dxa"/>
              <w:right w:w="90" w:type="dxa"/>
            </w:tcMar>
            <w:vAlign w:val="center"/>
          </w:tcPr>
          <w:p w14:paraId="721B95D9" w14:textId="741908B9" w:rsidR="009F7E46" w:rsidRDefault="00000000">
            <w:pPr>
              <w:spacing w:after="0"/>
              <w:rPr>
                <w:sz w:val="18"/>
              </w:rPr>
            </w:pPr>
            <w:sdt>
              <w:sdtPr>
                <w:rPr>
                  <w:sz w:val="18"/>
                </w:rPr>
                <w:id w:val="-1163698814"/>
                <w14:checkbox>
                  <w14:checked w14:val="0"/>
                  <w14:checkedState w14:val="0052" w14:font="Wingdings 2"/>
                  <w14:uncheckedState w14:val="2610" w14:font="MS Gothic"/>
                </w14:checkbox>
              </w:sdtPr>
              <w:sdtContent>
                <w:r w:rsidR="003A3F46">
                  <w:rPr>
                    <w:rFonts w:ascii="MS Gothic" w:eastAsia="MS Gothic" w:hAnsi="MS Gothic" w:hint="eastAsia"/>
                    <w:sz w:val="18"/>
                  </w:rPr>
                  <w:t>☐</w:t>
                </w:r>
              </w:sdtContent>
            </w:sdt>
            <w:r w:rsidR="009F7E46">
              <w:rPr>
                <w:sz w:val="18"/>
              </w:rPr>
              <w:t xml:space="preserve"> </w:t>
            </w:r>
            <w:proofErr w:type="spellStart"/>
            <w:r w:rsidR="009F7E46">
              <w:rPr>
                <w:sz w:val="18"/>
              </w:rPr>
              <w:t>Identifikasi</w:t>
            </w:r>
            <w:proofErr w:type="spellEnd"/>
            <w:r w:rsidR="009F7E46">
              <w:rPr>
                <w:sz w:val="18"/>
              </w:rPr>
              <w:t xml:space="preserve">/Baseline  </w:t>
            </w:r>
            <w:sdt>
              <w:sdtPr>
                <w:rPr>
                  <w:sz w:val="18"/>
                </w:rPr>
                <w:id w:val="192568671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Eksploratif</w:t>
            </w:r>
            <w:proofErr w:type="spellEnd"/>
            <w:r w:rsidR="009F7E46">
              <w:rPr>
                <w:sz w:val="18"/>
              </w:rPr>
              <w:t xml:space="preserve">/Dasar  </w:t>
            </w:r>
            <w:sdt>
              <w:sdtPr>
                <w:rPr>
                  <w:sz w:val="18"/>
                </w:rPr>
                <w:id w:val="153985861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Terapan</w:t>
            </w:r>
            <w:proofErr w:type="spellEnd"/>
            <w:r w:rsidR="009F7E46">
              <w:rPr>
                <w:sz w:val="18"/>
              </w:rPr>
              <w:t xml:space="preserve"> </w:t>
            </w:r>
          </w:p>
          <w:p w14:paraId="27E53562" w14:textId="446755B5" w:rsidR="00021266" w:rsidRDefault="00000000">
            <w:pPr>
              <w:spacing w:after="0"/>
            </w:pPr>
            <w:sdt>
              <w:sdtPr>
                <w:rPr>
                  <w:sz w:val="18"/>
                </w:rPr>
                <w:id w:val="2047878040"/>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Pengembangan</w:t>
            </w:r>
            <w:proofErr w:type="spellEnd"/>
            <w:r w:rsidR="009F7E46">
              <w:rPr>
                <w:sz w:val="18"/>
              </w:rPr>
              <w:br/>
            </w:r>
            <w:sdt>
              <w:sdtPr>
                <w:rPr>
                  <w:sz w:val="18"/>
                </w:rPr>
                <w:id w:val="-1054232392"/>
                <w14:checkbox>
                  <w14:checked w14:val="1"/>
                  <w14:checkedState w14:val="0052" w14:font="Wingdings 2"/>
                  <w14:uncheckedState w14:val="2610" w14:font="MS Gothic"/>
                </w14:checkbox>
              </w:sdtPr>
              <w:sdtContent>
                <w:r w:rsidR="00B3341B">
                  <w:rPr>
                    <w:sz w:val="18"/>
                  </w:rPr>
                  <w:sym w:font="Wingdings 2" w:char="F052"/>
                </w:r>
              </w:sdtContent>
            </w:sdt>
            <w:r w:rsidR="009F7E46">
              <w:rPr>
                <w:sz w:val="18"/>
              </w:rPr>
              <w:t xml:space="preserve"> </w:t>
            </w:r>
            <w:proofErr w:type="spellStart"/>
            <w:r w:rsidR="009F7E46">
              <w:rPr>
                <w:sz w:val="18"/>
              </w:rPr>
              <w:t>Validasi</w:t>
            </w:r>
            <w:proofErr w:type="spellEnd"/>
            <w:r w:rsidR="009F7E46">
              <w:rPr>
                <w:sz w:val="18"/>
              </w:rPr>
              <w:t xml:space="preserve">  </w:t>
            </w:r>
            <w:sdt>
              <w:sdtPr>
                <w:rPr>
                  <w:sz w:val="18"/>
                </w:rPr>
                <w:id w:val="-121334492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Proteksi</w:t>
            </w:r>
            <w:proofErr w:type="spellEnd"/>
            <w:r w:rsidR="009F7E46">
              <w:rPr>
                <w:sz w:val="18"/>
              </w:rPr>
              <w:t xml:space="preserve"> HKI  </w:t>
            </w:r>
            <w:sdt>
              <w:sdtPr>
                <w:rPr>
                  <w:sz w:val="18"/>
                </w:rPr>
                <w:id w:val="-77586411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Hilirisasi</w:t>
            </w:r>
            <w:proofErr w:type="spellEnd"/>
            <w:r w:rsidR="009F7E46">
              <w:rPr>
                <w:sz w:val="18"/>
              </w:rPr>
              <w:t>/</w:t>
            </w:r>
            <w:proofErr w:type="spellStart"/>
            <w:r w:rsidR="009F7E46">
              <w:rPr>
                <w:sz w:val="18"/>
              </w:rPr>
              <w:t>Pemanfaatan</w:t>
            </w:r>
            <w:proofErr w:type="spellEnd"/>
            <w:r w:rsidR="009F7E46">
              <w:rPr>
                <w:sz w:val="18"/>
              </w:rPr>
              <w:t xml:space="preserve">  </w:t>
            </w:r>
            <w:sdt>
              <w:sdtPr>
                <w:rPr>
                  <w:sz w:val="18"/>
                </w:rPr>
                <w:id w:val="447125756"/>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Dampak</w:t>
            </w:r>
            <w:proofErr w:type="spellEnd"/>
          </w:p>
        </w:tc>
      </w:tr>
      <w:tr w:rsidR="00021266"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3F1B29" w:rsidRDefault="00000000">
            <w:pPr>
              <w:spacing w:after="0"/>
              <w:rPr>
                <w:lang w:val="nb-NO"/>
              </w:rPr>
            </w:pPr>
            <w:r w:rsidRPr="003F1B29">
              <w:rPr>
                <w:b/>
                <w:sz w:val="18"/>
                <w:lang w:val="nb-NO"/>
              </w:rPr>
              <w:t>Keterkaitan dengan Potensi/Permasalahan Gorontalo</w:t>
            </w:r>
          </w:p>
        </w:tc>
        <w:tc>
          <w:tcPr>
            <w:tcW w:w="4561" w:type="dxa"/>
            <w:tcMar>
              <w:top w:w="90" w:type="dxa"/>
              <w:left w:w="90" w:type="dxa"/>
              <w:bottom w:w="90" w:type="dxa"/>
              <w:right w:w="90" w:type="dxa"/>
            </w:tcMar>
            <w:vAlign w:val="center"/>
          </w:tcPr>
          <w:p w14:paraId="1BF3FCF0" w14:textId="72D08677" w:rsidR="00021266" w:rsidRDefault="00B3341B">
            <w:pPr>
              <w:spacing w:after="0"/>
            </w:pPr>
            <w:proofErr w:type="spellStart"/>
            <w:r w:rsidRPr="00B3341B">
              <w:rPr>
                <w:sz w:val="18"/>
              </w:rPr>
              <w:t>Mengatasi</w:t>
            </w:r>
            <w:proofErr w:type="spellEnd"/>
            <w:r w:rsidRPr="00B3341B">
              <w:rPr>
                <w:sz w:val="18"/>
              </w:rPr>
              <w:t xml:space="preserve"> </w:t>
            </w:r>
            <w:proofErr w:type="spellStart"/>
            <w:r w:rsidRPr="00B3341B">
              <w:rPr>
                <w:sz w:val="18"/>
              </w:rPr>
              <w:t>kegagalan</w:t>
            </w:r>
            <w:proofErr w:type="spellEnd"/>
            <w:r w:rsidRPr="00B3341B">
              <w:rPr>
                <w:sz w:val="18"/>
              </w:rPr>
              <w:t xml:space="preserve"> </w:t>
            </w:r>
            <w:proofErr w:type="spellStart"/>
            <w:r w:rsidRPr="00B3341B">
              <w:rPr>
                <w:sz w:val="18"/>
              </w:rPr>
              <w:t>prematur</w:t>
            </w:r>
            <w:proofErr w:type="spellEnd"/>
            <w:r w:rsidRPr="00B3341B">
              <w:rPr>
                <w:sz w:val="18"/>
              </w:rPr>
              <w:t xml:space="preserve"> </w:t>
            </w:r>
            <w:proofErr w:type="spellStart"/>
            <w:r w:rsidRPr="00B3341B">
              <w:rPr>
                <w:sz w:val="18"/>
              </w:rPr>
              <w:t>infrastruktur</w:t>
            </w:r>
            <w:proofErr w:type="spellEnd"/>
            <w:r w:rsidRPr="00B3341B">
              <w:rPr>
                <w:sz w:val="18"/>
              </w:rPr>
              <w:t xml:space="preserve"> </w:t>
            </w:r>
            <w:proofErr w:type="spellStart"/>
            <w:r w:rsidRPr="00B3341B">
              <w:rPr>
                <w:sz w:val="18"/>
              </w:rPr>
              <w:t>jalan</w:t>
            </w:r>
            <w:proofErr w:type="spellEnd"/>
            <w:r w:rsidRPr="00B3341B">
              <w:rPr>
                <w:sz w:val="18"/>
              </w:rPr>
              <w:t xml:space="preserve"> </w:t>
            </w:r>
            <w:proofErr w:type="spellStart"/>
            <w:r w:rsidRPr="00B3341B">
              <w:rPr>
                <w:sz w:val="18"/>
              </w:rPr>
              <w:t>akibat</w:t>
            </w:r>
            <w:proofErr w:type="spellEnd"/>
            <w:r w:rsidRPr="00B3341B">
              <w:rPr>
                <w:sz w:val="18"/>
              </w:rPr>
              <w:t xml:space="preserve"> </w:t>
            </w:r>
            <w:proofErr w:type="spellStart"/>
            <w:r w:rsidRPr="00B3341B">
              <w:rPr>
                <w:sz w:val="18"/>
              </w:rPr>
              <w:t>lalu</w:t>
            </w:r>
            <w:proofErr w:type="spellEnd"/>
            <w:r w:rsidRPr="00B3341B">
              <w:rPr>
                <w:sz w:val="18"/>
              </w:rPr>
              <w:t xml:space="preserve"> </w:t>
            </w:r>
            <w:proofErr w:type="spellStart"/>
            <w:r w:rsidRPr="00B3341B">
              <w:rPr>
                <w:sz w:val="18"/>
              </w:rPr>
              <w:t>lintas</w:t>
            </w:r>
            <w:proofErr w:type="spellEnd"/>
            <w:r w:rsidRPr="00B3341B">
              <w:rPr>
                <w:sz w:val="18"/>
              </w:rPr>
              <w:t xml:space="preserve"> </w:t>
            </w:r>
            <w:proofErr w:type="spellStart"/>
            <w:r w:rsidRPr="00B3341B">
              <w:rPr>
                <w:sz w:val="18"/>
              </w:rPr>
              <w:t>bermuatan</w:t>
            </w:r>
            <w:proofErr w:type="spellEnd"/>
            <w:r w:rsidRPr="00B3341B">
              <w:rPr>
                <w:sz w:val="18"/>
              </w:rPr>
              <w:t xml:space="preserve"> </w:t>
            </w:r>
            <w:proofErr w:type="spellStart"/>
            <w:r w:rsidRPr="00B3341B">
              <w:rPr>
                <w:sz w:val="18"/>
              </w:rPr>
              <w:t>berlebih</w:t>
            </w:r>
            <w:proofErr w:type="spellEnd"/>
            <w:r w:rsidRPr="00B3341B">
              <w:rPr>
                <w:sz w:val="18"/>
              </w:rPr>
              <w:t xml:space="preserve"> (overload) di </w:t>
            </w:r>
            <w:proofErr w:type="spellStart"/>
            <w:r w:rsidRPr="00B3341B">
              <w:rPr>
                <w:sz w:val="18"/>
              </w:rPr>
              <w:t>koridor</w:t>
            </w:r>
            <w:proofErr w:type="spellEnd"/>
            <w:r w:rsidRPr="00B3341B">
              <w:rPr>
                <w:sz w:val="18"/>
              </w:rPr>
              <w:t xml:space="preserve"> </w:t>
            </w:r>
            <w:proofErr w:type="spellStart"/>
            <w:r w:rsidRPr="00B3341B">
              <w:rPr>
                <w:sz w:val="18"/>
              </w:rPr>
              <w:t>logistik</w:t>
            </w:r>
            <w:proofErr w:type="spellEnd"/>
            <w:r w:rsidRPr="00B3341B">
              <w:rPr>
                <w:sz w:val="18"/>
              </w:rPr>
              <w:t>.</w:t>
            </w:r>
          </w:p>
        </w:tc>
      </w:tr>
      <w:tr w:rsidR="00021266"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3F1B29" w:rsidRDefault="00000000">
            <w:pPr>
              <w:spacing w:after="0"/>
              <w:rPr>
                <w:lang w:val="nb-NO"/>
              </w:rPr>
            </w:pPr>
            <w:r w:rsidRPr="003F1B29">
              <w:rPr>
                <w:b/>
                <w:sz w:val="18"/>
                <w:lang w:val="nb-NO"/>
              </w:rPr>
              <w:t>Keterkaitan dengan SDGs (jika relevan)</w:t>
            </w:r>
          </w:p>
        </w:tc>
        <w:tc>
          <w:tcPr>
            <w:tcW w:w="4561" w:type="dxa"/>
            <w:tcMar>
              <w:top w:w="90" w:type="dxa"/>
              <w:left w:w="90" w:type="dxa"/>
              <w:bottom w:w="90" w:type="dxa"/>
              <w:right w:w="90" w:type="dxa"/>
            </w:tcMar>
            <w:vAlign w:val="center"/>
          </w:tcPr>
          <w:p w14:paraId="59BCBF18" w14:textId="613295B1" w:rsidR="00021266" w:rsidRDefault="00B3341B">
            <w:pPr>
              <w:spacing w:after="0"/>
            </w:pPr>
            <w:r w:rsidRPr="00B3341B">
              <w:rPr>
                <w:sz w:val="18"/>
              </w:rPr>
              <w:t>SDG 9 (</w:t>
            </w:r>
            <w:proofErr w:type="spellStart"/>
            <w:r w:rsidRPr="00B3341B">
              <w:rPr>
                <w:sz w:val="18"/>
              </w:rPr>
              <w:t>Industri</w:t>
            </w:r>
            <w:proofErr w:type="spellEnd"/>
            <w:r w:rsidRPr="00B3341B">
              <w:rPr>
                <w:sz w:val="18"/>
              </w:rPr>
              <w:t xml:space="preserve">, </w:t>
            </w:r>
            <w:proofErr w:type="spellStart"/>
            <w:r w:rsidRPr="00B3341B">
              <w:rPr>
                <w:sz w:val="18"/>
              </w:rPr>
              <w:t>Inovasi</w:t>
            </w:r>
            <w:proofErr w:type="spellEnd"/>
            <w:r w:rsidRPr="00B3341B">
              <w:rPr>
                <w:sz w:val="18"/>
              </w:rPr>
              <w:t xml:space="preserve">, dan </w:t>
            </w:r>
            <w:proofErr w:type="spellStart"/>
            <w:r w:rsidRPr="00B3341B">
              <w:rPr>
                <w:sz w:val="18"/>
              </w:rPr>
              <w:t>Infrastruktur</w:t>
            </w:r>
            <w:proofErr w:type="spellEnd"/>
            <w:r w:rsidRPr="00B3341B">
              <w:rPr>
                <w:sz w:val="18"/>
              </w:rPr>
              <w:t>).</w:t>
            </w:r>
          </w:p>
        </w:tc>
      </w:tr>
      <w:tr w:rsidR="00021266" w:rsidRPr="003F1B29"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Default="00000000">
            <w:pPr>
              <w:spacing w:after="0"/>
            </w:pPr>
            <w:r>
              <w:rPr>
                <w:b/>
                <w:sz w:val="18"/>
              </w:rPr>
              <w:t xml:space="preserve">Sifat </w:t>
            </w:r>
            <w:proofErr w:type="spellStart"/>
            <w:r>
              <w:rPr>
                <w:b/>
                <w:sz w:val="18"/>
              </w:rPr>
              <w:t>Penelitian</w:t>
            </w:r>
            <w:proofErr w:type="spellEnd"/>
          </w:p>
        </w:tc>
        <w:tc>
          <w:tcPr>
            <w:tcW w:w="4561" w:type="dxa"/>
            <w:tcMar>
              <w:top w:w="90" w:type="dxa"/>
              <w:left w:w="90" w:type="dxa"/>
              <w:bottom w:w="90" w:type="dxa"/>
              <w:right w:w="90" w:type="dxa"/>
            </w:tcMar>
            <w:vAlign w:val="center"/>
          </w:tcPr>
          <w:p w14:paraId="474F57D4" w14:textId="5B572171" w:rsidR="009F7E46" w:rsidRDefault="00000000">
            <w:pPr>
              <w:spacing w:after="0"/>
              <w:rPr>
                <w:sz w:val="18"/>
                <w:lang w:val="nb-NO"/>
              </w:rPr>
            </w:pPr>
            <w:sdt>
              <w:sdtPr>
                <w:rPr>
                  <w:sz w:val="18"/>
                  <w:lang w:val="nb-NO"/>
                </w:rPr>
                <w:id w:val="1044949569"/>
                <w14:checkbox>
                  <w14:checked w14:val="1"/>
                  <w14:checkedState w14:val="0052" w14:font="Wingdings 2"/>
                  <w14:uncheckedState w14:val="2610" w14:font="MS Gothic"/>
                </w14:checkbox>
              </w:sdtPr>
              <w:sdtContent>
                <w:r w:rsidR="00B3341B">
                  <w:rPr>
                    <w:sz w:val="18"/>
                    <w:lang w:val="nb-NO"/>
                  </w:rPr>
                  <w:sym w:font="Wingdings 2" w:char="F052"/>
                </w:r>
              </w:sdtContent>
            </w:sdt>
            <w:r w:rsidR="009F7E46" w:rsidRPr="003F1B29">
              <w:rPr>
                <w:sz w:val="18"/>
                <w:lang w:val="nb-NO"/>
              </w:rPr>
              <w:t xml:space="preserve"> Individual  </w:t>
            </w:r>
            <w:sdt>
              <w:sdtPr>
                <w:rPr>
                  <w:sz w:val="18"/>
                  <w:lang w:val="nb-NO"/>
                </w:rPr>
                <w:id w:val="86294840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Kelompok Riset  </w:t>
            </w:r>
            <w:sdt>
              <w:sdtPr>
                <w:rPr>
                  <w:sz w:val="18"/>
                  <w:lang w:val="nb-NO"/>
                </w:rPr>
                <w:id w:val="331959652"/>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Lintas Prodi/Multidisiplin </w:t>
            </w:r>
          </w:p>
          <w:p w14:paraId="16CCC74D" w14:textId="49E9434C" w:rsidR="00021266" w:rsidRPr="003F1B29" w:rsidRDefault="00000000">
            <w:pPr>
              <w:spacing w:after="0"/>
              <w:rPr>
                <w:lang w:val="nb-NO"/>
              </w:rPr>
            </w:pPr>
            <w:sdt>
              <w:sdtPr>
                <w:rPr>
                  <w:sz w:val="18"/>
                  <w:lang w:val="nb-NO"/>
                </w:rPr>
                <w:id w:val="39786597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Kolaborasi dengan Mitra</w:t>
            </w:r>
          </w:p>
        </w:tc>
      </w:tr>
    </w:tbl>
    <w:p w14:paraId="1B542DF3" w14:textId="77777777" w:rsidR="00021266" w:rsidRPr="003F1B29" w:rsidRDefault="00000000">
      <w:pPr>
        <w:spacing w:before="160" w:after="100"/>
        <w:rPr>
          <w:lang w:val="nb-NO"/>
        </w:rPr>
      </w:pPr>
      <w:r w:rsidRPr="003F1B29">
        <w:rPr>
          <w:b/>
          <w:sz w:val="24"/>
          <w:lang w:val="nb-NO"/>
        </w:rPr>
        <w:t>C. RINGKASAN</w:t>
      </w:r>
    </w:p>
    <w:p w14:paraId="077393D4" w14:textId="77777777" w:rsidR="00021266" w:rsidRPr="003F1B29" w:rsidRDefault="00000000" w:rsidP="006D58AE">
      <w:pPr>
        <w:jc w:val="both"/>
        <w:rPr>
          <w:lang w:val="nb-NO"/>
        </w:rPr>
      </w:pPr>
      <w:r w:rsidRPr="003F1B29">
        <w:rPr>
          <w:lang w:val="nb-NO"/>
        </w:rPr>
        <w:t>Tuliskan masalah, tujuan, metode, luaran utama, serta kontribusi penelitian terhadap roadmap. Maksimal 300 kata.</w:t>
      </w:r>
    </w:p>
    <w:p w14:paraId="052F5F11" w14:textId="5DFE905A" w:rsidR="00165706" w:rsidRDefault="00165706" w:rsidP="00165706">
      <w:pPr>
        <w:ind w:firstLine="720"/>
        <w:jc w:val="both"/>
        <w:rPr>
          <w:lang w:val="nb-NO"/>
        </w:rPr>
      </w:pPr>
      <w:r w:rsidRPr="00165706">
        <w:rPr>
          <w:lang w:val="nb-NO"/>
        </w:rPr>
        <w:lastRenderedPageBreak/>
        <w:t xml:space="preserve">Kerusakan dini perkerasan lentur akibat dominasi kendaraan bermuatan ekstrem </w:t>
      </w:r>
      <w:r w:rsidRPr="00165706">
        <w:rPr>
          <w:i/>
          <w:iCs/>
          <w:lang w:val="nb-NO"/>
        </w:rPr>
        <w:t>(overloaded)</w:t>
      </w:r>
      <w:r w:rsidRPr="00165706">
        <w:rPr>
          <w:lang w:val="nb-NO"/>
        </w:rPr>
        <w:t xml:space="preserve"> menjadi tantangan infrastruktur transportasi. Evaluasi konvensional seringkali terlalu menyederhanakan mekanisme kerusakan dengan mereduksi data lendutan menjadi satu parameter ekivalen. Penelitian ini bertujuan untuk mengkarakterisasi dan mengkuantifikasi tingkat penurunan integritas struktural jalan lentur secara lebih presisi melalui pendekatan mekanistik-empiris menggunakan parameter cekungan lendutan </w:t>
      </w:r>
      <w:r w:rsidRPr="00165706">
        <w:rPr>
          <w:i/>
          <w:iCs/>
          <w:lang w:val="nb-NO"/>
        </w:rPr>
        <w:t>(deflection basin)</w:t>
      </w:r>
      <w:r w:rsidRPr="00165706">
        <w:rPr>
          <w:lang w:val="nb-NO"/>
        </w:rPr>
        <w:t xml:space="preserve">. Data primer bersumber dari pengujian </w:t>
      </w:r>
      <w:r w:rsidRPr="00165706">
        <w:rPr>
          <w:i/>
          <w:iCs/>
          <w:lang w:val="nb-NO"/>
        </w:rPr>
        <w:t>Falling Weight Deflectometer</w:t>
      </w:r>
      <w:r w:rsidRPr="00165706">
        <w:rPr>
          <w:lang w:val="nb-NO"/>
        </w:rPr>
        <w:t xml:space="preserve"> (FWD) in-situ dengan variasi beban gandar. Analisis difokuskan pada ekstraksi nilai </w:t>
      </w:r>
      <w:r w:rsidRPr="00165706">
        <w:rPr>
          <w:i/>
          <w:iCs/>
          <w:lang w:val="nb-NO"/>
        </w:rPr>
        <w:t>Surface Curvature Index</w:t>
      </w:r>
      <w:r w:rsidRPr="00165706">
        <w:rPr>
          <w:lang w:val="nb-NO"/>
        </w:rPr>
        <w:t xml:space="preserve"> (SCI) untuk mendiagnosis degradasi lapis permukaan aspal, serta </w:t>
      </w:r>
      <w:r w:rsidRPr="00165706">
        <w:rPr>
          <w:i/>
          <w:iCs/>
          <w:lang w:val="nb-NO"/>
        </w:rPr>
        <w:t>Base Damage Inde</w:t>
      </w:r>
      <w:r w:rsidRPr="00165706">
        <w:rPr>
          <w:lang w:val="nb-NO"/>
        </w:rPr>
        <w:t xml:space="preserve">x (BDI) untuk mendeteksi kelemahan pada lapis fondasi </w:t>
      </w:r>
      <w:r w:rsidRPr="00165706">
        <w:rPr>
          <w:i/>
          <w:iCs/>
          <w:lang w:val="nb-NO"/>
        </w:rPr>
        <w:t>(base course)</w:t>
      </w:r>
      <w:r w:rsidRPr="00165706">
        <w:rPr>
          <w:lang w:val="nb-NO"/>
        </w:rPr>
        <w:t xml:space="preserve">. Data D1 hingga D7 akan dikoreksi terhadap suhu permukaan sebelum dianalisis menggunakan </w:t>
      </w:r>
      <w:r w:rsidRPr="00165706">
        <w:rPr>
          <w:i/>
          <w:iCs/>
          <w:lang w:val="nb-NO"/>
        </w:rPr>
        <w:t>Multi</w:t>
      </w:r>
      <w:r w:rsidRPr="00165706">
        <w:rPr>
          <w:i/>
          <w:iCs/>
          <w:lang w:val="nb-NO"/>
        </w:rPr>
        <w:t xml:space="preserve"> </w:t>
      </w:r>
      <w:r w:rsidRPr="00165706">
        <w:rPr>
          <w:i/>
          <w:iCs/>
          <w:lang w:val="nb-NO"/>
        </w:rPr>
        <w:t>Layer Elastic Theory</w:t>
      </w:r>
      <w:r w:rsidRPr="00165706">
        <w:rPr>
          <w:lang w:val="nb-NO"/>
        </w:rPr>
        <w:t>. Luaran dari penelitian ini ditargetkan berupa publikasi ilmiah pada jurnal nasional terakreditasi Sinta/internasional bereputasi, serta sebuah draf model pemetaan baseline degradasi jalan yang dapat dimanfaatkan oleh pemangku kebijakan infrastruktur di Gorontalo. Hasil riset ini diharapkan mampu mensubstitusi estimasi kerusakan berbasis EAL dengan evaluasi lapis demi lapis yang lebih objektif.</w:t>
      </w:r>
      <w:r w:rsidRPr="00165706">
        <w:rPr>
          <w:lang w:val="nb-NO"/>
        </w:rPr>
        <w:t xml:space="preserve"> </w:t>
      </w:r>
    </w:p>
    <w:p w14:paraId="5E47BE4F" w14:textId="77777777" w:rsidR="00165706" w:rsidRDefault="00000000" w:rsidP="003B4FEC">
      <w:r w:rsidRPr="003F1B29">
        <w:rPr>
          <w:b/>
          <w:lang w:val="nb-NO"/>
        </w:rPr>
        <w:t xml:space="preserve">Kata Kunci: </w:t>
      </w:r>
      <w:r w:rsidR="00165706" w:rsidRPr="00165706">
        <w:rPr>
          <w:i/>
          <w:iCs/>
        </w:rPr>
        <w:t>Overloading</w:t>
      </w:r>
      <w:r w:rsidR="00165706" w:rsidRPr="00165706">
        <w:t xml:space="preserve">; </w:t>
      </w:r>
      <w:proofErr w:type="spellStart"/>
      <w:r w:rsidR="00165706" w:rsidRPr="00165706">
        <w:t>Integritas</w:t>
      </w:r>
      <w:proofErr w:type="spellEnd"/>
      <w:r w:rsidR="00165706" w:rsidRPr="00165706">
        <w:t xml:space="preserve"> </w:t>
      </w:r>
      <w:proofErr w:type="spellStart"/>
      <w:r w:rsidR="00165706" w:rsidRPr="00165706">
        <w:t>Struktural</w:t>
      </w:r>
      <w:proofErr w:type="spellEnd"/>
      <w:r w:rsidR="00165706" w:rsidRPr="00165706">
        <w:t>; FWD; SCI; BDI.</w:t>
      </w:r>
      <w:r w:rsidR="00165706" w:rsidRPr="00165706">
        <w:t xml:space="preserve"> </w:t>
      </w:r>
    </w:p>
    <w:p w14:paraId="0EF03E54" w14:textId="25F5B5AF" w:rsidR="00021266" w:rsidRPr="003F1B29" w:rsidRDefault="00000000" w:rsidP="003B4FEC">
      <w:pPr>
        <w:rPr>
          <w:lang w:val="nb-NO"/>
        </w:rPr>
      </w:pPr>
      <w:r w:rsidRPr="003F1B29">
        <w:rPr>
          <w:b/>
          <w:sz w:val="24"/>
          <w:lang w:val="nb-NO"/>
        </w:rPr>
        <w:t>D. LATAR BELAKANG DAN PERMASALAHAN</w:t>
      </w:r>
    </w:p>
    <w:p w14:paraId="3193D6BC" w14:textId="77777777" w:rsidR="00021266" w:rsidRDefault="00000000" w:rsidP="006D58AE">
      <w:pPr>
        <w:jc w:val="both"/>
        <w:rPr>
          <w:lang w:val="nb-NO"/>
        </w:rPr>
      </w:pPr>
      <w:r w:rsidRPr="003F1B29">
        <w:rPr>
          <w:lang w:val="nb-NO"/>
        </w:rPr>
        <w:t>Jelaskan secara ringkas: masalah yang diteliti, kondisi/temuan sebelumnya, alasan pentingnya penelitian, serta kaitannya dengan potensi atau kebutuhan daerah dan/atau bidang keilmuan. Maksimal 2 halaman.</w:t>
      </w:r>
    </w:p>
    <w:p w14:paraId="58D59322" w14:textId="4875B1AF" w:rsidR="00917671" w:rsidRPr="00917671" w:rsidRDefault="00917671" w:rsidP="00917671">
      <w:pPr>
        <w:ind w:firstLine="720"/>
        <w:jc w:val="both"/>
        <w:rPr>
          <w:lang w:val="nb-NO"/>
        </w:rPr>
      </w:pPr>
      <w:r w:rsidRPr="00917671">
        <w:rPr>
          <w:lang w:val="nb-NO"/>
        </w:rPr>
        <w:t xml:space="preserve">Peningkatan beban gandar yang melebihi kapasitas desain secara signifikan mempercepat laju penurunan daya dukung struktural, yang secara langsung mengancam keselamatan dan efisiensi operasional transportasi </w:t>
      </w:r>
      <w:r w:rsidR="000F373E">
        <w:rPr>
          <w:lang w:val="nb-NO"/>
        </w:rPr>
        <w:fldChar w:fldCharType="begin" w:fldLock="1"/>
      </w:r>
      <w:r w:rsidR="000F373E">
        <w:rPr>
          <w:lang w:val="nb-NO"/>
        </w:rPr>
        <w:instrText>ADDIN CSL_CITATION {"citationItems":[{"id":"ITEM-1","itemData":{"author":[{"dropping-particle":"","family":"Novela","given":"Ipana","non-dropping-particle":"","parse-names":false,"suffix":""},{"dropping-particle":"","family":"Basuki","given":"Imam","non-dropping-particle":"","parse-names":false,"suffix":""}],"container-title":"Jurnal Civil Engineering Study","id":"ITEM-1","issue":"2","issued":{"date-parts":[["2025"]]},"page":"187-200","title":"Evaluasi Beban Berlebih Pada Angkutan Barang Terhadap Kerusakan Dan Keselamatan Jalan","type":"article-journal","volume":"5"},"uris":["http://www.mendeley.com/documents/?uuid=2946c82d-4489-4892-b7c0-6017b7ad78e9"]},{"id":"ITEM-2","itemData":{"author":[{"dropping-particle":"","family":"Sa’diyah","given":"Halimatus Nur","non-dropping-particle":"","parse-names":false,"suffix":""},{"dropping-particle":"","family":"Shofiah","given":"Siti","non-dropping-particle":"","parse-names":false,"suffix":""},{"dropping-particle":"","family":"Marwanto","given":"Phahlevi Riza","non-dropping-particle":"","parse-names":false,"suffix":""}],"container-title":"Jurnal Teslink : Teknik Sipil dan Lingkungan","id":"ITEM-2","issue":"1","issued":{"date-parts":[["2024"]]},"page":"109-117","title":"Analisis Vehicle Damage Factor dalam Konteks Konfigurasi Axle dan Dampak Jalan","type":"article-journal","volume":"6"},"uris":["http://www.mendeley.com/documents/?uuid=29887830-f94c-451a-afd5-50b8f16b14de"]}],"mendeley":{"formattedCitation":"(Novela &amp; Basuki, 2025; Sa’diyah et al., 2024)","plainTextFormattedCitation":"(Novela &amp; Basuki, 2025; Sa’diyah et al., 2024)","previouslyFormattedCitation":"(Novela &amp; Basuki, 2025; Sa’diyah et al., 2024)"},"properties":{"noteIndex":0},"schema":"https://github.com/citation-style-language/schema/raw/master/csl-citation.json"}</w:instrText>
      </w:r>
      <w:r w:rsidR="000F373E">
        <w:rPr>
          <w:lang w:val="nb-NO"/>
        </w:rPr>
        <w:fldChar w:fldCharType="separate"/>
      </w:r>
      <w:r w:rsidR="000F373E" w:rsidRPr="000F373E">
        <w:rPr>
          <w:noProof/>
          <w:lang w:val="nb-NO"/>
        </w:rPr>
        <w:t>(Novela &amp; Basuki, 2025; Sa’diyah et al., 2024)</w:t>
      </w:r>
      <w:r w:rsidR="000F373E">
        <w:rPr>
          <w:lang w:val="nb-NO"/>
        </w:rPr>
        <w:fldChar w:fldCharType="end"/>
      </w:r>
      <w:r w:rsidRPr="00917671">
        <w:rPr>
          <w:lang w:val="nb-NO"/>
        </w:rPr>
        <w:t xml:space="preserve">. Sehingga, identifikasi dini terhadap kegagalan struktural menjadi krusial dalam mitigasi kerusakan yang lebih luas </w:t>
      </w:r>
      <w:r w:rsidR="000F373E">
        <w:rPr>
          <w:lang w:val="nb-NO"/>
        </w:rPr>
        <w:fldChar w:fldCharType="begin" w:fldLock="1"/>
      </w:r>
      <w:r w:rsidR="000F373E">
        <w:rPr>
          <w:lang w:val="nb-NO"/>
        </w:rPr>
        <w:instrText>ADDIN CSL_CITATION {"citationItems":[{"id":"ITEM-1","itemData":{"DOI":"10.31004/jutin.v8i4.51391","author":[{"dropping-particle":"","family":"Sakti","given":"Putra","non-dropping-particle":"","parse-names":false,"suffix":""},{"dropping-particle":"","family":"Alkadri","given":"Alkadri","non-dropping-particle":"","parse-names":false,"suffix":""},{"dropping-particle":"","family":"Islamiyati","given":"Puji Azizah Nur","non-dropping-particle":"","parse-names":false,"suffix":""}],"container-title":"JUTIN : Jurnal Teknik Industri Terintegrasi","id":"ITEM-1","issue":"4","issued":{"date-parts":[["2025"]]},"page":"4440-4446","title":"Analisa Kerusakan Perkerasan Jalan Menggunakan Metode Pavement Condition Index ( PCI ) Studi Kasus: Kel. Lasada Kec. Unaaha Kab. Konawe","type":"article-journal","volume":"8"},"uris":["http://www.mendeley.com/documents/?uuid=682a158b-6e6f-49c7-bef1-0b0e0475a654"]},{"id":"ITEM-2","itemData":{"DOI":"10.51988/jtsc.v6i2.348","author":[{"dropping-particle":"","family":"Tosulpa","given":"M Enriko","non-dropping-particle":"","parse-names":false,"suffix":""},{"dropping-particle":"","family":"Putranto","given":"Leksmono S","non-dropping-particle":"","parse-names":false,"suffix":""},{"dropping-particle":"","family":"Sulistyorini","given":"Rahayu","non-dropping-particle":"","parse-names":false,"suffix":""}],"container-title":"Jurnal Teknik Sipil Cendekia","id":"ITEM-2","issue":"2","issued":{"date-parts":[["2025"]]},"page":"238-255","title":"Analisis Penanganan Pengaruh Kerusakan Jalan Nasional Akibat Muatan Berlebih Di Provinsi Lampung","type":"article-journal","volume":"6"},"uris":["http://www.mendeley.com/documents/?uuid=ffc65f22-49ef-492f-b4c5-6e3a4cffe950"]}],"mendeley":{"formattedCitation":"(Sakti et al., 2025; Tosulpa et al., 2025)","plainTextFormattedCitation":"(Sakti et al., 2025; Tosulpa et al., 2025)","previouslyFormattedCitation":"(Sakti et al., 2025; Tosulpa et al., 2025)"},"properties":{"noteIndex":0},"schema":"https://github.com/citation-style-language/schema/raw/master/csl-citation.json"}</w:instrText>
      </w:r>
      <w:r w:rsidR="000F373E">
        <w:rPr>
          <w:lang w:val="nb-NO"/>
        </w:rPr>
        <w:fldChar w:fldCharType="separate"/>
      </w:r>
      <w:r w:rsidR="000F373E" w:rsidRPr="000F373E">
        <w:rPr>
          <w:noProof/>
          <w:lang w:val="nb-NO"/>
        </w:rPr>
        <w:t>(Sakti et al., 2025; Tosulpa et al., 2025)</w:t>
      </w:r>
      <w:r w:rsidR="000F373E">
        <w:rPr>
          <w:lang w:val="nb-NO"/>
        </w:rPr>
        <w:fldChar w:fldCharType="end"/>
      </w:r>
      <w:r w:rsidRPr="00917671">
        <w:rPr>
          <w:lang w:val="nb-NO"/>
        </w:rPr>
        <w:t xml:space="preserve">. Penerapan pendekatan berbasis data menjadi penting karena mampu melampaui keterbatasan survei visual konvensional dengan menyediakan evaluasi kuantitatif terhadap modulus lapisan perkerasan </w:t>
      </w:r>
      <w:r w:rsidR="000F373E">
        <w:rPr>
          <w:lang w:val="nb-NO"/>
        </w:rPr>
        <w:fldChar w:fldCharType="begin" w:fldLock="1"/>
      </w:r>
      <w:r w:rsidR="000F373E">
        <w:rPr>
          <w:lang w:val="nb-NO"/>
        </w:rPr>
        <w:instrText>ADDIN CSL_CITATION {"citationItems":[{"id":"ITEM-1","itemData":{"author":[{"dropping-particle":"","family":"Pratama","given":"Daniel Aviyanto","non-dropping-particle":"","parse-names":false,"suffix":""},{"dropping-particle":"","family":"Setyawan","given":"Ary","non-dropping-particle":"","parse-names":false,"suffix":""},{"dropping-particle":"","family":"Suryoto","given":"Suryoto","non-dropping-particle":"","parse-names":false,"suffix":""}],"container-title":"e-Jurnal Matriks Teknik Sipil","id":"ITEM-1","issue":"3","issued":{"date-parts":[["2017"]]},"page":"1007-1015","title":"Evaluasi Nilai Kondisi Perkerasan Jalan Nasional Dengan Metode Pavement Condition Index (PCI) Dan Metode Falling Weight Deflectometer (FWD) (Studi Kasus: Ruas Jalan Klaten-Prambanan)","type":"article-journal","volume":"5"},"uris":["http://www.mendeley.com/documents/?uuid=fd2cd15a-8c3d-4887-b9e3-19d9f350f4fa"]},{"id":"ITEM-2","itemData":{"DOI":"10.3846/1822-427X.2009.4.196-202","author":[{"dropping-particle":"","family":"Talvik","given":"Ott","non-dropping-particle":"","parse-names":false,"suffix":""},{"dropping-particle":"","family":"Aavik","given":"Andrus","non-dropping-particle":"","parse-names":false,"suffix":""}],"container-title":"The Baltic Journal Of Road And Bridge Engineering","id":"ITEM-2","issue":"4","issued":{"date-parts":[["2009"]]},"page":"196-202","title":"Use Of FWD Deflection Basin Parameters (SCI, BDI, BCI) For Pavement Condition Assessment","type":"article-journal","volume":"4"},"uris":["http://www.mendeley.com/documents/?uuid=99a6c610-26ea-4095-a629-ab96824c764d"]}],"mendeley":{"formattedCitation":"(Pratama et al., 2017; Talvik &amp; Aavik, 2009)","plainTextFormattedCitation":"(Pratama et al., 2017; Talvik &amp; Aavik, 2009)","previouslyFormattedCitation":"(Pratama et al., 2017; Talvik &amp; Aavik, 2009)"},"properties":{"noteIndex":0},"schema":"https://github.com/citation-style-language/schema/raw/master/csl-citation.json"}</w:instrText>
      </w:r>
      <w:r w:rsidR="000F373E">
        <w:rPr>
          <w:lang w:val="nb-NO"/>
        </w:rPr>
        <w:fldChar w:fldCharType="separate"/>
      </w:r>
      <w:r w:rsidR="000F373E" w:rsidRPr="000F373E">
        <w:rPr>
          <w:noProof/>
          <w:lang w:val="nb-NO"/>
        </w:rPr>
        <w:t>(Pratama et al., 2017; Talvik &amp; Aavik, 2009)</w:t>
      </w:r>
      <w:r w:rsidR="000F373E">
        <w:rPr>
          <w:lang w:val="nb-NO"/>
        </w:rPr>
        <w:fldChar w:fldCharType="end"/>
      </w:r>
      <w:r w:rsidRPr="00917671">
        <w:rPr>
          <w:lang w:val="nb-NO"/>
        </w:rPr>
        <w:t>.</w:t>
      </w:r>
    </w:p>
    <w:p w14:paraId="355A975C" w14:textId="294DA711" w:rsidR="00917671" w:rsidRPr="00917671" w:rsidRDefault="00917671" w:rsidP="00917671">
      <w:pPr>
        <w:ind w:firstLine="720"/>
        <w:jc w:val="both"/>
        <w:rPr>
          <w:lang w:val="nb-NO"/>
        </w:rPr>
      </w:pPr>
      <w:r w:rsidRPr="00917671">
        <w:rPr>
          <w:lang w:val="nb-NO"/>
        </w:rPr>
        <w:t xml:space="preserve">Dalam konteks ini, penggunaan parameter </w:t>
      </w:r>
      <w:r w:rsidRPr="00917671">
        <w:rPr>
          <w:i/>
          <w:iCs/>
          <w:lang w:val="nb-NO"/>
        </w:rPr>
        <w:t>Surface Curvature Index</w:t>
      </w:r>
      <w:r w:rsidRPr="00917671">
        <w:rPr>
          <w:lang w:val="nb-NO"/>
        </w:rPr>
        <w:t xml:space="preserve"> (SCI) dan Base Damage Index (BDI) melalui pengujian lendutan menjadi esensial untuk mendeteksi secara presisi tingkat kerusakan pada lapisan permukaan serta stabilitas lapisan fondasi. SCI berfungsi sebagai indikator kondisi lapisan atas perkerasan, sementara BDI secara spesifik merefleksikan integritas struktural lapisan fondasi terhadap beban yang diterima. Pemanfaatan kedua indeks ini memungkinkan pengambilan keputusan pemeliharaan yang lebih objektif dan terukur, karena parameter struktural memberikan gambaran langsung mengenai kapasitas dukung beban yang tidak dapat diidentifikasi melalui survei visual semata </w:t>
      </w:r>
      <w:r w:rsidR="000F373E">
        <w:rPr>
          <w:lang w:val="nb-NO"/>
        </w:rPr>
        <w:fldChar w:fldCharType="begin" w:fldLock="1"/>
      </w:r>
      <w:r w:rsidR="000F373E">
        <w:rPr>
          <w:lang w:val="nb-NO"/>
        </w:rPr>
        <w:instrText>ADDIN CSL_CITATION {"citationItems":[{"id":"ITEM-1","itemData":{"DOI":"10.1088/1755-1315/1530/1/012036","author":[{"dropping-particle":"","family":"Fawzy","given":"Hossam El-Din","non-dropping-particle":"","parse-names":false,"suffix":""},{"dropping-particle":"","family":"Abdallah","given":"Ahmed Mohamdy","non-dropping-particle":"","parse-names":false,"suffix":""},{"dropping-particle":"","family":"Basha","given":"Ali","non-dropping-particle":"","parse-names":false,"suffix":""},{"dropping-particle":"","family":"Elgamal","given":"Ehab","non-dropping-particle":"","parse-names":false,"suffix":""}],"container-title":"16th International Conference on Civil and Architectural Engineering (ICCAE-16)","id":"ITEM-1","issued":{"date-parts":[["2025"]]},"page":"1530","title":"Review of Pavement Performance Indicators : Measurements , Applications , and Limitations","type":"paper-conference"},"uris":["http://www.mendeley.com/documents/?uuid=ff75c3e1-3773-4f7d-a987-52499abc405b"]},{"id":"ITEM-2","itemData":{"author":[{"dropping-particle":"","family":"Putra","given":"M Yoga Mandala","non-dropping-particle":"","parse-names":false,"suffix":""},{"dropping-particle":"","family":"Subagio","given":"Bambang Sugeng","non-dropping-particle":"","parse-names":false,"suffix":""},{"dropping-particle":"","family":"Hariadi","given":"Eri Susanto","non-dropping-particle":"","parse-names":false,"suffix":""},{"dropping-particle":"","family":"Hendarto","given":"Sri","non-dropping-particle":"","parse-names":false,"suffix":""}],"container-title":"Jurnal Teoritis dan Terapan Bidang Teknik Sipil","id":"ITEM-2","issue":"3","issued":{"date-parts":[["2013"]]},"page":"245-254","title":"Evaluasi Kondisi Fungsional dan Struktural Menggunakan Metode Bina Marga dan AASHTO 1993 Sebagai Dasar dalam Penanganan Perkerasan Lentur Studi Kasus : Ruas Medan - Lubuk Pakam","type":"article-journal","volume":"20"},"uris":["http://www.mendeley.com/documents/?uuid=4817fb5e-dcc5-4e1a-8d2e-c7609a9374e2"]}],"mendeley":{"formattedCitation":"(Fawzy et al., 2025; Putra et al., 2013)","plainTextFormattedCitation":"(Fawzy et al., 2025; Putra et al., 2013)","previouslyFormattedCitation":"(Fawzy et al., 2025; Putra et al., 2013)"},"properties":{"noteIndex":0},"schema":"https://github.com/citation-style-language/schema/raw/master/csl-citation.json"}</w:instrText>
      </w:r>
      <w:r w:rsidR="000F373E">
        <w:rPr>
          <w:lang w:val="nb-NO"/>
        </w:rPr>
        <w:fldChar w:fldCharType="separate"/>
      </w:r>
      <w:r w:rsidR="000F373E" w:rsidRPr="000F373E">
        <w:rPr>
          <w:noProof/>
          <w:lang w:val="nb-NO"/>
        </w:rPr>
        <w:t>(Fawzy et al., 2025; Putra et al., 2013)</w:t>
      </w:r>
      <w:r w:rsidR="000F373E">
        <w:rPr>
          <w:lang w:val="nb-NO"/>
        </w:rPr>
        <w:fldChar w:fldCharType="end"/>
      </w:r>
      <w:r w:rsidRPr="00917671">
        <w:rPr>
          <w:lang w:val="nb-NO"/>
        </w:rPr>
        <w:t>.</w:t>
      </w:r>
    </w:p>
    <w:p w14:paraId="18C26A53" w14:textId="7D49BEE4" w:rsidR="00021266" w:rsidRDefault="00917671" w:rsidP="00917671">
      <w:pPr>
        <w:ind w:firstLine="720"/>
        <w:jc w:val="both"/>
        <w:rPr>
          <w:lang w:val="nb-NO"/>
        </w:rPr>
      </w:pPr>
      <w:r w:rsidRPr="00917671">
        <w:rPr>
          <w:lang w:val="nb-NO"/>
        </w:rPr>
        <w:t xml:space="preserve">Korelasi yang kuat antara parameter cekungan lendutan tersebut dengan nilai modulus elastisitas ekuivalen memberikan landasan teknis yang akurat untuk menentukan kebutuhan rehabilitasi atau overlay pada ruas jalan yang mengalami degradasi </w:t>
      </w:r>
      <w:r w:rsidR="000F373E">
        <w:rPr>
          <w:lang w:val="nb-NO"/>
        </w:rPr>
        <w:fldChar w:fldCharType="begin" w:fldLock="1"/>
      </w:r>
      <w:r w:rsidR="00AC4318">
        <w:rPr>
          <w:lang w:val="nb-NO"/>
        </w:rPr>
        <w:instrText>ADDIN CSL_CITATION {"citationItems":[{"id":"ITEM-1","itemData":{"author":[{"dropping-particle":"","family":"Akbar","given":"Rangga Azhari","non-dropping-particle":"","parse-names":false,"suffix":""},{"dropping-particle":"","family":"Joewono","given":"Tri Basuki","non-dropping-particle":"","parse-names":false,"suffix":""}],"container-title":"Jurnal Pendidikan Indonesia","id":"ITEM-1","issue":"3","issued":{"date-parts":[["2025"]]},"page":"1302-1311","title":"Penentuan Biaya Preservasi Bagi Pengguna Truk Batu Bara Bermuatan Berlebih Pada Jalan Batas Kabupaten Batanghari - Batas Kota Muara Bungo","type":"article-journal","volume":"6"},"uris":["http://www.mendeley.com/documents/?uuid=e674cb76-6a35-46eb-8cec-0c9867b33e01"]}],"mendeley":{"formattedCitation":"(Akbar &amp; Joewono, 2025)","plainTextFormattedCitation":"(Akbar &amp; Joewono, 2025)","previouslyFormattedCitation":"(Akbar &amp; Joewono, 2025)"},"properties":{"noteIndex":0},"schema":"https://github.com/citation-style-language/schema/raw/master/csl-citation.json"}</w:instrText>
      </w:r>
      <w:r w:rsidR="000F373E">
        <w:rPr>
          <w:lang w:val="nb-NO"/>
        </w:rPr>
        <w:fldChar w:fldCharType="separate"/>
      </w:r>
      <w:r w:rsidR="000F373E" w:rsidRPr="000F373E">
        <w:rPr>
          <w:noProof/>
          <w:lang w:val="nb-NO"/>
        </w:rPr>
        <w:t>(Akbar &amp; Joewono, 2025)</w:t>
      </w:r>
      <w:r w:rsidR="000F373E">
        <w:rPr>
          <w:lang w:val="nb-NO"/>
        </w:rPr>
        <w:fldChar w:fldCharType="end"/>
      </w:r>
      <w:r w:rsidRPr="00917671">
        <w:rPr>
          <w:lang w:val="nb-NO"/>
        </w:rPr>
        <w:t xml:space="preserve"> Oleh karena itu, integrasi data dari </w:t>
      </w:r>
      <w:r w:rsidRPr="00917671">
        <w:rPr>
          <w:i/>
          <w:iCs/>
          <w:lang w:val="nb-NO"/>
        </w:rPr>
        <w:t>Falling Weight Deflectometer</w:t>
      </w:r>
      <w:r w:rsidRPr="00917671">
        <w:rPr>
          <w:lang w:val="nb-NO"/>
        </w:rPr>
        <w:t xml:space="preserve"> (FWD) melalui analisis SCI dan BDI menjadi instrumen prediktif yang vital dalam memetakan zona kritis sebelum kegagalan struktural yang lebih fatal terjadi.</w:t>
      </w:r>
    </w:p>
    <w:p w14:paraId="7342C340" w14:textId="77777777" w:rsidR="00DE7EAE" w:rsidRDefault="00DE7EAE" w:rsidP="00917671">
      <w:pPr>
        <w:ind w:firstLine="720"/>
        <w:jc w:val="both"/>
        <w:rPr>
          <w:lang w:val="nb-NO"/>
        </w:rPr>
      </w:pPr>
    </w:p>
    <w:p w14:paraId="7041706F" w14:textId="77777777" w:rsidR="00DE7EAE" w:rsidRPr="003F1B29" w:rsidRDefault="00DE7EAE" w:rsidP="00917671">
      <w:pPr>
        <w:ind w:firstLine="720"/>
        <w:jc w:val="both"/>
        <w:rPr>
          <w:lang w:val="nb-NO"/>
        </w:rPr>
      </w:pPr>
    </w:p>
    <w:p w14:paraId="7575ACF8" w14:textId="77777777" w:rsidR="00021266" w:rsidRPr="003F1B29" w:rsidRDefault="00000000">
      <w:pPr>
        <w:spacing w:before="160" w:after="100"/>
        <w:rPr>
          <w:lang w:val="nb-NO"/>
        </w:rPr>
      </w:pPr>
      <w:r w:rsidRPr="003F1B29">
        <w:rPr>
          <w:b/>
          <w:sz w:val="24"/>
          <w:lang w:val="nb-NO"/>
        </w:rPr>
        <w:lastRenderedPageBreak/>
        <w:t>E. POSISI PENELITIAN DALAM ROADMAP</w:t>
      </w:r>
    </w:p>
    <w:p w14:paraId="3E79967D" w14:textId="77777777" w:rsidR="00021266" w:rsidRPr="003F1B29" w:rsidRDefault="00000000" w:rsidP="006D58AE">
      <w:pPr>
        <w:jc w:val="both"/>
        <w:rPr>
          <w:lang w:val="nb-NO"/>
        </w:rPr>
      </w:pPr>
      <w:r w:rsidRPr="003F1B29">
        <w:rPr>
          <w:i/>
          <w:sz w:val="19"/>
          <w:lang w:val="nb-NO"/>
        </w:rPr>
        <w:t>Tidak perlu membuat roadmap panjang. Cukup tunjukkan penelitian ini berada di tahap mana, berasal dari penelitian apa, dan akan dilanjutkan ke arah apa.</w:t>
      </w:r>
    </w:p>
    <w:tbl>
      <w:tblPr>
        <w:tblStyle w:val="TableGrid"/>
        <w:tblW w:w="0" w:type="auto"/>
        <w:jc w:val="center"/>
        <w:tblLook w:val="04A0" w:firstRow="1" w:lastRow="0" w:firstColumn="1" w:lastColumn="0" w:noHBand="0" w:noVBand="1"/>
      </w:tblPr>
      <w:tblGrid>
        <w:gridCol w:w="4561"/>
        <w:gridCol w:w="4561"/>
      </w:tblGrid>
      <w:tr w:rsidR="00021266" w14:paraId="0136C04E" w14:textId="77777777">
        <w:trPr>
          <w:jc w:val="center"/>
        </w:trPr>
        <w:tc>
          <w:tcPr>
            <w:tcW w:w="4561" w:type="dxa"/>
            <w:shd w:val="clear" w:color="auto" w:fill="EAF2F8"/>
            <w:tcMar>
              <w:top w:w="90" w:type="dxa"/>
              <w:left w:w="90" w:type="dxa"/>
              <w:bottom w:w="90" w:type="dxa"/>
              <w:right w:w="90" w:type="dxa"/>
            </w:tcMar>
            <w:vAlign w:val="center"/>
          </w:tcPr>
          <w:p w14:paraId="598EFE91" w14:textId="77777777" w:rsidR="00021266" w:rsidRPr="003F1B29" w:rsidRDefault="00000000">
            <w:pPr>
              <w:spacing w:after="0"/>
              <w:rPr>
                <w:lang w:val="nb-NO"/>
              </w:rPr>
            </w:pPr>
            <w:r w:rsidRPr="003F1B29">
              <w:rPr>
                <w:b/>
                <w:sz w:val="18"/>
                <w:lang w:val="nb-NO"/>
              </w:rPr>
              <w:t>Penelitian/temuan sebelumnya yang menjadi dasar</w:t>
            </w:r>
          </w:p>
        </w:tc>
        <w:tc>
          <w:tcPr>
            <w:tcW w:w="4561" w:type="dxa"/>
            <w:tcMar>
              <w:top w:w="90" w:type="dxa"/>
              <w:left w:w="90" w:type="dxa"/>
              <w:bottom w:w="90" w:type="dxa"/>
              <w:right w:w="90" w:type="dxa"/>
            </w:tcMar>
            <w:vAlign w:val="center"/>
          </w:tcPr>
          <w:p w14:paraId="5DC8F39D" w14:textId="04B5A54D" w:rsidR="00021266" w:rsidRDefault="00AB6423" w:rsidP="006B2097">
            <w:pPr>
              <w:spacing w:after="0"/>
              <w:jc w:val="both"/>
            </w:pPr>
            <w:proofErr w:type="spellStart"/>
            <w:r w:rsidRPr="00AB6423">
              <w:rPr>
                <w:sz w:val="18"/>
              </w:rPr>
              <w:t>Evaluasi</w:t>
            </w:r>
            <w:proofErr w:type="spellEnd"/>
            <w:r w:rsidRPr="00AB6423">
              <w:rPr>
                <w:sz w:val="18"/>
              </w:rPr>
              <w:t xml:space="preserve"> </w:t>
            </w:r>
            <w:proofErr w:type="spellStart"/>
            <w:r w:rsidRPr="00AB6423">
              <w:rPr>
                <w:sz w:val="18"/>
              </w:rPr>
              <w:t>empiris</w:t>
            </w:r>
            <w:proofErr w:type="spellEnd"/>
            <w:r w:rsidRPr="00AB6423">
              <w:rPr>
                <w:sz w:val="18"/>
              </w:rPr>
              <w:t xml:space="preserve"> </w:t>
            </w:r>
            <w:proofErr w:type="spellStart"/>
            <w:r w:rsidRPr="00AB6423">
              <w:rPr>
                <w:sz w:val="18"/>
              </w:rPr>
              <w:t>respons</w:t>
            </w:r>
            <w:proofErr w:type="spellEnd"/>
            <w:r w:rsidRPr="00AB6423">
              <w:rPr>
                <w:sz w:val="18"/>
              </w:rPr>
              <w:t xml:space="preserve"> </w:t>
            </w:r>
            <w:proofErr w:type="spellStart"/>
            <w:r w:rsidRPr="00AB6423">
              <w:rPr>
                <w:sz w:val="18"/>
              </w:rPr>
              <w:t>struktur</w:t>
            </w:r>
            <w:proofErr w:type="spellEnd"/>
            <w:r w:rsidRPr="00AB6423">
              <w:rPr>
                <w:sz w:val="18"/>
              </w:rPr>
              <w:t xml:space="preserve"> </w:t>
            </w:r>
            <w:proofErr w:type="spellStart"/>
            <w:r w:rsidRPr="00AB6423">
              <w:rPr>
                <w:sz w:val="18"/>
              </w:rPr>
              <w:t>perkerasan</w:t>
            </w:r>
            <w:proofErr w:type="spellEnd"/>
            <w:r w:rsidRPr="00AB6423">
              <w:rPr>
                <w:sz w:val="18"/>
              </w:rPr>
              <w:t xml:space="preserve"> </w:t>
            </w:r>
            <w:proofErr w:type="spellStart"/>
            <w:r w:rsidRPr="00AB6423">
              <w:rPr>
                <w:sz w:val="18"/>
              </w:rPr>
              <w:t>terhadap</w:t>
            </w:r>
            <w:proofErr w:type="spellEnd"/>
            <w:r w:rsidRPr="00AB6423">
              <w:rPr>
                <w:sz w:val="18"/>
              </w:rPr>
              <w:t xml:space="preserve"> </w:t>
            </w:r>
            <w:proofErr w:type="spellStart"/>
            <w:r w:rsidRPr="00AB6423">
              <w:rPr>
                <w:sz w:val="18"/>
              </w:rPr>
              <w:t>beban</w:t>
            </w:r>
            <w:proofErr w:type="spellEnd"/>
            <w:r w:rsidRPr="00AB6423">
              <w:rPr>
                <w:sz w:val="18"/>
              </w:rPr>
              <w:t xml:space="preserve"> </w:t>
            </w:r>
            <w:r w:rsidRPr="00AB6423">
              <w:rPr>
                <w:i/>
                <w:iCs/>
                <w:sz w:val="18"/>
              </w:rPr>
              <w:t>overload</w:t>
            </w:r>
            <w:r w:rsidRPr="00AB6423">
              <w:rPr>
                <w:sz w:val="18"/>
              </w:rPr>
              <w:t xml:space="preserve"> </w:t>
            </w:r>
            <w:proofErr w:type="spellStart"/>
            <w:r w:rsidRPr="00AB6423">
              <w:rPr>
                <w:sz w:val="18"/>
              </w:rPr>
              <w:t>berbasis</w:t>
            </w:r>
            <w:proofErr w:type="spellEnd"/>
            <w:r w:rsidRPr="00AB6423">
              <w:rPr>
                <w:sz w:val="18"/>
              </w:rPr>
              <w:t xml:space="preserve"> </w:t>
            </w:r>
            <w:proofErr w:type="spellStart"/>
            <w:r w:rsidRPr="00AB6423">
              <w:rPr>
                <w:sz w:val="18"/>
              </w:rPr>
              <w:t>lendutan</w:t>
            </w:r>
            <w:proofErr w:type="spellEnd"/>
            <w:r w:rsidRPr="00AB6423">
              <w:rPr>
                <w:sz w:val="18"/>
              </w:rPr>
              <w:t xml:space="preserve"> </w:t>
            </w:r>
            <w:proofErr w:type="spellStart"/>
            <w:r w:rsidRPr="00AB6423">
              <w:rPr>
                <w:sz w:val="18"/>
              </w:rPr>
              <w:t>maksimum</w:t>
            </w:r>
            <w:proofErr w:type="spellEnd"/>
            <w:r w:rsidRPr="00AB6423">
              <w:rPr>
                <w:sz w:val="18"/>
              </w:rPr>
              <w:t xml:space="preserve"> (D1) dan </w:t>
            </w:r>
            <w:proofErr w:type="spellStart"/>
            <w:r w:rsidRPr="00AB6423">
              <w:rPr>
                <w:sz w:val="18"/>
              </w:rPr>
              <w:t>modifikasi</w:t>
            </w:r>
            <w:proofErr w:type="spellEnd"/>
            <w:r w:rsidRPr="00AB6423">
              <w:rPr>
                <w:sz w:val="18"/>
              </w:rPr>
              <w:t xml:space="preserve"> </w:t>
            </w:r>
            <w:proofErr w:type="spellStart"/>
            <w:r w:rsidRPr="00AB6423">
              <w:rPr>
                <w:sz w:val="18"/>
              </w:rPr>
              <w:t>persamaan</w:t>
            </w:r>
            <w:proofErr w:type="spellEnd"/>
            <w:r w:rsidRPr="00AB6423">
              <w:rPr>
                <w:sz w:val="18"/>
              </w:rPr>
              <w:t xml:space="preserve"> EAL.</w:t>
            </w:r>
          </w:p>
        </w:tc>
      </w:tr>
      <w:tr w:rsidR="00021266" w14:paraId="2033B095" w14:textId="77777777">
        <w:trPr>
          <w:jc w:val="center"/>
        </w:trPr>
        <w:tc>
          <w:tcPr>
            <w:tcW w:w="4561" w:type="dxa"/>
            <w:shd w:val="clear" w:color="auto" w:fill="EAF2F8"/>
            <w:tcMar>
              <w:top w:w="90" w:type="dxa"/>
              <w:left w:w="90" w:type="dxa"/>
              <w:bottom w:w="90" w:type="dxa"/>
              <w:right w:w="90" w:type="dxa"/>
            </w:tcMar>
            <w:vAlign w:val="center"/>
          </w:tcPr>
          <w:p w14:paraId="2C7C23E3" w14:textId="77777777" w:rsidR="00021266" w:rsidRDefault="00000000">
            <w:pPr>
              <w:spacing w:after="0"/>
            </w:pPr>
            <w:r>
              <w:rPr>
                <w:b/>
                <w:sz w:val="18"/>
              </w:rPr>
              <w:t>Posisi penelitian tahun ini</w:t>
            </w:r>
          </w:p>
        </w:tc>
        <w:tc>
          <w:tcPr>
            <w:tcW w:w="4561" w:type="dxa"/>
            <w:tcMar>
              <w:top w:w="90" w:type="dxa"/>
              <w:left w:w="90" w:type="dxa"/>
              <w:bottom w:w="90" w:type="dxa"/>
              <w:right w:w="90" w:type="dxa"/>
            </w:tcMar>
            <w:vAlign w:val="center"/>
          </w:tcPr>
          <w:p w14:paraId="3179941B" w14:textId="45F07D9F" w:rsidR="00021266" w:rsidRDefault="00AB6423" w:rsidP="006B2097">
            <w:pPr>
              <w:spacing w:after="0"/>
              <w:jc w:val="both"/>
            </w:pPr>
            <w:proofErr w:type="spellStart"/>
            <w:r w:rsidRPr="00AB6423">
              <w:rPr>
                <w:sz w:val="18"/>
              </w:rPr>
              <w:t>Karakterisasi</w:t>
            </w:r>
            <w:proofErr w:type="spellEnd"/>
            <w:r w:rsidRPr="00AB6423">
              <w:rPr>
                <w:sz w:val="18"/>
              </w:rPr>
              <w:t xml:space="preserve"> </w:t>
            </w:r>
            <w:proofErr w:type="spellStart"/>
            <w:r w:rsidRPr="00AB6423">
              <w:rPr>
                <w:sz w:val="18"/>
              </w:rPr>
              <w:t>degradasi</w:t>
            </w:r>
            <w:proofErr w:type="spellEnd"/>
            <w:r w:rsidRPr="00AB6423">
              <w:rPr>
                <w:sz w:val="18"/>
              </w:rPr>
              <w:t xml:space="preserve"> lapis demi lapis </w:t>
            </w:r>
            <w:proofErr w:type="spellStart"/>
            <w:r w:rsidRPr="00AB6423">
              <w:rPr>
                <w:sz w:val="18"/>
              </w:rPr>
              <w:t>secara</w:t>
            </w:r>
            <w:proofErr w:type="spellEnd"/>
            <w:r w:rsidRPr="00AB6423">
              <w:rPr>
                <w:sz w:val="18"/>
              </w:rPr>
              <w:t xml:space="preserve"> </w:t>
            </w:r>
            <w:proofErr w:type="spellStart"/>
            <w:r w:rsidRPr="00AB6423">
              <w:rPr>
                <w:sz w:val="18"/>
              </w:rPr>
              <w:t>mekanistik</w:t>
            </w:r>
            <w:proofErr w:type="spellEnd"/>
            <w:r w:rsidRPr="00AB6423">
              <w:rPr>
                <w:sz w:val="18"/>
              </w:rPr>
              <w:t xml:space="preserve"> </w:t>
            </w:r>
            <w:proofErr w:type="spellStart"/>
            <w:r w:rsidRPr="00AB6423">
              <w:rPr>
                <w:sz w:val="18"/>
              </w:rPr>
              <w:t>menggunakan</w:t>
            </w:r>
            <w:proofErr w:type="spellEnd"/>
            <w:r w:rsidRPr="00AB6423">
              <w:rPr>
                <w:sz w:val="18"/>
              </w:rPr>
              <w:t xml:space="preserve"> parameter </w:t>
            </w:r>
            <w:proofErr w:type="spellStart"/>
            <w:r w:rsidRPr="00AB6423">
              <w:rPr>
                <w:sz w:val="18"/>
              </w:rPr>
              <w:t>cekungan</w:t>
            </w:r>
            <w:proofErr w:type="spellEnd"/>
            <w:r w:rsidRPr="00AB6423">
              <w:rPr>
                <w:sz w:val="18"/>
              </w:rPr>
              <w:t xml:space="preserve"> </w:t>
            </w:r>
            <w:proofErr w:type="spellStart"/>
            <w:r w:rsidRPr="00AB6423">
              <w:rPr>
                <w:sz w:val="18"/>
              </w:rPr>
              <w:t>lendutan</w:t>
            </w:r>
            <w:proofErr w:type="spellEnd"/>
            <w:r w:rsidRPr="00AB6423">
              <w:rPr>
                <w:sz w:val="18"/>
              </w:rPr>
              <w:t xml:space="preserve"> </w:t>
            </w:r>
            <w:proofErr w:type="spellStart"/>
            <w:r w:rsidRPr="00AB6423">
              <w:rPr>
                <w:sz w:val="18"/>
              </w:rPr>
              <w:t>penuh</w:t>
            </w:r>
            <w:proofErr w:type="spellEnd"/>
            <w:r w:rsidRPr="00AB6423">
              <w:rPr>
                <w:sz w:val="18"/>
              </w:rPr>
              <w:t xml:space="preserve"> (SCI dan BDI) </w:t>
            </w:r>
            <w:proofErr w:type="spellStart"/>
            <w:r w:rsidRPr="00AB6423">
              <w:rPr>
                <w:sz w:val="18"/>
              </w:rPr>
              <w:t>dari</w:t>
            </w:r>
            <w:proofErr w:type="spellEnd"/>
            <w:r w:rsidRPr="00AB6423">
              <w:rPr>
                <w:sz w:val="18"/>
              </w:rPr>
              <w:t xml:space="preserve"> </w:t>
            </w:r>
            <w:proofErr w:type="spellStart"/>
            <w:r w:rsidRPr="00AB6423">
              <w:rPr>
                <w:sz w:val="18"/>
              </w:rPr>
              <w:t>instrumen</w:t>
            </w:r>
            <w:proofErr w:type="spellEnd"/>
            <w:r w:rsidRPr="00AB6423">
              <w:rPr>
                <w:sz w:val="18"/>
              </w:rPr>
              <w:t xml:space="preserve"> FWD </w:t>
            </w:r>
            <w:r w:rsidRPr="00AB6423">
              <w:rPr>
                <w:i/>
                <w:iCs/>
                <w:sz w:val="18"/>
              </w:rPr>
              <w:t>in-situ</w:t>
            </w:r>
            <w:r w:rsidRPr="00AB6423">
              <w:rPr>
                <w:sz w:val="18"/>
              </w:rPr>
              <w:t>.</w:t>
            </w:r>
          </w:p>
        </w:tc>
      </w:tr>
      <w:tr w:rsidR="00021266" w14:paraId="609E36A2" w14:textId="77777777">
        <w:trPr>
          <w:jc w:val="center"/>
        </w:trPr>
        <w:tc>
          <w:tcPr>
            <w:tcW w:w="4561" w:type="dxa"/>
            <w:shd w:val="clear" w:color="auto" w:fill="EAF2F8"/>
            <w:tcMar>
              <w:top w:w="90" w:type="dxa"/>
              <w:left w:w="90" w:type="dxa"/>
              <w:bottom w:w="90" w:type="dxa"/>
              <w:right w:w="90" w:type="dxa"/>
            </w:tcMar>
            <w:vAlign w:val="center"/>
          </w:tcPr>
          <w:p w14:paraId="7A09FB03" w14:textId="77777777" w:rsidR="00021266" w:rsidRDefault="00000000">
            <w:pPr>
              <w:spacing w:after="0"/>
            </w:pPr>
            <w:r>
              <w:rPr>
                <w:b/>
                <w:sz w:val="18"/>
              </w:rPr>
              <w:t>Rencana pengembangan berikutnya</w:t>
            </w:r>
          </w:p>
        </w:tc>
        <w:tc>
          <w:tcPr>
            <w:tcW w:w="4561" w:type="dxa"/>
            <w:tcMar>
              <w:top w:w="90" w:type="dxa"/>
              <w:left w:w="90" w:type="dxa"/>
              <w:bottom w:w="90" w:type="dxa"/>
              <w:right w:w="90" w:type="dxa"/>
            </w:tcMar>
            <w:vAlign w:val="center"/>
          </w:tcPr>
          <w:p w14:paraId="6BEF9118" w14:textId="4C2B33D9" w:rsidR="00021266" w:rsidRDefault="00AB6423" w:rsidP="006B2097">
            <w:pPr>
              <w:spacing w:after="0"/>
              <w:jc w:val="both"/>
            </w:pPr>
            <w:proofErr w:type="spellStart"/>
            <w:r w:rsidRPr="00AB6423">
              <w:rPr>
                <w:sz w:val="18"/>
              </w:rPr>
              <w:t>Pengembangan</w:t>
            </w:r>
            <w:proofErr w:type="spellEnd"/>
            <w:r w:rsidRPr="00AB6423">
              <w:rPr>
                <w:sz w:val="18"/>
              </w:rPr>
              <w:t xml:space="preserve"> </w:t>
            </w:r>
            <w:proofErr w:type="spellStart"/>
            <w:r w:rsidRPr="00AB6423">
              <w:rPr>
                <w:sz w:val="18"/>
              </w:rPr>
              <w:t>Sistem</w:t>
            </w:r>
            <w:proofErr w:type="spellEnd"/>
            <w:r w:rsidRPr="00AB6423">
              <w:rPr>
                <w:sz w:val="18"/>
              </w:rPr>
              <w:t xml:space="preserve"> </w:t>
            </w:r>
            <w:proofErr w:type="spellStart"/>
            <w:r w:rsidRPr="00AB6423">
              <w:rPr>
                <w:sz w:val="18"/>
              </w:rPr>
              <w:t>Manajemen</w:t>
            </w:r>
            <w:proofErr w:type="spellEnd"/>
            <w:r w:rsidRPr="00AB6423">
              <w:rPr>
                <w:sz w:val="18"/>
              </w:rPr>
              <w:t xml:space="preserve"> </w:t>
            </w:r>
            <w:proofErr w:type="spellStart"/>
            <w:r w:rsidRPr="00AB6423">
              <w:rPr>
                <w:sz w:val="18"/>
              </w:rPr>
              <w:t>Perkerasan</w:t>
            </w:r>
            <w:proofErr w:type="spellEnd"/>
            <w:r w:rsidRPr="00AB6423">
              <w:rPr>
                <w:sz w:val="18"/>
              </w:rPr>
              <w:t xml:space="preserve"> (</w:t>
            </w:r>
            <w:r w:rsidRPr="00AB6423">
              <w:rPr>
                <w:i/>
                <w:iCs/>
                <w:sz w:val="18"/>
              </w:rPr>
              <w:t>Pavement Management System</w:t>
            </w:r>
            <w:r w:rsidRPr="00AB6423">
              <w:rPr>
                <w:sz w:val="18"/>
              </w:rPr>
              <w:t xml:space="preserve">) yang </w:t>
            </w:r>
            <w:proofErr w:type="spellStart"/>
            <w:r w:rsidRPr="00AB6423">
              <w:rPr>
                <w:sz w:val="18"/>
              </w:rPr>
              <w:t>adaptif</w:t>
            </w:r>
            <w:proofErr w:type="spellEnd"/>
            <w:r w:rsidRPr="00AB6423">
              <w:rPr>
                <w:sz w:val="18"/>
              </w:rPr>
              <w:t xml:space="preserve"> </w:t>
            </w:r>
            <w:proofErr w:type="spellStart"/>
            <w:r w:rsidRPr="00AB6423">
              <w:rPr>
                <w:sz w:val="18"/>
              </w:rPr>
              <w:t>terhadap</w:t>
            </w:r>
            <w:proofErr w:type="spellEnd"/>
            <w:r w:rsidRPr="00AB6423">
              <w:rPr>
                <w:sz w:val="18"/>
              </w:rPr>
              <w:t xml:space="preserve"> </w:t>
            </w:r>
            <w:proofErr w:type="spellStart"/>
            <w:r w:rsidRPr="00AB6423">
              <w:rPr>
                <w:sz w:val="18"/>
              </w:rPr>
              <w:t>beban</w:t>
            </w:r>
            <w:proofErr w:type="spellEnd"/>
            <w:r w:rsidRPr="00AB6423">
              <w:rPr>
                <w:sz w:val="18"/>
              </w:rPr>
              <w:t xml:space="preserve"> </w:t>
            </w:r>
            <w:proofErr w:type="spellStart"/>
            <w:r w:rsidRPr="00AB6423">
              <w:rPr>
                <w:sz w:val="18"/>
              </w:rPr>
              <w:t>ekstrem</w:t>
            </w:r>
            <w:proofErr w:type="spellEnd"/>
            <w:r w:rsidRPr="00AB6423">
              <w:rPr>
                <w:sz w:val="18"/>
              </w:rPr>
              <w:t xml:space="preserve"> dan </w:t>
            </w:r>
            <w:proofErr w:type="spellStart"/>
            <w:r w:rsidRPr="00AB6423">
              <w:rPr>
                <w:sz w:val="18"/>
              </w:rPr>
              <w:t>prediksi</w:t>
            </w:r>
            <w:proofErr w:type="spellEnd"/>
            <w:r w:rsidRPr="00AB6423">
              <w:rPr>
                <w:sz w:val="18"/>
              </w:rPr>
              <w:t xml:space="preserve"> </w:t>
            </w:r>
            <w:proofErr w:type="spellStart"/>
            <w:r w:rsidRPr="00AB6423">
              <w:rPr>
                <w:sz w:val="18"/>
              </w:rPr>
              <w:t>sisa</w:t>
            </w:r>
            <w:proofErr w:type="spellEnd"/>
            <w:r w:rsidRPr="00AB6423">
              <w:rPr>
                <w:sz w:val="18"/>
              </w:rPr>
              <w:t xml:space="preserve"> </w:t>
            </w:r>
            <w:proofErr w:type="spellStart"/>
            <w:r w:rsidRPr="00AB6423">
              <w:rPr>
                <w:sz w:val="18"/>
              </w:rPr>
              <w:t>umur</w:t>
            </w:r>
            <w:proofErr w:type="spellEnd"/>
            <w:r w:rsidRPr="00AB6423">
              <w:rPr>
                <w:sz w:val="18"/>
              </w:rPr>
              <w:t xml:space="preserve"> </w:t>
            </w:r>
            <w:proofErr w:type="spellStart"/>
            <w:r w:rsidRPr="00AB6423">
              <w:rPr>
                <w:sz w:val="18"/>
              </w:rPr>
              <w:t>layan</w:t>
            </w:r>
            <w:proofErr w:type="spellEnd"/>
            <w:r w:rsidRPr="00AB6423">
              <w:rPr>
                <w:sz w:val="18"/>
              </w:rPr>
              <w:t xml:space="preserve"> </w:t>
            </w:r>
            <w:proofErr w:type="spellStart"/>
            <w:r w:rsidRPr="00AB6423">
              <w:rPr>
                <w:sz w:val="18"/>
              </w:rPr>
              <w:t>mekanistik</w:t>
            </w:r>
            <w:proofErr w:type="spellEnd"/>
            <w:r w:rsidRPr="00AB6423">
              <w:rPr>
                <w:sz w:val="18"/>
              </w:rPr>
              <w:t xml:space="preserve"> (</w:t>
            </w:r>
            <w:r w:rsidRPr="00AB6423">
              <w:rPr>
                <w:i/>
                <w:iCs/>
                <w:sz w:val="18"/>
              </w:rPr>
              <w:t>Remaining Service Life</w:t>
            </w:r>
            <w:r w:rsidRPr="00AB6423">
              <w:rPr>
                <w:sz w:val="18"/>
              </w:rPr>
              <w:t>).</w:t>
            </w:r>
          </w:p>
        </w:tc>
      </w:tr>
      <w:tr w:rsidR="00021266" w14:paraId="5EDF79BC" w14:textId="77777777">
        <w:trPr>
          <w:jc w:val="center"/>
        </w:trPr>
        <w:tc>
          <w:tcPr>
            <w:tcW w:w="4561" w:type="dxa"/>
            <w:shd w:val="clear" w:color="auto" w:fill="EAF2F8"/>
            <w:tcMar>
              <w:top w:w="90" w:type="dxa"/>
              <w:left w:w="90" w:type="dxa"/>
              <w:bottom w:w="90" w:type="dxa"/>
              <w:right w:w="90" w:type="dxa"/>
            </w:tcMar>
            <w:vAlign w:val="center"/>
          </w:tcPr>
          <w:p w14:paraId="30A2DADD" w14:textId="77777777" w:rsidR="00021266" w:rsidRPr="003F1B29" w:rsidRDefault="00000000">
            <w:pPr>
              <w:spacing w:after="0"/>
              <w:rPr>
                <w:lang w:val="nb-NO"/>
              </w:rPr>
            </w:pPr>
            <w:r w:rsidRPr="003F1B29">
              <w:rPr>
                <w:b/>
                <w:sz w:val="18"/>
                <w:lang w:val="nb-NO"/>
              </w:rPr>
              <w:t>Kontribusi terhadap bidang/tema/kelompok riset</w:t>
            </w:r>
          </w:p>
        </w:tc>
        <w:tc>
          <w:tcPr>
            <w:tcW w:w="4561" w:type="dxa"/>
            <w:tcMar>
              <w:top w:w="90" w:type="dxa"/>
              <w:left w:w="90" w:type="dxa"/>
              <w:bottom w:w="90" w:type="dxa"/>
              <w:right w:w="90" w:type="dxa"/>
            </w:tcMar>
            <w:vAlign w:val="center"/>
          </w:tcPr>
          <w:p w14:paraId="72B32D58" w14:textId="4EAD733B" w:rsidR="00021266" w:rsidRDefault="00AB6423" w:rsidP="006B2097">
            <w:pPr>
              <w:spacing w:after="0"/>
              <w:jc w:val="both"/>
            </w:pPr>
            <w:proofErr w:type="spellStart"/>
            <w:r w:rsidRPr="00AB6423">
              <w:rPr>
                <w:sz w:val="18"/>
              </w:rPr>
              <w:t>Melengkapi</w:t>
            </w:r>
            <w:proofErr w:type="spellEnd"/>
            <w:r w:rsidRPr="00AB6423">
              <w:rPr>
                <w:sz w:val="18"/>
              </w:rPr>
              <w:t xml:space="preserve"> </w:t>
            </w:r>
            <w:proofErr w:type="spellStart"/>
            <w:r w:rsidRPr="00AB6423">
              <w:rPr>
                <w:sz w:val="18"/>
              </w:rPr>
              <w:t>pangkalan</w:t>
            </w:r>
            <w:proofErr w:type="spellEnd"/>
            <w:r w:rsidRPr="00AB6423">
              <w:rPr>
                <w:sz w:val="18"/>
              </w:rPr>
              <w:t xml:space="preserve"> data (</w:t>
            </w:r>
            <w:r w:rsidRPr="00AB6423">
              <w:rPr>
                <w:i/>
                <w:iCs/>
                <w:sz w:val="18"/>
              </w:rPr>
              <w:t>baseline matrix</w:t>
            </w:r>
            <w:r w:rsidRPr="00AB6423">
              <w:rPr>
                <w:sz w:val="18"/>
              </w:rPr>
              <w:t xml:space="preserve">) </w:t>
            </w:r>
            <w:proofErr w:type="spellStart"/>
            <w:r w:rsidRPr="00AB6423">
              <w:rPr>
                <w:sz w:val="18"/>
              </w:rPr>
              <w:t>rekayasa</w:t>
            </w:r>
            <w:proofErr w:type="spellEnd"/>
            <w:r w:rsidRPr="00AB6423">
              <w:rPr>
                <w:sz w:val="18"/>
              </w:rPr>
              <w:t xml:space="preserve"> </w:t>
            </w:r>
            <w:proofErr w:type="spellStart"/>
            <w:r w:rsidRPr="00AB6423">
              <w:rPr>
                <w:sz w:val="18"/>
              </w:rPr>
              <w:t>infrastruktur</w:t>
            </w:r>
            <w:proofErr w:type="spellEnd"/>
            <w:r w:rsidRPr="00AB6423">
              <w:rPr>
                <w:sz w:val="18"/>
              </w:rPr>
              <w:t xml:space="preserve"> LP3M </w:t>
            </w:r>
            <w:proofErr w:type="spellStart"/>
            <w:r w:rsidRPr="00AB6423">
              <w:rPr>
                <w:sz w:val="18"/>
              </w:rPr>
              <w:t>mengenai</w:t>
            </w:r>
            <w:proofErr w:type="spellEnd"/>
            <w:r w:rsidRPr="00AB6423">
              <w:rPr>
                <w:sz w:val="18"/>
              </w:rPr>
              <w:t xml:space="preserve"> </w:t>
            </w:r>
            <w:proofErr w:type="spellStart"/>
            <w:r w:rsidRPr="00AB6423">
              <w:rPr>
                <w:sz w:val="18"/>
              </w:rPr>
              <w:t>ketahanan</w:t>
            </w:r>
            <w:proofErr w:type="spellEnd"/>
            <w:r w:rsidRPr="00AB6423">
              <w:rPr>
                <w:sz w:val="18"/>
              </w:rPr>
              <w:t xml:space="preserve"> </w:t>
            </w:r>
            <w:proofErr w:type="spellStart"/>
            <w:r w:rsidRPr="00AB6423">
              <w:rPr>
                <w:sz w:val="18"/>
              </w:rPr>
              <w:t>infrastruktur</w:t>
            </w:r>
            <w:proofErr w:type="spellEnd"/>
            <w:r w:rsidRPr="00AB6423">
              <w:rPr>
                <w:sz w:val="18"/>
              </w:rPr>
              <w:t xml:space="preserve"> </w:t>
            </w:r>
            <w:proofErr w:type="spellStart"/>
            <w:r w:rsidRPr="00AB6423">
              <w:rPr>
                <w:sz w:val="18"/>
              </w:rPr>
              <w:t>lokal</w:t>
            </w:r>
            <w:proofErr w:type="spellEnd"/>
            <w:r w:rsidRPr="00AB6423">
              <w:rPr>
                <w:sz w:val="18"/>
              </w:rPr>
              <w:t xml:space="preserve"> </w:t>
            </w:r>
            <w:proofErr w:type="spellStart"/>
            <w:r w:rsidRPr="00AB6423">
              <w:rPr>
                <w:sz w:val="18"/>
              </w:rPr>
              <w:t>serta</w:t>
            </w:r>
            <w:proofErr w:type="spellEnd"/>
            <w:r w:rsidRPr="00AB6423">
              <w:rPr>
                <w:sz w:val="18"/>
              </w:rPr>
              <w:t xml:space="preserve"> </w:t>
            </w:r>
            <w:proofErr w:type="spellStart"/>
            <w:r w:rsidRPr="00AB6423">
              <w:rPr>
                <w:sz w:val="18"/>
              </w:rPr>
              <w:t>menyediakan</w:t>
            </w:r>
            <w:proofErr w:type="spellEnd"/>
            <w:r w:rsidRPr="00AB6423">
              <w:rPr>
                <w:sz w:val="18"/>
              </w:rPr>
              <w:t xml:space="preserve"> </w:t>
            </w:r>
            <w:proofErr w:type="spellStart"/>
            <w:r w:rsidRPr="00AB6423">
              <w:rPr>
                <w:sz w:val="18"/>
              </w:rPr>
              <w:t>metode</w:t>
            </w:r>
            <w:proofErr w:type="spellEnd"/>
            <w:r w:rsidRPr="00AB6423">
              <w:rPr>
                <w:sz w:val="18"/>
              </w:rPr>
              <w:t xml:space="preserve"> </w:t>
            </w:r>
            <w:proofErr w:type="spellStart"/>
            <w:r w:rsidRPr="00AB6423">
              <w:rPr>
                <w:sz w:val="18"/>
              </w:rPr>
              <w:t>analisis</w:t>
            </w:r>
            <w:proofErr w:type="spellEnd"/>
            <w:r w:rsidRPr="00AB6423">
              <w:rPr>
                <w:sz w:val="18"/>
              </w:rPr>
              <w:t xml:space="preserve"> </w:t>
            </w:r>
            <w:proofErr w:type="spellStart"/>
            <w:r w:rsidRPr="00AB6423">
              <w:rPr>
                <w:sz w:val="18"/>
              </w:rPr>
              <w:t>forensik</w:t>
            </w:r>
            <w:proofErr w:type="spellEnd"/>
            <w:r w:rsidRPr="00AB6423">
              <w:rPr>
                <w:sz w:val="18"/>
              </w:rPr>
              <w:t xml:space="preserve"> </w:t>
            </w:r>
            <w:proofErr w:type="spellStart"/>
            <w:r w:rsidRPr="00AB6423">
              <w:rPr>
                <w:sz w:val="18"/>
              </w:rPr>
              <w:t>perkerasan</w:t>
            </w:r>
            <w:proofErr w:type="spellEnd"/>
            <w:r w:rsidRPr="00AB6423">
              <w:rPr>
                <w:sz w:val="18"/>
              </w:rPr>
              <w:t xml:space="preserve"> </w:t>
            </w:r>
            <w:proofErr w:type="spellStart"/>
            <w:r w:rsidRPr="00AB6423">
              <w:rPr>
                <w:sz w:val="18"/>
              </w:rPr>
              <w:t>jalan</w:t>
            </w:r>
            <w:proofErr w:type="spellEnd"/>
            <w:r w:rsidRPr="00AB6423">
              <w:rPr>
                <w:sz w:val="18"/>
              </w:rPr>
              <w:t xml:space="preserve"> yang </w:t>
            </w:r>
            <w:proofErr w:type="spellStart"/>
            <w:r w:rsidRPr="00AB6423">
              <w:rPr>
                <w:sz w:val="18"/>
              </w:rPr>
              <w:t>lebih</w:t>
            </w:r>
            <w:proofErr w:type="spellEnd"/>
            <w:r w:rsidRPr="00AB6423">
              <w:rPr>
                <w:sz w:val="18"/>
              </w:rPr>
              <w:t xml:space="preserve"> </w:t>
            </w:r>
            <w:proofErr w:type="spellStart"/>
            <w:r w:rsidRPr="00AB6423">
              <w:rPr>
                <w:sz w:val="18"/>
              </w:rPr>
              <w:t>presisi</w:t>
            </w:r>
            <w:proofErr w:type="spellEnd"/>
            <w:r w:rsidRPr="00AB6423">
              <w:rPr>
                <w:sz w:val="18"/>
              </w:rPr>
              <w:t>.</w:t>
            </w:r>
          </w:p>
        </w:tc>
      </w:tr>
    </w:tbl>
    <w:p w14:paraId="3E4E095F" w14:textId="77777777" w:rsidR="00021266" w:rsidRDefault="00000000">
      <w:pPr>
        <w:spacing w:before="160" w:after="100"/>
      </w:pPr>
      <w:r>
        <w:rPr>
          <w:b/>
          <w:sz w:val="24"/>
        </w:rPr>
        <w:t>F. TUJUAN DAN MANFAAT</w:t>
      </w:r>
    </w:p>
    <w:p w14:paraId="52CA66D0" w14:textId="77777777" w:rsidR="00021266" w:rsidRDefault="00000000" w:rsidP="0043577E">
      <w:pPr>
        <w:jc w:val="both"/>
      </w:pPr>
      <w:r>
        <w:rPr>
          <w:b/>
        </w:rPr>
        <w:t>1. Tujuan</w:t>
      </w:r>
    </w:p>
    <w:p w14:paraId="39D72995" w14:textId="5535473C" w:rsidR="00021266" w:rsidRDefault="006D58AE" w:rsidP="0043577E">
      <w:pPr>
        <w:jc w:val="both"/>
      </w:pPr>
      <w:r>
        <w:t xml:space="preserve">a. </w:t>
      </w:r>
      <w:proofErr w:type="spellStart"/>
      <w:r w:rsidR="00AB6423" w:rsidRPr="00AB6423">
        <w:t>Mengidentifikasi</w:t>
      </w:r>
      <w:proofErr w:type="spellEnd"/>
      <w:r w:rsidR="00AB6423" w:rsidRPr="00AB6423">
        <w:t xml:space="preserve"> dan </w:t>
      </w:r>
      <w:proofErr w:type="spellStart"/>
      <w:r w:rsidR="00AB6423" w:rsidRPr="00AB6423">
        <w:t>menganalisis</w:t>
      </w:r>
      <w:proofErr w:type="spellEnd"/>
      <w:r w:rsidR="00AB6423" w:rsidRPr="00AB6423">
        <w:t xml:space="preserve"> </w:t>
      </w:r>
      <w:proofErr w:type="spellStart"/>
      <w:r w:rsidR="00AB6423" w:rsidRPr="00AB6423">
        <w:t>lonjakan</w:t>
      </w:r>
      <w:proofErr w:type="spellEnd"/>
      <w:r w:rsidR="00AB6423" w:rsidRPr="00AB6423">
        <w:t xml:space="preserve"> </w:t>
      </w:r>
      <w:proofErr w:type="spellStart"/>
      <w:r w:rsidR="00AB6423" w:rsidRPr="00AB6423">
        <w:t>nilai</w:t>
      </w:r>
      <w:proofErr w:type="spellEnd"/>
      <w:r w:rsidR="00AB6423" w:rsidRPr="00AB6423">
        <w:t xml:space="preserve"> </w:t>
      </w:r>
      <w:r w:rsidR="00AB6423" w:rsidRPr="00AB6423">
        <w:rPr>
          <w:i/>
          <w:iCs/>
        </w:rPr>
        <w:t>Surface Curvature Index</w:t>
      </w:r>
      <w:r w:rsidR="00AB6423" w:rsidRPr="00AB6423">
        <w:t xml:space="preserve"> (SCI) dan </w:t>
      </w:r>
      <w:r w:rsidR="00AB6423" w:rsidRPr="00AB6423">
        <w:rPr>
          <w:i/>
          <w:iCs/>
        </w:rPr>
        <w:t>Base Damage Index</w:t>
      </w:r>
      <w:r w:rsidR="00AB6423" w:rsidRPr="00AB6423">
        <w:t xml:space="preserve"> (BDI) </w:t>
      </w:r>
      <w:proofErr w:type="spellStart"/>
      <w:r w:rsidR="00AB6423" w:rsidRPr="00AB6423">
        <w:t>akibat</w:t>
      </w:r>
      <w:proofErr w:type="spellEnd"/>
      <w:r w:rsidR="00AB6423" w:rsidRPr="00AB6423">
        <w:t xml:space="preserve"> </w:t>
      </w:r>
      <w:proofErr w:type="spellStart"/>
      <w:r w:rsidR="00AB6423" w:rsidRPr="00AB6423">
        <w:t>pemodelan</w:t>
      </w:r>
      <w:proofErr w:type="spellEnd"/>
      <w:r w:rsidR="00AB6423" w:rsidRPr="00AB6423">
        <w:t xml:space="preserve"> </w:t>
      </w:r>
      <w:proofErr w:type="spellStart"/>
      <w:r w:rsidR="00AB6423" w:rsidRPr="00AB6423">
        <w:t>pembebanan</w:t>
      </w:r>
      <w:proofErr w:type="spellEnd"/>
      <w:r w:rsidR="00AB6423" w:rsidRPr="00AB6423">
        <w:t xml:space="preserve"> </w:t>
      </w:r>
      <w:r w:rsidR="00AB6423" w:rsidRPr="00AB6423">
        <w:rPr>
          <w:i/>
          <w:iCs/>
        </w:rPr>
        <w:t>overload</w:t>
      </w:r>
      <w:r w:rsidR="00AB6423" w:rsidRPr="00AB6423">
        <w:t xml:space="preserve"> </w:t>
      </w:r>
      <w:proofErr w:type="spellStart"/>
      <w:r w:rsidR="00AB6423" w:rsidRPr="00AB6423">
        <w:t>ekstrem</w:t>
      </w:r>
      <w:proofErr w:type="spellEnd"/>
      <w:r w:rsidR="00AB6423" w:rsidRPr="00AB6423">
        <w:t>.</w:t>
      </w:r>
    </w:p>
    <w:p w14:paraId="0E6301D0" w14:textId="70C8A92F" w:rsidR="00021266" w:rsidRDefault="006D58AE" w:rsidP="0043577E">
      <w:pPr>
        <w:jc w:val="both"/>
      </w:pPr>
      <w:r>
        <w:t xml:space="preserve">b. </w:t>
      </w:r>
      <w:proofErr w:type="spellStart"/>
      <w:r w:rsidR="00AB6423" w:rsidRPr="00AB6423">
        <w:t>Mengkuantifikasi</w:t>
      </w:r>
      <w:proofErr w:type="spellEnd"/>
      <w:r w:rsidR="00AB6423" w:rsidRPr="00AB6423">
        <w:t xml:space="preserve"> </w:t>
      </w:r>
      <w:proofErr w:type="spellStart"/>
      <w:r w:rsidR="00AB6423" w:rsidRPr="00AB6423">
        <w:t>penurunan</w:t>
      </w:r>
      <w:proofErr w:type="spellEnd"/>
      <w:r w:rsidR="00AB6423" w:rsidRPr="00AB6423">
        <w:t xml:space="preserve"> </w:t>
      </w:r>
      <w:proofErr w:type="spellStart"/>
      <w:r w:rsidR="00AB6423" w:rsidRPr="00AB6423">
        <w:t>integritas</w:t>
      </w:r>
      <w:proofErr w:type="spellEnd"/>
      <w:r w:rsidR="00AB6423" w:rsidRPr="00AB6423">
        <w:t xml:space="preserve"> </w:t>
      </w:r>
      <w:proofErr w:type="spellStart"/>
      <w:r w:rsidR="00AB6423" w:rsidRPr="00AB6423">
        <w:t>struktural</w:t>
      </w:r>
      <w:proofErr w:type="spellEnd"/>
      <w:r w:rsidR="00AB6423" w:rsidRPr="00AB6423">
        <w:t xml:space="preserve"> </w:t>
      </w:r>
      <w:proofErr w:type="spellStart"/>
      <w:r w:rsidR="00AB6423" w:rsidRPr="00AB6423">
        <w:t>secara</w:t>
      </w:r>
      <w:proofErr w:type="spellEnd"/>
      <w:r w:rsidR="00AB6423" w:rsidRPr="00AB6423">
        <w:t xml:space="preserve"> </w:t>
      </w:r>
      <w:proofErr w:type="spellStart"/>
      <w:r w:rsidR="00AB6423" w:rsidRPr="00AB6423">
        <w:t>mekanistik</w:t>
      </w:r>
      <w:proofErr w:type="spellEnd"/>
      <w:r w:rsidR="00AB6423" w:rsidRPr="00AB6423">
        <w:t xml:space="preserve"> </w:t>
      </w:r>
      <w:proofErr w:type="spellStart"/>
      <w:r w:rsidR="00AB6423" w:rsidRPr="00AB6423">
        <w:t>spesifik</w:t>
      </w:r>
      <w:proofErr w:type="spellEnd"/>
      <w:r w:rsidR="00AB6423" w:rsidRPr="00AB6423">
        <w:t xml:space="preserve"> pada lapis </w:t>
      </w:r>
      <w:proofErr w:type="spellStart"/>
      <w:r w:rsidR="00AB6423" w:rsidRPr="00AB6423">
        <w:t>permukaan</w:t>
      </w:r>
      <w:proofErr w:type="spellEnd"/>
      <w:r w:rsidR="00AB6423" w:rsidRPr="00AB6423">
        <w:t xml:space="preserve"> </w:t>
      </w:r>
      <w:proofErr w:type="spellStart"/>
      <w:r w:rsidR="00AB6423" w:rsidRPr="00AB6423">
        <w:t>aspal</w:t>
      </w:r>
      <w:proofErr w:type="spellEnd"/>
      <w:r w:rsidR="00AB6423" w:rsidRPr="00AB6423">
        <w:t xml:space="preserve"> dan lapis </w:t>
      </w:r>
      <w:proofErr w:type="spellStart"/>
      <w:r w:rsidR="00AB6423" w:rsidRPr="00AB6423">
        <w:t>fondasi</w:t>
      </w:r>
      <w:proofErr w:type="spellEnd"/>
      <w:r w:rsidR="00AB6423" w:rsidRPr="00AB6423">
        <w:t>.</w:t>
      </w:r>
    </w:p>
    <w:p w14:paraId="07494363" w14:textId="0928AAAF" w:rsidR="00021266" w:rsidRDefault="006D58AE" w:rsidP="0043577E">
      <w:pPr>
        <w:jc w:val="both"/>
      </w:pPr>
      <w:r>
        <w:t xml:space="preserve">c. </w:t>
      </w:r>
      <w:proofErr w:type="spellStart"/>
      <w:r w:rsidR="00AB6423" w:rsidRPr="00AB6423">
        <w:t>Merumuskan</w:t>
      </w:r>
      <w:proofErr w:type="spellEnd"/>
      <w:r w:rsidR="00AB6423" w:rsidRPr="00AB6423">
        <w:t xml:space="preserve"> </w:t>
      </w:r>
      <w:proofErr w:type="spellStart"/>
      <w:r w:rsidR="00AB6423" w:rsidRPr="00AB6423">
        <w:t>korelasi</w:t>
      </w:r>
      <w:proofErr w:type="spellEnd"/>
      <w:r w:rsidR="00AB6423" w:rsidRPr="00AB6423">
        <w:t xml:space="preserve"> </w:t>
      </w:r>
      <w:proofErr w:type="spellStart"/>
      <w:r w:rsidR="00AB6423" w:rsidRPr="00AB6423">
        <w:t>antara</w:t>
      </w:r>
      <w:proofErr w:type="spellEnd"/>
      <w:r w:rsidR="00AB6423" w:rsidRPr="00AB6423">
        <w:t xml:space="preserve"> </w:t>
      </w:r>
      <w:proofErr w:type="spellStart"/>
      <w:r w:rsidR="00AB6423" w:rsidRPr="00AB6423">
        <w:t>eskalasi</w:t>
      </w:r>
      <w:proofErr w:type="spellEnd"/>
      <w:r w:rsidR="00AB6423" w:rsidRPr="00AB6423">
        <w:t xml:space="preserve"> </w:t>
      </w:r>
      <w:proofErr w:type="spellStart"/>
      <w:r w:rsidR="00AB6423" w:rsidRPr="00AB6423">
        <w:t>beban</w:t>
      </w:r>
      <w:proofErr w:type="spellEnd"/>
      <w:r w:rsidR="00AB6423" w:rsidRPr="00AB6423">
        <w:t xml:space="preserve"> </w:t>
      </w:r>
      <w:proofErr w:type="spellStart"/>
      <w:r w:rsidR="00AB6423" w:rsidRPr="00AB6423">
        <w:t>gandar</w:t>
      </w:r>
      <w:proofErr w:type="spellEnd"/>
      <w:r w:rsidR="00AB6423" w:rsidRPr="00AB6423">
        <w:t xml:space="preserve"> </w:t>
      </w:r>
      <w:proofErr w:type="spellStart"/>
      <w:r w:rsidR="00AB6423" w:rsidRPr="00AB6423">
        <w:t>dengan</w:t>
      </w:r>
      <w:proofErr w:type="spellEnd"/>
      <w:r w:rsidR="00AB6423" w:rsidRPr="00AB6423">
        <w:t xml:space="preserve"> </w:t>
      </w:r>
      <w:proofErr w:type="spellStart"/>
      <w:r w:rsidR="00AB6423" w:rsidRPr="00AB6423">
        <w:t>percepatan</w:t>
      </w:r>
      <w:proofErr w:type="spellEnd"/>
      <w:r w:rsidR="00AB6423" w:rsidRPr="00AB6423">
        <w:t xml:space="preserve"> </w:t>
      </w:r>
      <w:proofErr w:type="spellStart"/>
      <w:r w:rsidR="00AB6423" w:rsidRPr="00AB6423">
        <w:t>deformasi</w:t>
      </w:r>
      <w:proofErr w:type="spellEnd"/>
      <w:r w:rsidR="00AB6423" w:rsidRPr="00AB6423">
        <w:t xml:space="preserve"> </w:t>
      </w:r>
      <w:proofErr w:type="spellStart"/>
      <w:r w:rsidR="00AB6423" w:rsidRPr="00AB6423">
        <w:t>cekungan</w:t>
      </w:r>
      <w:proofErr w:type="spellEnd"/>
      <w:r w:rsidR="00AB6423" w:rsidRPr="00AB6423">
        <w:t xml:space="preserve"> </w:t>
      </w:r>
      <w:proofErr w:type="spellStart"/>
      <w:r w:rsidR="00AB6423" w:rsidRPr="00AB6423">
        <w:t>lendutan</w:t>
      </w:r>
      <w:proofErr w:type="spellEnd"/>
      <w:r w:rsidR="00AB6423" w:rsidRPr="00AB6423">
        <w:t xml:space="preserve"> di </w:t>
      </w:r>
      <w:proofErr w:type="spellStart"/>
      <w:r w:rsidR="00AB6423" w:rsidRPr="00AB6423">
        <w:t>lapangan</w:t>
      </w:r>
      <w:proofErr w:type="spellEnd"/>
      <w:r w:rsidR="0043577E" w:rsidRPr="0043577E">
        <w:t>.</w:t>
      </w:r>
    </w:p>
    <w:p w14:paraId="20AAD0A2" w14:textId="77777777" w:rsidR="00021266" w:rsidRDefault="00000000">
      <w:r>
        <w:rPr>
          <w:b/>
        </w:rPr>
        <w:t>2. Manfaat</w:t>
      </w:r>
    </w:p>
    <w:p w14:paraId="0A18CB07" w14:textId="40EDAB78" w:rsidR="00021266" w:rsidRDefault="00AB6423" w:rsidP="0028281C">
      <w:pPr>
        <w:ind w:firstLine="720"/>
        <w:jc w:val="both"/>
      </w:pPr>
      <w:proofErr w:type="spellStart"/>
      <w:r w:rsidRPr="00AB6423">
        <w:t>Memberikan</w:t>
      </w:r>
      <w:proofErr w:type="spellEnd"/>
      <w:r w:rsidRPr="00AB6423">
        <w:t xml:space="preserve"> diagnosis </w:t>
      </w:r>
      <w:proofErr w:type="spellStart"/>
      <w:r w:rsidRPr="00AB6423">
        <w:t>kondisi</w:t>
      </w:r>
      <w:proofErr w:type="spellEnd"/>
      <w:r w:rsidRPr="00AB6423">
        <w:t xml:space="preserve"> </w:t>
      </w:r>
      <w:proofErr w:type="spellStart"/>
      <w:r w:rsidRPr="00AB6423">
        <w:t>perkerasan</w:t>
      </w:r>
      <w:proofErr w:type="spellEnd"/>
      <w:r w:rsidRPr="00AB6423">
        <w:t xml:space="preserve"> </w:t>
      </w:r>
      <w:proofErr w:type="spellStart"/>
      <w:r w:rsidRPr="00AB6423">
        <w:t>jalan</w:t>
      </w:r>
      <w:proofErr w:type="spellEnd"/>
      <w:r w:rsidRPr="00AB6423">
        <w:t xml:space="preserve"> </w:t>
      </w:r>
      <w:proofErr w:type="spellStart"/>
      <w:r w:rsidRPr="00AB6423">
        <w:t>raya</w:t>
      </w:r>
      <w:proofErr w:type="spellEnd"/>
      <w:r w:rsidRPr="00AB6423">
        <w:t xml:space="preserve"> yang </w:t>
      </w:r>
      <w:proofErr w:type="spellStart"/>
      <w:r w:rsidRPr="00AB6423">
        <w:t>obyektif</w:t>
      </w:r>
      <w:proofErr w:type="spellEnd"/>
      <w:r w:rsidRPr="00AB6423">
        <w:t xml:space="preserve"> </w:t>
      </w:r>
      <w:proofErr w:type="spellStart"/>
      <w:r w:rsidRPr="00AB6423">
        <w:t>sehingga</w:t>
      </w:r>
      <w:proofErr w:type="spellEnd"/>
      <w:r w:rsidRPr="00AB6423">
        <w:t xml:space="preserve"> </w:t>
      </w:r>
      <w:proofErr w:type="spellStart"/>
      <w:r w:rsidRPr="00AB6423">
        <w:t>dapat</w:t>
      </w:r>
      <w:proofErr w:type="spellEnd"/>
      <w:r w:rsidRPr="00AB6423">
        <w:t xml:space="preserve"> </w:t>
      </w:r>
      <w:proofErr w:type="spellStart"/>
      <w:r w:rsidRPr="00AB6423">
        <w:t>menjadi</w:t>
      </w:r>
      <w:proofErr w:type="spellEnd"/>
      <w:r w:rsidRPr="00AB6423">
        <w:t xml:space="preserve"> </w:t>
      </w:r>
      <w:proofErr w:type="spellStart"/>
      <w:r w:rsidRPr="00AB6423">
        <w:t>rekomendasi</w:t>
      </w:r>
      <w:proofErr w:type="spellEnd"/>
      <w:r w:rsidRPr="00AB6423">
        <w:t xml:space="preserve"> </w:t>
      </w:r>
      <w:proofErr w:type="spellStart"/>
      <w:r w:rsidRPr="00AB6423">
        <w:t>teknis</w:t>
      </w:r>
      <w:proofErr w:type="spellEnd"/>
      <w:r w:rsidRPr="00AB6423">
        <w:t xml:space="preserve"> yang </w:t>
      </w:r>
      <w:proofErr w:type="spellStart"/>
      <w:r w:rsidRPr="00AB6423">
        <w:t>komprehensif</w:t>
      </w:r>
      <w:proofErr w:type="spellEnd"/>
      <w:r w:rsidRPr="00AB6423">
        <w:t xml:space="preserve"> </w:t>
      </w:r>
      <w:proofErr w:type="spellStart"/>
      <w:r w:rsidRPr="00AB6423">
        <w:t>bagi</w:t>
      </w:r>
      <w:proofErr w:type="spellEnd"/>
      <w:r w:rsidRPr="00AB6423">
        <w:t xml:space="preserve"> </w:t>
      </w:r>
      <w:proofErr w:type="spellStart"/>
      <w:r w:rsidRPr="00AB6423">
        <w:t>praktisi</w:t>
      </w:r>
      <w:proofErr w:type="spellEnd"/>
      <w:r w:rsidRPr="00AB6423">
        <w:t xml:space="preserve"> </w:t>
      </w:r>
      <w:proofErr w:type="spellStart"/>
      <w:r w:rsidRPr="00AB6423">
        <w:t>infrastruktur</w:t>
      </w:r>
      <w:proofErr w:type="spellEnd"/>
      <w:r w:rsidRPr="00AB6423">
        <w:t xml:space="preserve"> (Dinas </w:t>
      </w:r>
      <w:proofErr w:type="spellStart"/>
      <w:r w:rsidRPr="00AB6423">
        <w:t>Pekerjaan</w:t>
      </w:r>
      <w:proofErr w:type="spellEnd"/>
      <w:r w:rsidRPr="00AB6423">
        <w:t xml:space="preserve"> </w:t>
      </w:r>
      <w:proofErr w:type="spellStart"/>
      <w:r w:rsidRPr="00AB6423">
        <w:t>Umum</w:t>
      </w:r>
      <w:proofErr w:type="spellEnd"/>
      <w:r w:rsidRPr="00AB6423">
        <w:t xml:space="preserve">) </w:t>
      </w:r>
      <w:proofErr w:type="spellStart"/>
      <w:r w:rsidRPr="00AB6423">
        <w:t>dalam</w:t>
      </w:r>
      <w:proofErr w:type="spellEnd"/>
      <w:r w:rsidRPr="00AB6423">
        <w:t xml:space="preserve"> </w:t>
      </w:r>
      <w:proofErr w:type="spellStart"/>
      <w:r w:rsidRPr="00AB6423">
        <w:t>merencanakan</w:t>
      </w:r>
      <w:proofErr w:type="spellEnd"/>
      <w:r w:rsidRPr="00AB6423">
        <w:t xml:space="preserve"> </w:t>
      </w:r>
      <w:proofErr w:type="spellStart"/>
      <w:r w:rsidRPr="00AB6423">
        <w:t>pemeliharaan</w:t>
      </w:r>
      <w:proofErr w:type="spellEnd"/>
      <w:r w:rsidRPr="00AB6423">
        <w:t xml:space="preserve"> dan </w:t>
      </w:r>
      <w:proofErr w:type="spellStart"/>
      <w:r w:rsidRPr="00AB6423">
        <w:t>penebalan</w:t>
      </w:r>
      <w:proofErr w:type="spellEnd"/>
      <w:r w:rsidRPr="00AB6423">
        <w:t xml:space="preserve"> lapis </w:t>
      </w:r>
      <w:proofErr w:type="spellStart"/>
      <w:r w:rsidRPr="00AB6423">
        <w:t>tambah</w:t>
      </w:r>
      <w:proofErr w:type="spellEnd"/>
      <w:r w:rsidRPr="00AB6423">
        <w:t xml:space="preserve"> (</w:t>
      </w:r>
      <w:r w:rsidRPr="00AB6423">
        <w:rPr>
          <w:i/>
          <w:iCs/>
        </w:rPr>
        <w:t>overlay</w:t>
      </w:r>
      <w:r w:rsidRPr="00AB6423">
        <w:t xml:space="preserve">) </w:t>
      </w:r>
      <w:proofErr w:type="spellStart"/>
      <w:r w:rsidRPr="00AB6423">
        <w:t>secara</w:t>
      </w:r>
      <w:proofErr w:type="spellEnd"/>
      <w:r w:rsidRPr="00AB6423">
        <w:t xml:space="preserve"> </w:t>
      </w:r>
      <w:proofErr w:type="spellStart"/>
      <w:r w:rsidRPr="00AB6423">
        <w:t>efektif</w:t>
      </w:r>
      <w:proofErr w:type="spellEnd"/>
      <w:r w:rsidRPr="00AB6423">
        <w:t xml:space="preserve"> dan </w:t>
      </w:r>
      <w:proofErr w:type="spellStart"/>
      <w:r w:rsidRPr="00AB6423">
        <w:t>efisien</w:t>
      </w:r>
      <w:proofErr w:type="spellEnd"/>
      <w:r w:rsidRPr="00AB6423">
        <w:t>.</w:t>
      </w:r>
    </w:p>
    <w:p w14:paraId="74317F17" w14:textId="77777777" w:rsidR="00021266" w:rsidRDefault="00000000">
      <w:pPr>
        <w:spacing w:before="160" w:after="100"/>
      </w:pPr>
      <w:r>
        <w:rPr>
          <w:b/>
          <w:sz w:val="24"/>
        </w:rPr>
        <w:t>G. METODE PENELITIAN</w:t>
      </w:r>
    </w:p>
    <w:p w14:paraId="29E5945C" w14:textId="77777777" w:rsidR="00021266" w:rsidRPr="003F1B29" w:rsidRDefault="00000000" w:rsidP="006D58AE">
      <w:pPr>
        <w:jc w:val="both"/>
        <w:rPr>
          <w:lang w:val="nb-NO"/>
        </w:rPr>
      </w:pPr>
      <w:r w:rsidRPr="003F1B29">
        <w:rPr>
          <w:lang w:val="nb-NO"/>
        </w:rPr>
        <w:t>Jelaskan secara sederhana dan sesuai karakter penelitian: desain/pendekatan, subjek/objek atau sumber data, tahapan penelitian, teknik pengumpulan data, dan analisis data. Maksimal 2 halaman.</w:t>
      </w:r>
    </w:p>
    <w:p w14:paraId="57F6CCF7" w14:textId="008B0911" w:rsidR="0028281C" w:rsidRDefault="00AB6423" w:rsidP="007F6E33">
      <w:pPr>
        <w:ind w:firstLine="720"/>
        <w:jc w:val="both"/>
      </w:pPr>
      <w:proofErr w:type="spellStart"/>
      <w:r w:rsidRPr="00AB6423">
        <w:t>Penelitian</w:t>
      </w:r>
      <w:proofErr w:type="spellEnd"/>
      <w:r w:rsidRPr="00AB6423">
        <w:t xml:space="preserve"> </w:t>
      </w:r>
      <w:proofErr w:type="spellStart"/>
      <w:r w:rsidRPr="00AB6423">
        <w:t>ini</w:t>
      </w:r>
      <w:proofErr w:type="spellEnd"/>
      <w:r w:rsidRPr="00AB6423">
        <w:t xml:space="preserve"> </w:t>
      </w:r>
      <w:proofErr w:type="spellStart"/>
      <w:r w:rsidRPr="00AB6423">
        <w:t>menggunakan</w:t>
      </w:r>
      <w:proofErr w:type="spellEnd"/>
      <w:r w:rsidRPr="00AB6423">
        <w:t xml:space="preserve"> </w:t>
      </w:r>
      <w:proofErr w:type="spellStart"/>
      <w:r w:rsidRPr="00AB6423">
        <w:t>pendekatan</w:t>
      </w:r>
      <w:proofErr w:type="spellEnd"/>
      <w:r w:rsidRPr="00AB6423">
        <w:t xml:space="preserve"> </w:t>
      </w:r>
      <w:proofErr w:type="spellStart"/>
      <w:r w:rsidRPr="00AB6423">
        <w:t>kuantitatif</w:t>
      </w:r>
      <w:proofErr w:type="spellEnd"/>
      <w:r w:rsidRPr="00AB6423">
        <w:t xml:space="preserve"> </w:t>
      </w:r>
      <w:proofErr w:type="spellStart"/>
      <w:r w:rsidRPr="00AB6423">
        <w:t>analitik</w:t>
      </w:r>
      <w:proofErr w:type="spellEnd"/>
      <w:r w:rsidRPr="00AB6423">
        <w:t xml:space="preserve"> </w:t>
      </w:r>
      <w:proofErr w:type="spellStart"/>
      <w:r w:rsidRPr="00AB6423">
        <w:t>berbasis</w:t>
      </w:r>
      <w:proofErr w:type="spellEnd"/>
      <w:r w:rsidRPr="00AB6423">
        <w:t xml:space="preserve"> </w:t>
      </w:r>
      <w:proofErr w:type="spellStart"/>
      <w:r w:rsidRPr="00AB6423">
        <w:t>mekanistik-empiris</w:t>
      </w:r>
      <w:proofErr w:type="spellEnd"/>
      <w:r w:rsidRPr="00AB6423">
        <w:t xml:space="preserve">. Data primer </w:t>
      </w:r>
      <w:proofErr w:type="spellStart"/>
      <w:r w:rsidRPr="00AB6423">
        <w:t>berupa</w:t>
      </w:r>
      <w:proofErr w:type="spellEnd"/>
      <w:r w:rsidRPr="00AB6423">
        <w:t xml:space="preserve"> data </w:t>
      </w:r>
      <w:proofErr w:type="spellStart"/>
      <w:r w:rsidRPr="00AB6423">
        <w:t>historis</w:t>
      </w:r>
      <w:proofErr w:type="spellEnd"/>
      <w:r w:rsidRPr="00AB6423">
        <w:t xml:space="preserve"> </w:t>
      </w:r>
      <w:proofErr w:type="spellStart"/>
      <w:r w:rsidRPr="00AB6423">
        <w:t>pengujian</w:t>
      </w:r>
      <w:proofErr w:type="spellEnd"/>
      <w:r w:rsidRPr="00AB6423">
        <w:t xml:space="preserve"> </w:t>
      </w:r>
      <w:proofErr w:type="spellStart"/>
      <w:r w:rsidRPr="00AB6423">
        <w:t>beban</w:t>
      </w:r>
      <w:proofErr w:type="spellEnd"/>
      <w:r w:rsidRPr="00AB6423">
        <w:t xml:space="preserve"> </w:t>
      </w:r>
      <w:proofErr w:type="spellStart"/>
      <w:r w:rsidRPr="00AB6423">
        <w:t>impuls</w:t>
      </w:r>
      <w:proofErr w:type="spellEnd"/>
      <w:r w:rsidRPr="00AB6423">
        <w:t xml:space="preserve"> </w:t>
      </w:r>
      <w:r w:rsidRPr="00AB6423">
        <w:rPr>
          <w:i/>
          <w:iCs/>
        </w:rPr>
        <w:t>Falling Weight Deflectometer</w:t>
      </w:r>
      <w:r w:rsidRPr="00AB6423">
        <w:t xml:space="preserve"> (FWD) </w:t>
      </w:r>
      <w:r w:rsidRPr="00AB6423">
        <w:rPr>
          <w:i/>
          <w:iCs/>
        </w:rPr>
        <w:t>in-situ</w:t>
      </w:r>
      <w:r w:rsidRPr="00AB6423">
        <w:t xml:space="preserve"> pada </w:t>
      </w:r>
      <w:proofErr w:type="spellStart"/>
      <w:r w:rsidRPr="00AB6423">
        <w:t>ruas</w:t>
      </w:r>
      <w:proofErr w:type="spellEnd"/>
      <w:r w:rsidRPr="00AB6423">
        <w:t xml:space="preserve"> </w:t>
      </w:r>
      <w:proofErr w:type="spellStart"/>
      <w:r w:rsidRPr="00AB6423">
        <w:t>jalan</w:t>
      </w:r>
      <w:proofErr w:type="spellEnd"/>
      <w:r w:rsidRPr="00AB6423">
        <w:t xml:space="preserve"> </w:t>
      </w:r>
      <w:proofErr w:type="spellStart"/>
      <w:r w:rsidRPr="00AB6423">
        <w:t>lentur</w:t>
      </w:r>
      <w:proofErr w:type="spellEnd"/>
      <w:r w:rsidRPr="00AB6423">
        <w:t xml:space="preserve"> yang </w:t>
      </w:r>
      <w:proofErr w:type="spellStart"/>
      <w:r w:rsidRPr="00AB6423">
        <w:t>merekam</w:t>
      </w:r>
      <w:proofErr w:type="spellEnd"/>
      <w:r w:rsidRPr="00AB6423">
        <w:t xml:space="preserve"> </w:t>
      </w:r>
      <w:proofErr w:type="spellStart"/>
      <w:r w:rsidRPr="00AB6423">
        <w:t>nilai</w:t>
      </w:r>
      <w:proofErr w:type="spellEnd"/>
      <w:r w:rsidRPr="00AB6423">
        <w:t xml:space="preserve"> </w:t>
      </w:r>
      <w:proofErr w:type="spellStart"/>
      <w:r w:rsidRPr="00AB6423">
        <w:t>defleksi</w:t>
      </w:r>
      <w:proofErr w:type="spellEnd"/>
      <w:r w:rsidRPr="00AB6423">
        <w:t xml:space="preserve"> pada 7 sensor (</w:t>
      </w:r>
      <w:r w:rsidRPr="00AB6423">
        <w:rPr>
          <w:i/>
          <w:iCs/>
        </w:rPr>
        <w:t>geophone</w:t>
      </w:r>
      <w:r w:rsidRPr="00AB6423">
        <w:t xml:space="preserve">) </w:t>
      </w:r>
      <w:proofErr w:type="spellStart"/>
      <w:r w:rsidRPr="00AB6423">
        <w:t>berjarak</w:t>
      </w:r>
      <w:proofErr w:type="spellEnd"/>
      <w:r w:rsidRPr="00AB6423">
        <w:t xml:space="preserve"> 0, 300, 600, 750, 900, 1200, dan 1500 mm. </w:t>
      </w:r>
      <w:proofErr w:type="spellStart"/>
      <w:r w:rsidRPr="00AB6423">
        <w:t>Pemodelan</w:t>
      </w:r>
      <w:proofErr w:type="spellEnd"/>
      <w:r w:rsidRPr="00AB6423">
        <w:t xml:space="preserve"> </w:t>
      </w:r>
      <w:proofErr w:type="spellStart"/>
      <w:r w:rsidRPr="00AB6423">
        <w:t>beban</w:t>
      </w:r>
      <w:proofErr w:type="spellEnd"/>
      <w:r w:rsidRPr="00AB6423">
        <w:t xml:space="preserve"> </w:t>
      </w:r>
      <w:proofErr w:type="spellStart"/>
      <w:r w:rsidRPr="00AB6423">
        <w:t>akan</w:t>
      </w:r>
      <w:proofErr w:type="spellEnd"/>
      <w:r w:rsidRPr="00AB6423">
        <w:t xml:space="preserve"> </w:t>
      </w:r>
      <w:proofErr w:type="spellStart"/>
      <w:r w:rsidRPr="00AB6423">
        <w:t>menggunakan</w:t>
      </w:r>
      <w:proofErr w:type="spellEnd"/>
      <w:r w:rsidRPr="00AB6423">
        <w:t xml:space="preserve"> </w:t>
      </w:r>
      <w:proofErr w:type="spellStart"/>
      <w:r w:rsidRPr="00AB6423">
        <w:t>tiga</w:t>
      </w:r>
      <w:proofErr w:type="spellEnd"/>
      <w:r w:rsidRPr="00AB6423">
        <w:t xml:space="preserve"> </w:t>
      </w:r>
      <w:proofErr w:type="spellStart"/>
      <w:r w:rsidRPr="00AB6423">
        <w:t>kelas</w:t>
      </w:r>
      <w:proofErr w:type="spellEnd"/>
      <w:r w:rsidRPr="00AB6423">
        <w:t xml:space="preserve"> </w:t>
      </w:r>
      <w:proofErr w:type="spellStart"/>
      <w:r w:rsidRPr="00AB6423">
        <w:t>muatan</w:t>
      </w:r>
      <w:proofErr w:type="spellEnd"/>
      <w:r w:rsidRPr="00AB6423">
        <w:t xml:space="preserve">: </w:t>
      </w:r>
      <w:proofErr w:type="spellStart"/>
      <w:r w:rsidRPr="00AB6423">
        <w:t>beban</w:t>
      </w:r>
      <w:proofErr w:type="spellEnd"/>
      <w:r w:rsidRPr="00AB6423">
        <w:t xml:space="preserve"> </w:t>
      </w:r>
      <w:proofErr w:type="spellStart"/>
      <w:r w:rsidRPr="00AB6423">
        <w:t>standar</w:t>
      </w:r>
      <w:proofErr w:type="spellEnd"/>
      <w:r w:rsidRPr="00AB6423">
        <w:t xml:space="preserve"> (8,16 ton), </w:t>
      </w:r>
      <w:proofErr w:type="spellStart"/>
      <w:r w:rsidRPr="00AB6423">
        <w:t>beban</w:t>
      </w:r>
      <w:proofErr w:type="spellEnd"/>
      <w:r w:rsidRPr="00AB6423">
        <w:t xml:space="preserve"> </w:t>
      </w:r>
      <w:r w:rsidRPr="00AB6423">
        <w:rPr>
          <w:i/>
          <w:iCs/>
        </w:rPr>
        <w:t>overload</w:t>
      </w:r>
      <w:r w:rsidRPr="00AB6423">
        <w:t xml:space="preserve"> (12 ton), dan </w:t>
      </w:r>
      <w:proofErr w:type="spellStart"/>
      <w:r w:rsidRPr="00AB6423">
        <w:t>beban</w:t>
      </w:r>
      <w:proofErr w:type="spellEnd"/>
      <w:r w:rsidRPr="00AB6423">
        <w:t xml:space="preserve"> </w:t>
      </w:r>
      <w:r w:rsidRPr="00AB6423">
        <w:rPr>
          <w:i/>
          <w:iCs/>
        </w:rPr>
        <w:t>overload</w:t>
      </w:r>
      <w:r w:rsidRPr="00AB6423">
        <w:t xml:space="preserve"> </w:t>
      </w:r>
      <w:proofErr w:type="spellStart"/>
      <w:r w:rsidRPr="00AB6423">
        <w:t>ekstrem</w:t>
      </w:r>
      <w:proofErr w:type="spellEnd"/>
      <w:r w:rsidRPr="00AB6423">
        <w:t xml:space="preserve"> (16 ton).</w:t>
      </w:r>
    </w:p>
    <w:p w14:paraId="2589BD81" w14:textId="77777777" w:rsidR="00AB6423" w:rsidRPr="00AB6423" w:rsidRDefault="00AB6423" w:rsidP="00AB6423">
      <w:pPr>
        <w:pStyle w:val="ListParagraph"/>
        <w:jc w:val="both"/>
        <w:rPr>
          <w:lang w:val="en-ID"/>
        </w:rPr>
      </w:pPr>
      <w:proofErr w:type="spellStart"/>
      <w:r w:rsidRPr="00AB6423">
        <w:rPr>
          <w:lang w:val="en-ID"/>
        </w:rPr>
        <w:t>Tahapan</w:t>
      </w:r>
      <w:proofErr w:type="spellEnd"/>
      <w:r w:rsidRPr="00AB6423">
        <w:rPr>
          <w:lang w:val="en-ID"/>
        </w:rPr>
        <w:t xml:space="preserve"> </w:t>
      </w:r>
      <w:proofErr w:type="spellStart"/>
      <w:r w:rsidRPr="00AB6423">
        <w:rPr>
          <w:lang w:val="en-ID"/>
        </w:rPr>
        <w:t>Penelitian</w:t>
      </w:r>
      <w:proofErr w:type="spellEnd"/>
      <w:r w:rsidRPr="00AB6423">
        <w:rPr>
          <w:lang w:val="en-ID"/>
        </w:rPr>
        <w:t>:</w:t>
      </w:r>
    </w:p>
    <w:p w14:paraId="3037B995" w14:textId="77777777" w:rsidR="00AB6423" w:rsidRPr="00AB6423" w:rsidRDefault="00AB6423" w:rsidP="00AB6423">
      <w:pPr>
        <w:pStyle w:val="ListParagraph"/>
        <w:numPr>
          <w:ilvl w:val="0"/>
          <w:numId w:val="12"/>
        </w:numPr>
        <w:jc w:val="both"/>
        <w:rPr>
          <w:lang w:val="en-ID"/>
        </w:rPr>
      </w:pPr>
      <w:proofErr w:type="spellStart"/>
      <w:r w:rsidRPr="00AB6423">
        <w:rPr>
          <w:lang w:val="en-ID"/>
        </w:rPr>
        <w:t>Pengumpulan</w:t>
      </w:r>
      <w:proofErr w:type="spellEnd"/>
      <w:r w:rsidRPr="00AB6423">
        <w:rPr>
          <w:lang w:val="en-ID"/>
        </w:rPr>
        <w:t xml:space="preserve"> dan </w:t>
      </w:r>
      <w:proofErr w:type="spellStart"/>
      <w:r w:rsidRPr="00AB6423">
        <w:rPr>
          <w:lang w:val="en-ID"/>
        </w:rPr>
        <w:t>Validasi</w:t>
      </w:r>
      <w:proofErr w:type="spellEnd"/>
      <w:r w:rsidRPr="00AB6423">
        <w:rPr>
          <w:lang w:val="en-ID"/>
        </w:rPr>
        <w:t xml:space="preserve"> Data: </w:t>
      </w:r>
      <w:proofErr w:type="spellStart"/>
      <w:r w:rsidRPr="00AB6423">
        <w:rPr>
          <w:lang w:val="en-ID"/>
        </w:rPr>
        <w:t>Melakukan</w:t>
      </w:r>
      <w:proofErr w:type="spellEnd"/>
      <w:r w:rsidRPr="00AB6423">
        <w:rPr>
          <w:lang w:val="en-ID"/>
        </w:rPr>
        <w:t xml:space="preserve"> </w:t>
      </w:r>
      <w:proofErr w:type="spellStart"/>
      <w:r w:rsidRPr="00AB6423">
        <w:rPr>
          <w:lang w:val="en-ID"/>
        </w:rPr>
        <w:t>kompilasi</w:t>
      </w:r>
      <w:proofErr w:type="spellEnd"/>
      <w:r w:rsidRPr="00AB6423">
        <w:rPr>
          <w:lang w:val="en-ID"/>
        </w:rPr>
        <w:t xml:space="preserve"> data </w:t>
      </w:r>
      <w:proofErr w:type="spellStart"/>
      <w:r w:rsidRPr="00AB6423">
        <w:rPr>
          <w:lang w:val="en-ID"/>
        </w:rPr>
        <w:t>defleksi</w:t>
      </w:r>
      <w:proofErr w:type="spellEnd"/>
      <w:r w:rsidRPr="00AB6423">
        <w:rPr>
          <w:lang w:val="en-ID"/>
        </w:rPr>
        <w:t xml:space="preserve"> </w:t>
      </w:r>
      <w:proofErr w:type="spellStart"/>
      <w:r w:rsidRPr="00AB6423">
        <w:rPr>
          <w:lang w:val="en-ID"/>
        </w:rPr>
        <w:t>lapangan</w:t>
      </w:r>
      <w:proofErr w:type="spellEnd"/>
      <w:r w:rsidRPr="00AB6423">
        <w:rPr>
          <w:lang w:val="en-ID"/>
        </w:rPr>
        <w:t xml:space="preserve"> (D1 </w:t>
      </w:r>
      <w:proofErr w:type="spellStart"/>
      <w:r w:rsidRPr="00AB6423">
        <w:rPr>
          <w:lang w:val="en-ID"/>
        </w:rPr>
        <w:t>hingga</w:t>
      </w:r>
      <w:proofErr w:type="spellEnd"/>
      <w:r w:rsidRPr="00AB6423">
        <w:rPr>
          <w:lang w:val="en-ID"/>
        </w:rPr>
        <w:t xml:space="preserve"> D7), </w:t>
      </w:r>
      <w:proofErr w:type="spellStart"/>
      <w:r w:rsidRPr="00AB6423">
        <w:rPr>
          <w:lang w:val="en-ID"/>
        </w:rPr>
        <w:t>termasuk</w:t>
      </w:r>
      <w:proofErr w:type="spellEnd"/>
      <w:r w:rsidRPr="00AB6423">
        <w:rPr>
          <w:lang w:val="en-ID"/>
        </w:rPr>
        <w:t xml:space="preserve"> data </w:t>
      </w:r>
      <w:proofErr w:type="spellStart"/>
      <w:r w:rsidRPr="00AB6423">
        <w:rPr>
          <w:lang w:val="en-ID"/>
        </w:rPr>
        <w:t>suhu</w:t>
      </w:r>
      <w:proofErr w:type="spellEnd"/>
      <w:r w:rsidRPr="00AB6423">
        <w:rPr>
          <w:lang w:val="en-ID"/>
        </w:rPr>
        <w:t xml:space="preserve"> </w:t>
      </w:r>
      <w:proofErr w:type="spellStart"/>
      <w:r w:rsidRPr="00AB6423">
        <w:rPr>
          <w:lang w:val="en-ID"/>
        </w:rPr>
        <w:t>permukaan</w:t>
      </w:r>
      <w:proofErr w:type="spellEnd"/>
      <w:r w:rsidRPr="00AB6423">
        <w:rPr>
          <w:lang w:val="en-ID"/>
        </w:rPr>
        <w:t xml:space="preserve"> </w:t>
      </w:r>
      <w:proofErr w:type="spellStart"/>
      <w:r w:rsidRPr="00AB6423">
        <w:rPr>
          <w:lang w:val="en-ID"/>
        </w:rPr>
        <w:t>perkerasan</w:t>
      </w:r>
      <w:proofErr w:type="spellEnd"/>
      <w:r w:rsidRPr="00AB6423">
        <w:rPr>
          <w:lang w:val="en-ID"/>
        </w:rPr>
        <w:t xml:space="preserve"> dan </w:t>
      </w:r>
      <w:proofErr w:type="spellStart"/>
      <w:r w:rsidRPr="00AB6423">
        <w:rPr>
          <w:lang w:val="en-ID"/>
        </w:rPr>
        <w:t>suhu</w:t>
      </w:r>
      <w:proofErr w:type="spellEnd"/>
      <w:r w:rsidRPr="00AB6423">
        <w:rPr>
          <w:lang w:val="en-ID"/>
        </w:rPr>
        <w:t xml:space="preserve"> </w:t>
      </w:r>
      <w:proofErr w:type="spellStart"/>
      <w:r w:rsidRPr="00AB6423">
        <w:rPr>
          <w:lang w:val="en-ID"/>
        </w:rPr>
        <w:t>udara</w:t>
      </w:r>
      <w:proofErr w:type="spellEnd"/>
      <w:r w:rsidRPr="00AB6423">
        <w:rPr>
          <w:lang w:val="en-ID"/>
        </w:rPr>
        <w:t xml:space="preserve"> </w:t>
      </w:r>
      <w:proofErr w:type="spellStart"/>
      <w:r w:rsidRPr="00AB6423">
        <w:rPr>
          <w:lang w:val="en-ID"/>
        </w:rPr>
        <w:t>saat</w:t>
      </w:r>
      <w:proofErr w:type="spellEnd"/>
      <w:r w:rsidRPr="00AB6423">
        <w:rPr>
          <w:lang w:val="en-ID"/>
        </w:rPr>
        <w:t xml:space="preserve"> </w:t>
      </w:r>
      <w:proofErr w:type="spellStart"/>
      <w:r w:rsidRPr="00AB6423">
        <w:rPr>
          <w:lang w:val="en-ID"/>
        </w:rPr>
        <w:t>pengujian</w:t>
      </w:r>
      <w:proofErr w:type="spellEnd"/>
      <w:r w:rsidRPr="00AB6423">
        <w:rPr>
          <w:lang w:val="en-ID"/>
        </w:rPr>
        <w:t>.</w:t>
      </w:r>
    </w:p>
    <w:p w14:paraId="64D75A0D" w14:textId="5E507C9F" w:rsidR="00AB6423" w:rsidRPr="00AB6423" w:rsidRDefault="00AB6423" w:rsidP="00AB6423">
      <w:pPr>
        <w:pStyle w:val="ListParagraph"/>
        <w:numPr>
          <w:ilvl w:val="0"/>
          <w:numId w:val="12"/>
        </w:numPr>
        <w:jc w:val="both"/>
        <w:rPr>
          <w:lang w:val="en-ID"/>
        </w:rPr>
      </w:pPr>
      <w:proofErr w:type="spellStart"/>
      <w:r w:rsidRPr="00AB6423">
        <w:rPr>
          <w:lang w:val="en-ID"/>
        </w:rPr>
        <w:lastRenderedPageBreak/>
        <w:t>Standardisasi</w:t>
      </w:r>
      <w:proofErr w:type="spellEnd"/>
      <w:r w:rsidRPr="00AB6423">
        <w:rPr>
          <w:lang w:val="en-ID"/>
        </w:rPr>
        <w:t xml:space="preserve">: </w:t>
      </w:r>
      <w:proofErr w:type="spellStart"/>
      <w:r w:rsidRPr="00AB6423">
        <w:rPr>
          <w:lang w:val="en-ID"/>
        </w:rPr>
        <w:t>Melakukan</w:t>
      </w:r>
      <w:proofErr w:type="spellEnd"/>
      <w:r w:rsidRPr="00AB6423">
        <w:rPr>
          <w:lang w:val="en-ID"/>
        </w:rPr>
        <w:t xml:space="preserve"> </w:t>
      </w:r>
      <w:proofErr w:type="spellStart"/>
      <w:r w:rsidRPr="00AB6423">
        <w:rPr>
          <w:lang w:val="en-ID"/>
        </w:rPr>
        <w:t>perhitungan</w:t>
      </w:r>
      <w:proofErr w:type="spellEnd"/>
      <w:r w:rsidRPr="00AB6423">
        <w:rPr>
          <w:lang w:val="en-ID"/>
        </w:rPr>
        <w:t xml:space="preserve"> </w:t>
      </w:r>
      <w:proofErr w:type="spellStart"/>
      <w:r w:rsidRPr="00AB6423">
        <w:rPr>
          <w:lang w:val="en-ID"/>
        </w:rPr>
        <w:t>faktor</w:t>
      </w:r>
      <w:proofErr w:type="spellEnd"/>
      <w:r w:rsidRPr="00AB6423">
        <w:rPr>
          <w:lang w:val="en-ID"/>
        </w:rPr>
        <w:t xml:space="preserve"> </w:t>
      </w:r>
      <w:proofErr w:type="spellStart"/>
      <w:r w:rsidRPr="00AB6423">
        <w:rPr>
          <w:lang w:val="en-ID"/>
        </w:rPr>
        <w:t>koreksi</w:t>
      </w:r>
      <w:proofErr w:type="spellEnd"/>
      <w:r w:rsidRPr="00AB6423">
        <w:rPr>
          <w:lang w:val="en-ID"/>
        </w:rPr>
        <w:t xml:space="preserve"> </w:t>
      </w:r>
      <w:proofErr w:type="spellStart"/>
      <w:r w:rsidRPr="00AB6423">
        <w:rPr>
          <w:lang w:val="en-ID"/>
        </w:rPr>
        <w:t>temperatur</w:t>
      </w:r>
      <w:proofErr w:type="spellEnd"/>
      <w:r w:rsidRPr="00AB6423">
        <w:rPr>
          <w:lang w:val="en-ID"/>
        </w:rPr>
        <w:t xml:space="preserve"> (Ft) dan </w:t>
      </w:r>
      <w:proofErr w:type="spellStart"/>
      <w:r w:rsidRPr="00AB6423">
        <w:rPr>
          <w:lang w:val="en-ID"/>
        </w:rPr>
        <w:t>faktor</w:t>
      </w:r>
      <w:proofErr w:type="spellEnd"/>
      <w:r w:rsidRPr="00AB6423">
        <w:rPr>
          <w:lang w:val="en-ID"/>
        </w:rPr>
        <w:t xml:space="preserve"> </w:t>
      </w:r>
      <w:proofErr w:type="spellStart"/>
      <w:r w:rsidRPr="00AB6423">
        <w:rPr>
          <w:lang w:val="en-ID"/>
        </w:rPr>
        <w:t>muka</w:t>
      </w:r>
      <w:proofErr w:type="spellEnd"/>
      <w:r w:rsidRPr="00AB6423">
        <w:rPr>
          <w:lang w:val="en-ID"/>
        </w:rPr>
        <w:t xml:space="preserve"> air </w:t>
      </w:r>
      <w:proofErr w:type="spellStart"/>
      <w:r w:rsidRPr="00AB6423">
        <w:rPr>
          <w:lang w:val="en-ID"/>
        </w:rPr>
        <w:t>tanah</w:t>
      </w:r>
      <w:proofErr w:type="spellEnd"/>
      <w:r w:rsidRPr="00AB6423">
        <w:rPr>
          <w:lang w:val="en-ID"/>
        </w:rPr>
        <w:t xml:space="preserve"> (Ca) pada </w:t>
      </w:r>
      <w:proofErr w:type="spellStart"/>
      <w:r w:rsidRPr="00AB6423">
        <w:rPr>
          <w:lang w:val="en-ID"/>
        </w:rPr>
        <w:t>seluruh</w:t>
      </w:r>
      <w:proofErr w:type="spellEnd"/>
      <w:r w:rsidRPr="00AB6423">
        <w:rPr>
          <w:lang w:val="en-ID"/>
        </w:rPr>
        <w:t xml:space="preserve"> </w:t>
      </w:r>
      <w:proofErr w:type="spellStart"/>
      <w:r w:rsidRPr="00AB6423">
        <w:rPr>
          <w:lang w:val="en-ID"/>
        </w:rPr>
        <w:t>titik</w:t>
      </w:r>
      <w:proofErr w:type="spellEnd"/>
      <w:r w:rsidRPr="00AB6423">
        <w:rPr>
          <w:lang w:val="en-ID"/>
        </w:rPr>
        <w:t xml:space="preserve"> </w:t>
      </w:r>
      <w:proofErr w:type="spellStart"/>
      <w:r w:rsidRPr="00AB6423">
        <w:rPr>
          <w:lang w:val="en-ID"/>
        </w:rPr>
        <w:t>bacaan</w:t>
      </w:r>
      <w:proofErr w:type="spellEnd"/>
      <w:r w:rsidRPr="00AB6423">
        <w:rPr>
          <w:lang w:val="en-ID"/>
        </w:rPr>
        <w:t xml:space="preserve"> agar </w:t>
      </w:r>
      <w:proofErr w:type="spellStart"/>
      <w:r w:rsidRPr="00AB6423">
        <w:rPr>
          <w:lang w:val="en-ID"/>
        </w:rPr>
        <w:t>ekuivalen</w:t>
      </w:r>
      <w:proofErr w:type="spellEnd"/>
      <w:r w:rsidRPr="00AB6423">
        <w:rPr>
          <w:lang w:val="en-ID"/>
        </w:rPr>
        <w:t xml:space="preserve"> </w:t>
      </w:r>
      <w:proofErr w:type="spellStart"/>
      <w:r w:rsidRPr="00AB6423">
        <w:rPr>
          <w:lang w:val="en-ID"/>
        </w:rPr>
        <w:t>dengan</w:t>
      </w:r>
      <w:proofErr w:type="spellEnd"/>
      <w:r w:rsidRPr="00AB6423">
        <w:rPr>
          <w:lang w:val="en-ID"/>
        </w:rPr>
        <w:t xml:space="preserve"> </w:t>
      </w:r>
      <w:proofErr w:type="spellStart"/>
      <w:r w:rsidRPr="00AB6423">
        <w:rPr>
          <w:lang w:val="en-ID"/>
        </w:rPr>
        <w:t>kondisi</w:t>
      </w:r>
      <w:proofErr w:type="spellEnd"/>
      <w:r w:rsidRPr="00AB6423">
        <w:rPr>
          <w:lang w:val="en-ID"/>
        </w:rPr>
        <w:t xml:space="preserve"> </w:t>
      </w:r>
      <w:proofErr w:type="spellStart"/>
      <w:r w:rsidRPr="00AB6423">
        <w:rPr>
          <w:lang w:val="en-ID"/>
        </w:rPr>
        <w:t>suhu</w:t>
      </w:r>
      <w:proofErr w:type="spellEnd"/>
      <w:r w:rsidRPr="00AB6423">
        <w:rPr>
          <w:lang w:val="en-ID"/>
        </w:rPr>
        <w:t xml:space="preserve"> </w:t>
      </w:r>
      <w:proofErr w:type="spellStart"/>
      <w:r w:rsidRPr="00AB6423">
        <w:rPr>
          <w:lang w:val="en-ID"/>
        </w:rPr>
        <w:t>pengujian</w:t>
      </w:r>
      <w:proofErr w:type="spellEnd"/>
      <w:r w:rsidRPr="00AB6423">
        <w:rPr>
          <w:lang w:val="en-ID"/>
        </w:rPr>
        <w:t xml:space="preserve"> </w:t>
      </w:r>
      <w:proofErr w:type="spellStart"/>
      <w:r w:rsidRPr="00AB6423">
        <w:rPr>
          <w:lang w:val="en-ID"/>
        </w:rPr>
        <w:t>standar</w:t>
      </w:r>
      <w:proofErr w:type="spellEnd"/>
      <w:r w:rsidRPr="00AB6423">
        <w:rPr>
          <w:lang w:val="en-ID"/>
        </w:rPr>
        <w:t>.</w:t>
      </w:r>
    </w:p>
    <w:p w14:paraId="34A68528" w14:textId="77777777" w:rsidR="00AB6423" w:rsidRPr="00AB6423" w:rsidRDefault="00AB6423" w:rsidP="00AB6423">
      <w:pPr>
        <w:pStyle w:val="ListParagraph"/>
        <w:numPr>
          <w:ilvl w:val="0"/>
          <w:numId w:val="12"/>
        </w:numPr>
        <w:jc w:val="both"/>
        <w:rPr>
          <w:lang w:val="en-ID"/>
        </w:rPr>
      </w:pPr>
      <w:proofErr w:type="spellStart"/>
      <w:r w:rsidRPr="00AB6423">
        <w:rPr>
          <w:lang w:val="en-ID"/>
        </w:rPr>
        <w:t>Ekstraksi</w:t>
      </w:r>
      <w:proofErr w:type="spellEnd"/>
      <w:r w:rsidRPr="00AB6423">
        <w:rPr>
          <w:lang w:val="en-ID"/>
        </w:rPr>
        <w:t xml:space="preserve"> Parameter </w:t>
      </w:r>
      <w:r w:rsidRPr="00AB6423">
        <w:rPr>
          <w:i/>
          <w:iCs/>
          <w:lang w:val="en-ID"/>
        </w:rPr>
        <w:t>Deflection Basin</w:t>
      </w:r>
      <w:r w:rsidRPr="00AB6423">
        <w:rPr>
          <w:lang w:val="en-ID"/>
        </w:rPr>
        <w:t>:</w:t>
      </w:r>
    </w:p>
    <w:p w14:paraId="734F209A" w14:textId="6E6C84F3" w:rsidR="00AB6423" w:rsidRPr="00AB6423" w:rsidRDefault="00AB6423" w:rsidP="00AB6423">
      <w:pPr>
        <w:pStyle w:val="ListParagraph"/>
        <w:numPr>
          <w:ilvl w:val="1"/>
          <w:numId w:val="12"/>
        </w:numPr>
        <w:jc w:val="both"/>
        <w:rPr>
          <w:lang w:val="en-ID"/>
        </w:rPr>
      </w:pPr>
      <w:proofErr w:type="spellStart"/>
      <w:r w:rsidRPr="00AB6423">
        <w:rPr>
          <w:lang w:val="en-ID"/>
        </w:rPr>
        <w:t>Menghitung</w:t>
      </w:r>
      <w:proofErr w:type="spellEnd"/>
      <w:r w:rsidRPr="00AB6423">
        <w:rPr>
          <w:lang w:val="en-ID"/>
        </w:rPr>
        <w:t xml:space="preserve"> SCI (D1 – D2) </w:t>
      </w:r>
      <w:proofErr w:type="spellStart"/>
      <w:r w:rsidRPr="00AB6423">
        <w:rPr>
          <w:lang w:val="en-ID"/>
        </w:rPr>
        <w:t>sebagai</w:t>
      </w:r>
      <w:proofErr w:type="spellEnd"/>
      <w:r w:rsidRPr="00AB6423">
        <w:rPr>
          <w:lang w:val="en-ID"/>
        </w:rPr>
        <w:t xml:space="preserve"> </w:t>
      </w:r>
      <w:proofErr w:type="spellStart"/>
      <w:r w:rsidRPr="00AB6423">
        <w:rPr>
          <w:lang w:val="en-ID"/>
        </w:rPr>
        <w:t>representasi</w:t>
      </w:r>
      <w:proofErr w:type="spellEnd"/>
      <w:r w:rsidRPr="00AB6423">
        <w:rPr>
          <w:lang w:val="en-ID"/>
        </w:rPr>
        <w:t xml:space="preserve"> </w:t>
      </w:r>
      <w:proofErr w:type="spellStart"/>
      <w:r w:rsidRPr="00AB6423">
        <w:rPr>
          <w:lang w:val="en-ID"/>
        </w:rPr>
        <w:t>kekakuan</w:t>
      </w:r>
      <w:proofErr w:type="spellEnd"/>
      <w:r w:rsidRPr="00AB6423">
        <w:rPr>
          <w:lang w:val="en-ID"/>
        </w:rPr>
        <w:t xml:space="preserve"> lapis </w:t>
      </w:r>
      <w:proofErr w:type="spellStart"/>
      <w:r w:rsidRPr="00AB6423">
        <w:rPr>
          <w:lang w:val="en-ID"/>
        </w:rPr>
        <w:t>permukaan</w:t>
      </w:r>
      <w:proofErr w:type="spellEnd"/>
      <w:r w:rsidRPr="00AB6423">
        <w:rPr>
          <w:lang w:val="en-ID"/>
        </w:rPr>
        <w:t xml:space="preserve"> (</w:t>
      </w:r>
      <w:r w:rsidRPr="00AB6423">
        <w:rPr>
          <w:i/>
          <w:iCs/>
          <w:lang w:val="en-ID"/>
        </w:rPr>
        <w:t>surface course</w:t>
      </w:r>
      <w:r w:rsidRPr="00AB6423">
        <w:rPr>
          <w:lang w:val="en-ID"/>
        </w:rPr>
        <w:t>).</w:t>
      </w:r>
    </w:p>
    <w:p w14:paraId="3DA2A251" w14:textId="7B793EF2" w:rsidR="00AB6423" w:rsidRPr="00AB6423" w:rsidRDefault="00AB6423" w:rsidP="00AB6423">
      <w:pPr>
        <w:pStyle w:val="ListParagraph"/>
        <w:numPr>
          <w:ilvl w:val="1"/>
          <w:numId w:val="12"/>
        </w:numPr>
        <w:jc w:val="both"/>
        <w:rPr>
          <w:lang w:val="en-ID"/>
        </w:rPr>
      </w:pPr>
      <w:proofErr w:type="spellStart"/>
      <w:r w:rsidRPr="00AB6423">
        <w:rPr>
          <w:lang w:val="en-ID"/>
        </w:rPr>
        <w:t>Menghitung</w:t>
      </w:r>
      <w:proofErr w:type="spellEnd"/>
      <w:r w:rsidRPr="00AB6423">
        <w:rPr>
          <w:lang w:val="en-ID"/>
        </w:rPr>
        <w:t xml:space="preserve"> BDI (D2 – D3) </w:t>
      </w:r>
      <w:proofErr w:type="spellStart"/>
      <w:r w:rsidRPr="00AB6423">
        <w:rPr>
          <w:lang w:val="en-ID"/>
        </w:rPr>
        <w:t>sebagai</w:t>
      </w:r>
      <w:proofErr w:type="spellEnd"/>
      <w:r w:rsidRPr="00AB6423">
        <w:rPr>
          <w:lang w:val="en-ID"/>
        </w:rPr>
        <w:t xml:space="preserve"> </w:t>
      </w:r>
      <w:proofErr w:type="spellStart"/>
      <w:r w:rsidRPr="00AB6423">
        <w:rPr>
          <w:lang w:val="en-ID"/>
        </w:rPr>
        <w:t>representasi</w:t>
      </w:r>
      <w:proofErr w:type="spellEnd"/>
      <w:r w:rsidRPr="00AB6423">
        <w:rPr>
          <w:lang w:val="en-ID"/>
        </w:rPr>
        <w:t xml:space="preserve"> </w:t>
      </w:r>
      <w:proofErr w:type="spellStart"/>
      <w:r w:rsidRPr="00AB6423">
        <w:rPr>
          <w:lang w:val="en-ID"/>
        </w:rPr>
        <w:t>keutuhan</w:t>
      </w:r>
      <w:proofErr w:type="spellEnd"/>
      <w:r w:rsidRPr="00AB6423">
        <w:rPr>
          <w:lang w:val="en-ID"/>
        </w:rPr>
        <w:t xml:space="preserve"> </w:t>
      </w:r>
      <w:proofErr w:type="spellStart"/>
      <w:r w:rsidRPr="00AB6423">
        <w:rPr>
          <w:lang w:val="en-ID"/>
        </w:rPr>
        <w:t>struktural</w:t>
      </w:r>
      <w:proofErr w:type="spellEnd"/>
      <w:r w:rsidRPr="00AB6423">
        <w:rPr>
          <w:lang w:val="en-ID"/>
        </w:rPr>
        <w:t xml:space="preserve"> lapis </w:t>
      </w:r>
      <w:proofErr w:type="spellStart"/>
      <w:r w:rsidRPr="00AB6423">
        <w:rPr>
          <w:lang w:val="en-ID"/>
        </w:rPr>
        <w:t>fondasi</w:t>
      </w:r>
      <w:proofErr w:type="spellEnd"/>
      <w:r w:rsidRPr="00AB6423">
        <w:rPr>
          <w:lang w:val="en-ID"/>
        </w:rPr>
        <w:t xml:space="preserve"> (</w:t>
      </w:r>
      <w:r w:rsidRPr="00AB6423">
        <w:rPr>
          <w:i/>
          <w:iCs/>
          <w:lang w:val="en-ID"/>
        </w:rPr>
        <w:t>base course</w:t>
      </w:r>
      <w:r w:rsidRPr="00AB6423">
        <w:rPr>
          <w:lang w:val="en-ID"/>
        </w:rPr>
        <w:t>).</w:t>
      </w:r>
    </w:p>
    <w:p w14:paraId="2339C655" w14:textId="00CF261A" w:rsidR="00AB6423" w:rsidRPr="00AB6423" w:rsidRDefault="00AB6423" w:rsidP="00AB6423">
      <w:pPr>
        <w:pStyle w:val="ListParagraph"/>
        <w:numPr>
          <w:ilvl w:val="0"/>
          <w:numId w:val="12"/>
        </w:numPr>
        <w:jc w:val="both"/>
        <w:rPr>
          <w:lang w:val="en-ID"/>
        </w:rPr>
      </w:pPr>
      <w:proofErr w:type="spellStart"/>
      <w:r w:rsidRPr="00AB6423">
        <w:rPr>
          <w:lang w:val="en-ID"/>
        </w:rPr>
        <w:t>Analisis</w:t>
      </w:r>
      <w:proofErr w:type="spellEnd"/>
      <w:r w:rsidRPr="00AB6423">
        <w:rPr>
          <w:lang w:val="en-ID"/>
        </w:rPr>
        <w:t xml:space="preserve"> </w:t>
      </w:r>
      <w:proofErr w:type="spellStart"/>
      <w:r w:rsidRPr="00AB6423">
        <w:rPr>
          <w:lang w:val="en-ID"/>
        </w:rPr>
        <w:t>Komparatif</w:t>
      </w:r>
      <w:proofErr w:type="spellEnd"/>
      <w:r w:rsidRPr="00AB6423">
        <w:rPr>
          <w:lang w:val="en-ID"/>
        </w:rPr>
        <w:t xml:space="preserve"> dan </w:t>
      </w:r>
      <w:proofErr w:type="spellStart"/>
      <w:r w:rsidRPr="00AB6423">
        <w:rPr>
          <w:lang w:val="en-ID"/>
        </w:rPr>
        <w:t>Mekanistik</w:t>
      </w:r>
      <w:proofErr w:type="spellEnd"/>
      <w:r w:rsidRPr="00AB6423">
        <w:rPr>
          <w:lang w:val="en-ID"/>
        </w:rPr>
        <w:t xml:space="preserve">: </w:t>
      </w:r>
      <w:proofErr w:type="spellStart"/>
      <w:r w:rsidRPr="00AB6423">
        <w:rPr>
          <w:lang w:val="en-ID"/>
        </w:rPr>
        <w:t>Membandingkan</w:t>
      </w:r>
      <w:proofErr w:type="spellEnd"/>
      <w:r w:rsidRPr="00AB6423">
        <w:rPr>
          <w:lang w:val="en-ID"/>
        </w:rPr>
        <w:t xml:space="preserve"> </w:t>
      </w:r>
      <w:proofErr w:type="spellStart"/>
      <w:r w:rsidRPr="00AB6423">
        <w:rPr>
          <w:lang w:val="en-ID"/>
        </w:rPr>
        <w:t>nilai</w:t>
      </w:r>
      <w:proofErr w:type="spellEnd"/>
      <w:r w:rsidRPr="00AB6423">
        <w:rPr>
          <w:lang w:val="en-ID"/>
        </w:rPr>
        <w:t xml:space="preserve"> SCI dan BDI </w:t>
      </w:r>
      <w:proofErr w:type="spellStart"/>
      <w:r w:rsidRPr="00AB6423">
        <w:rPr>
          <w:lang w:val="en-ID"/>
        </w:rPr>
        <w:t>secara</w:t>
      </w:r>
      <w:proofErr w:type="spellEnd"/>
      <w:r w:rsidRPr="00AB6423">
        <w:rPr>
          <w:lang w:val="en-ID"/>
        </w:rPr>
        <w:t xml:space="preserve"> linier </w:t>
      </w:r>
      <w:proofErr w:type="spellStart"/>
      <w:r w:rsidRPr="00AB6423">
        <w:rPr>
          <w:lang w:val="en-ID"/>
        </w:rPr>
        <w:t>maupun</w:t>
      </w:r>
      <w:proofErr w:type="spellEnd"/>
      <w:r w:rsidRPr="00AB6423">
        <w:rPr>
          <w:lang w:val="en-ID"/>
        </w:rPr>
        <w:t xml:space="preserve"> non-linier </w:t>
      </w:r>
      <w:proofErr w:type="spellStart"/>
      <w:r w:rsidRPr="00AB6423">
        <w:rPr>
          <w:lang w:val="en-ID"/>
        </w:rPr>
        <w:t>antara</w:t>
      </w:r>
      <w:proofErr w:type="spellEnd"/>
      <w:r w:rsidRPr="00AB6423">
        <w:rPr>
          <w:lang w:val="en-ID"/>
        </w:rPr>
        <w:t xml:space="preserve"> </w:t>
      </w:r>
      <w:proofErr w:type="spellStart"/>
      <w:r w:rsidRPr="00AB6423">
        <w:rPr>
          <w:lang w:val="en-ID"/>
        </w:rPr>
        <w:t>beban</w:t>
      </w:r>
      <w:proofErr w:type="spellEnd"/>
      <w:r w:rsidRPr="00AB6423">
        <w:rPr>
          <w:lang w:val="en-ID"/>
        </w:rPr>
        <w:t xml:space="preserve"> </w:t>
      </w:r>
      <w:proofErr w:type="spellStart"/>
      <w:r w:rsidRPr="00AB6423">
        <w:rPr>
          <w:lang w:val="en-ID"/>
        </w:rPr>
        <w:t>standar</w:t>
      </w:r>
      <w:proofErr w:type="spellEnd"/>
      <w:r w:rsidRPr="00AB6423">
        <w:rPr>
          <w:lang w:val="en-ID"/>
        </w:rPr>
        <w:t xml:space="preserve"> dan </w:t>
      </w:r>
      <w:proofErr w:type="spellStart"/>
      <w:r w:rsidRPr="00AB6423">
        <w:rPr>
          <w:lang w:val="en-ID"/>
        </w:rPr>
        <w:t>beban</w:t>
      </w:r>
      <w:proofErr w:type="spellEnd"/>
      <w:r w:rsidRPr="00AB6423">
        <w:rPr>
          <w:lang w:val="en-ID"/>
        </w:rPr>
        <w:t xml:space="preserve"> </w:t>
      </w:r>
      <w:r w:rsidRPr="00AB6423">
        <w:rPr>
          <w:i/>
          <w:iCs/>
          <w:lang w:val="en-ID"/>
        </w:rPr>
        <w:t>overload</w:t>
      </w:r>
      <w:r w:rsidRPr="00AB6423">
        <w:rPr>
          <w:lang w:val="en-ID"/>
        </w:rPr>
        <w:t xml:space="preserve">. Data </w:t>
      </w:r>
      <w:proofErr w:type="spellStart"/>
      <w:r w:rsidRPr="00AB6423">
        <w:rPr>
          <w:lang w:val="en-ID"/>
        </w:rPr>
        <w:t>dianalisis</w:t>
      </w:r>
      <w:proofErr w:type="spellEnd"/>
      <w:r w:rsidRPr="00AB6423">
        <w:rPr>
          <w:lang w:val="en-ID"/>
        </w:rPr>
        <w:t xml:space="preserve"> </w:t>
      </w:r>
      <w:proofErr w:type="spellStart"/>
      <w:r w:rsidRPr="00AB6423">
        <w:rPr>
          <w:lang w:val="en-ID"/>
        </w:rPr>
        <w:t>dengan</w:t>
      </w:r>
      <w:proofErr w:type="spellEnd"/>
      <w:r w:rsidRPr="00AB6423">
        <w:rPr>
          <w:lang w:val="en-ID"/>
        </w:rPr>
        <w:t xml:space="preserve"> </w:t>
      </w:r>
      <w:proofErr w:type="spellStart"/>
      <w:r w:rsidRPr="00AB6423">
        <w:rPr>
          <w:lang w:val="en-ID"/>
        </w:rPr>
        <w:t>metode</w:t>
      </w:r>
      <w:proofErr w:type="spellEnd"/>
      <w:r w:rsidRPr="00AB6423">
        <w:rPr>
          <w:lang w:val="en-ID"/>
        </w:rPr>
        <w:t xml:space="preserve"> </w:t>
      </w:r>
      <w:proofErr w:type="spellStart"/>
      <w:r w:rsidRPr="00AB6423">
        <w:rPr>
          <w:lang w:val="en-ID"/>
        </w:rPr>
        <w:t>regresi</w:t>
      </w:r>
      <w:proofErr w:type="spellEnd"/>
      <w:r w:rsidRPr="00AB6423">
        <w:rPr>
          <w:lang w:val="en-ID"/>
        </w:rPr>
        <w:t xml:space="preserve"> </w:t>
      </w:r>
      <w:proofErr w:type="spellStart"/>
      <w:r w:rsidRPr="00AB6423">
        <w:rPr>
          <w:lang w:val="en-ID"/>
        </w:rPr>
        <w:t>untuk</w:t>
      </w:r>
      <w:proofErr w:type="spellEnd"/>
      <w:r w:rsidRPr="00AB6423">
        <w:rPr>
          <w:lang w:val="en-ID"/>
        </w:rPr>
        <w:t xml:space="preserve"> </w:t>
      </w:r>
      <w:proofErr w:type="spellStart"/>
      <w:r w:rsidRPr="00AB6423">
        <w:rPr>
          <w:lang w:val="en-ID"/>
        </w:rPr>
        <w:t>memetakan</w:t>
      </w:r>
      <w:proofErr w:type="spellEnd"/>
      <w:r w:rsidRPr="00AB6423">
        <w:rPr>
          <w:lang w:val="en-ID"/>
        </w:rPr>
        <w:t xml:space="preserve"> </w:t>
      </w:r>
      <w:proofErr w:type="spellStart"/>
      <w:r w:rsidRPr="00AB6423">
        <w:rPr>
          <w:lang w:val="en-ID"/>
        </w:rPr>
        <w:t>sensitivitas</w:t>
      </w:r>
      <w:proofErr w:type="spellEnd"/>
      <w:r w:rsidRPr="00AB6423">
        <w:rPr>
          <w:lang w:val="en-ID"/>
        </w:rPr>
        <w:t xml:space="preserve"> </w:t>
      </w:r>
      <w:proofErr w:type="spellStart"/>
      <w:r w:rsidRPr="00AB6423">
        <w:rPr>
          <w:lang w:val="en-ID"/>
        </w:rPr>
        <w:t>lapisan</w:t>
      </w:r>
      <w:proofErr w:type="spellEnd"/>
      <w:r w:rsidRPr="00AB6423">
        <w:rPr>
          <w:lang w:val="en-ID"/>
        </w:rPr>
        <w:t xml:space="preserve"> </w:t>
      </w:r>
      <w:proofErr w:type="spellStart"/>
      <w:r w:rsidRPr="00AB6423">
        <w:rPr>
          <w:lang w:val="en-ID"/>
        </w:rPr>
        <w:t>terhadap</w:t>
      </w:r>
      <w:proofErr w:type="spellEnd"/>
      <w:r w:rsidRPr="00AB6423">
        <w:rPr>
          <w:lang w:val="en-ID"/>
        </w:rPr>
        <w:t xml:space="preserve"> </w:t>
      </w:r>
      <w:proofErr w:type="spellStart"/>
      <w:r w:rsidRPr="00AB6423">
        <w:rPr>
          <w:lang w:val="en-ID"/>
        </w:rPr>
        <w:t>eskalasi</w:t>
      </w:r>
      <w:proofErr w:type="spellEnd"/>
      <w:r w:rsidRPr="00AB6423">
        <w:rPr>
          <w:lang w:val="en-ID"/>
        </w:rPr>
        <w:t xml:space="preserve"> </w:t>
      </w:r>
      <w:proofErr w:type="spellStart"/>
      <w:r w:rsidRPr="00AB6423">
        <w:rPr>
          <w:lang w:val="en-ID"/>
        </w:rPr>
        <w:t>tegangan</w:t>
      </w:r>
      <w:proofErr w:type="spellEnd"/>
      <w:r w:rsidRPr="00AB6423">
        <w:rPr>
          <w:lang w:val="en-ID"/>
        </w:rPr>
        <w:t>.</w:t>
      </w:r>
    </w:p>
    <w:p w14:paraId="7A7A7A99" w14:textId="239A213D" w:rsidR="00AB6423" w:rsidRPr="00AB6423" w:rsidRDefault="00AB6423" w:rsidP="00AB6423">
      <w:pPr>
        <w:pStyle w:val="ListParagraph"/>
        <w:numPr>
          <w:ilvl w:val="0"/>
          <w:numId w:val="12"/>
        </w:numPr>
        <w:jc w:val="both"/>
        <w:rPr>
          <w:lang w:val="en-ID"/>
        </w:rPr>
      </w:pPr>
      <w:proofErr w:type="spellStart"/>
      <w:r w:rsidRPr="00AB6423">
        <w:rPr>
          <w:lang w:val="en-ID"/>
        </w:rPr>
        <w:t>Formulasi</w:t>
      </w:r>
      <w:proofErr w:type="spellEnd"/>
      <w:r w:rsidRPr="00AB6423">
        <w:rPr>
          <w:lang w:val="en-ID"/>
        </w:rPr>
        <w:t xml:space="preserve"> Kesimpulan: </w:t>
      </w:r>
      <w:proofErr w:type="spellStart"/>
      <w:r w:rsidRPr="00AB6423">
        <w:rPr>
          <w:lang w:val="en-ID"/>
        </w:rPr>
        <w:t>Penarikan</w:t>
      </w:r>
      <w:proofErr w:type="spellEnd"/>
      <w:r w:rsidRPr="00AB6423">
        <w:rPr>
          <w:lang w:val="en-ID"/>
        </w:rPr>
        <w:t xml:space="preserve"> </w:t>
      </w:r>
      <w:proofErr w:type="spellStart"/>
      <w:r w:rsidRPr="00AB6423">
        <w:rPr>
          <w:lang w:val="en-ID"/>
        </w:rPr>
        <w:t>kesimpulan</w:t>
      </w:r>
      <w:proofErr w:type="spellEnd"/>
      <w:r w:rsidRPr="00AB6423">
        <w:rPr>
          <w:lang w:val="en-ID"/>
        </w:rPr>
        <w:t xml:space="preserve"> dan </w:t>
      </w:r>
      <w:proofErr w:type="spellStart"/>
      <w:r w:rsidRPr="00AB6423">
        <w:rPr>
          <w:lang w:val="en-ID"/>
        </w:rPr>
        <w:t>penyusunan</w:t>
      </w:r>
      <w:proofErr w:type="spellEnd"/>
      <w:r w:rsidRPr="00AB6423">
        <w:rPr>
          <w:lang w:val="en-ID"/>
        </w:rPr>
        <w:t xml:space="preserve"> </w:t>
      </w:r>
      <w:proofErr w:type="spellStart"/>
      <w:r w:rsidRPr="00AB6423">
        <w:rPr>
          <w:lang w:val="en-ID"/>
        </w:rPr>
        <w:t>draf</w:t>
      </w:r>
      <w:proofErr w:type="spellEnd"/>
      <w:r w:rsidRPr="00AB6423">
        <w:rPr>
          <w:lang w:val="en-ID"/>
        </w:rPr>
        <w:t xml:space="preserve"> </w:t>
      </w:r>
      <w:proofErr w:type="spellStart"/>
      <w:r w:rsidRPr="00AB6423">
        <w:rPr>
          <w:lang w:val="en-ID"/>
        </w:rPr>
        <w:t>publikasi</w:t>
      </w:r>
      <w:proofErr w:type="spellEnd"/>
      <w:r w:rsidRPr="00AB6423">
        <w:rPr>
          <w:lang w:val="en-ID"/>
        </w:rPr>
        <w:t xml:space="preserve"> </w:t>
      </w:r>
      <w:proofErr w:type="spellStart"/>
      <w:r w:rsidRPr="00AB6423">
        <w:rPr>
          <w:lang w:val="en-ID"/>
        </w:rPr>
        <w:t>ilmiah</w:t>
      </w:r>
      <w:proofErr w:type="spellEnd"/>
      <w:r w:rsidRPr="00AB6423">
        <w:rPr>
          <w:lang w:val="en-ID"/>
        </w:rPr>
        <w:t>.</w:t>
      </w:r>
    </w:p>
    <w:p w14:paraId="5D7299FC" w14:textId="2EFB02F7" w:rsidR="00585F85" w:rsidRDefault="00DE7EAE" w:rsidP="00B26A35">
      <w:pPr>
        <w:pStyle w:val="ListParagraph"/>
        <w:jc w:val="both"/>
      </w:pPr>
      <w:r>
        <w:rPr>
          <w:noProof/>
        </w:rPr>
        <w:drawing>
          <wp:anchor distT="0" distB="0" distL="114300" distR="114300" simplePos="0" relativeHeight="251658240" behindDoc="0" locked="0" layoutInCell="1" allowOverlap="1" wp14:anchorId="507E947B" wp14:editId="46D1C15D">
            <wp:simplePos x="0" y="0"/>
            <wp:positionH relativeFrom="column">
              <wp:posOffset>-5715</wp:posOffset>
            </wp:positionH>
            <wp:positionV relativeFrom="paragraph">
              <wp:posOffset>329565</wp:posOffset>
            </wp:positionV>
            <wp:extent cx="5875020" cy="3916680"/>
            <wp:effectExtent l="0" t="0" r="0"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5875020" cy="3916680"/>
                    </a:xfrm>
                    <a:prstGeom prst="rect">
                      <a:avLst/>
                    </a:prstGeom>
                  </pic:spPr>
                </pic:pic>
              </a:graphicData>
            </a:graphic>
            <wp14:sizeRelH relativeFrom="page">
              <wp14:pctWidth>0</wp14:pctWidth>
            </wp14:sizeRelH>
            <wp14:sizeRelV relativeFrom="page">
              <wp14:pctHeight>0</wp14:pctHeight>
            </wp14:sizeRelV>
          </wp:anchor>
        </w:drawing>
      </w:r>
      <w:proofErr w:type="spellStart"/>
      <w:r w:rsidR="00216914">
        <w:t>Untuk</w:t>
      </w:r>
      <w:proofErr w:type="spellEnd"/>
      <w:r w:rsidR="00216914">
        <w:t xml:space="preserve"> Gambaran </w:t>
      </w:r>
      <w:proofErr w:type="spellStart"/>
      <w:r w:rsidR="00216914">
        <w:t>metode</w:t>
      </w:r>
      <w:proofErr w:type="spellEnd"/>
      <w:r w:rsidR="00216914">
        <w:t xml:space="preserve"> </w:t>
      </w:r>
      <w:proofErr w:type="spellStart"/>
      <w:r w:rsidR="00216914">
        <w:t>penelitian</w:t>
      </w:r>
      <w:proofErr w:type="spellEnd"/>
      <w:r w:rsidR="00216914">
        <w:t xml:space="preserve"> </w:t>
      </w:r>
      <w:proofErr w:type="spellStart"/>
      <w:r w:rsidR="00216914">
        <w:t>bisa</w:t>
      </w:r>
      <w:proofErr w:type="spellEnd"/>
      <w:r w:rsidR="00216914">
        <w:t xml:space="preserve"> </w:t>
      </w:r>
      <w:proofErr w:type="spellStart"/>
      <w:r w:rsidR="00216914">
        <w:t>dilihat</w:t>
      </w:r>
      <w:proofErr w:type="spellEnd"/>
      <w:r w:rsidR="00216914">
        <w:t xml:space="preserve"> di </w:t>
      </w:r>
      <w:proofErr w:type="spellStart"/>
      <w:r w:rsidR="00216914">
        <w:t>gambar</w:t>
      </w:r>
      <w:proofErr w:type="spellEnd"/>
      <w:r w:rsidR="00216914">
        <w:t xml:space="preserve"> 1.</w:t>
      </w:r>
    </w:p>
    <w:p w14:paraId="61636402" w14:textId="54A09182" w:rsidR="00216914" w:rsidRDefault="00FD7FD5" w:rsidP="00FD7FD5">
      <w:pPr>
        <w:pStyle w:val="ListParagraph"/>
        <w:ind w:left="0"/>
        <w:jc w:val="center"/>
      </w:pPr>
      <w:r>
        <w:t xml:space="preserve">Gambar 1. Alur </w:t>
      </w:r>
      <w:proofErr w:type="spellStart"/>
      <w:r>
        <w:t>Penelitian</w:t>
      </w:r>
      <w:proofErr w:type="spellEnd"/>
    </w:p>
    <w:p w14:paraId="3E0A61B1" w14:textId="4D5BE7FC" w:rsidR="00021266" w:rsidRPr="003F1B29" w:rsidRDefault="00000000" w:rsidP="0028281C">
      <w:pPr>
        <w:rPr>
          <w:lang w:val="nb-NO"/>
        </w:rPr>
      </w:pPr>
      <w:r w:rsidRPr="003F1B29">
        <w:rPr>
          <w:b/>
          <w:sz w:val="24"/>
          <w:lang w:val="nb-NO"/>
        </w:rPr>
        <w:t>H. TARGET LUARAN DAN ARAH PEMANFAATAN</w:t>
      </w:r>
    </w:p>
    <w:p w14:paraId="2F529BDE" w14:textId="407A8CD5" w:rsidR="00021266" w:rsidRPr="003F1B29" w:rsidRDefault="00000000">
      <w:pPr>
        <w:rPr>
          <w:lang w:val="nb-NO"/>
        </w:rPr>
      </w:pPr>
      <w:r w:rsidRPr="003F1B29">
        <w:rPr>
          <w:i/>
          <w:sz w:val="19"/>
          <w:lang w:val="nb-NO"/>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Default="00000000" w:rsidP="006D58AE">
            <w:pPr>
              <w:spacing w:after="0"/>
              <w:jc w:val="center"/>
            </w:pPr>
            <w:proofErr w:type="spellStart"/>
            <w:r>
              <w:rPr>
                <w:b/>
                <w:sz w:val="18"/>
              </w:rPr>
              <w:t>Jenis</w:t>
            </w:r>
            <w:proofErr w:type="spellEnd"/>
            <w:r>
              <w:rPr>
                <w:b/>
                <w:sz w:val="18"/>
              </w:rPr>
              <w:t xml:space="preserve"> </w:t>
            </w:r>
            <w:proofErr w:type="spellStart"/>
            <w:r>
              <w:rPr>
                <w:b/>
                <w:sz w:val="18"/>
              </w:rPr>
              <w:t>Luaran</w:t>
            </w:r>
            <w:proofErr w:type="spellEnd"/>
          </w:p>
        </w:tc>
        <w:tc>
          <w:tcPr>
            <w:tcW w:w="731" w:type="dxa"/>
            <w:shd w:val="clear" w:color="auto" w:fill="D9EAF7"/>
            <w:tcMar>
              <w:top w:w="90" w:type="dxa"/>
              <w:left w:w="90" w:type="dxa"/>
              <w:bottom w:w="90" w:type="dxa"/>
              <w:right w:w="90" w:type="dxa"/>
            </w:tcMar>
            <w:vAlign w:val="center"/>
          </w:tcPr>
          <w:p w14:paraId="1AE47A00" w14:textId="64D656E7" w:rsidR="00021266" w:rsidRDefault="00000000" w:rsidP="006D58AE">
            <w:pPr>
              <w:spacing w:after="0"/>
              <w:jc w:val="center"/>
            </w:pPr>
            <w:r>
              <w:rPr>
                <w:b/>
                <w:sz w:val="18"/>
              </w:rPr>
              <w:t>Target</w:t>
            </w:r>
          </w:p>
        </w:tc>
        <w:tc>
          <w:tcPr>
            <w:tcW w:w="3423" w:type="dxa"/>
            <w:shd w:val="clear" w:color="auto" w:fill="D9EAF7"/>
            <w:tcMar>
              <w:top w:w="90" w:type="dxa"/>
              <w:left w:w="90" w:type="dxa"/>
              <w:bottom w:w="90" w:type="dxa"/>
              <w:right w:w="90" w:type="dxa"/>
            </w:tcMar>
            <w:vAlign w:val="center"/>
          </w:tcPr>
          <w:p w14:paraId="4A2919DB" w14:textId="77777777" w:rsidR="00021266" w:rsidRDefault="00000000" w:rsidP="006D58AE">
            <w:pPr>
              <w:spacing w:after="0"/>
              <w:jc w:val="center"/>
            </w:pPr>
            <w:r>
              <w:rPr>
                <w:b/>
                <w:sz w:val="18"/>
              </w:rPr>
              <w:t>Status yang Ditargetkan</w:t>
            </w:r>
          </w:p>
        </w:tc>
        <w:tc>
          <w:tcPr>
            <w:tcW w:w="2125" w:type="dxa"/>
            <w:shd w:val="clear" w:color="auto" w:fill="D9EAF7"/>
            <w:tcMar>
              <w:top w:w="90" w:type="dxa"/>
              <w:left w:w="90" w:type="dxa"/>
              <w:bottom w:w="90" w:type="dxa"/>
              <w:right w:w="90" w:type="dxa"/>
            </w:tcMar>
            <w:vAlign w:val="center"/>
          </w:tcPr>
          <w:p w14:paraId="25D1C7D1" w14:textId="77777777" w:rsidR="00021266" w:rsidRDefault="00000000" w:rsidP="006D58AE">
            <w:pPr>
              <w:spacing w:after="0"/>
              <w:jc w:val="center"/>
            </w:pPr>
            <w:r>
              <w:rPr>
                <w:b/>
                <w:sz w:val="18"/>
              </w:rPr>
              <w:t>Keterangan</w:t>
            </w:r>
          </w:p>
        </w:tc>
      </w:tr>
      <w:tr w:rsidR="006D58AE"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Default="006D58AE" w:rsidP="006D58AE">
            <w:pPr>
              <w:spacing w:after="0"/>
            </w:pPr>
            <w:proofErr w:type="spellStart"/>
            <w:r>
              <w:rPr>
                <w:sz w:val="18"/>
              </w:rPr>
              <w:t>Publikasi</w:t>
            </w:r>
            <w:proofErr w:type="spellEnd"/>
            <w:r>
              <w:rPr>
                <w:sz w:val="18"/>
              </w:rPr>
              <w:t xml:space="preserve"> </w:t>
            </w:r>
            <w:proofErr w:type="spellStart"/>
            <w:r>
              <w:rPr>
                <w:sz w:val="18"/>
              </w:rPr>
              <w:t>ilmiah</w:t>
            </w:r>
            <w:proofErr w:type="spellEnd"/>
          </w:p>
        </w:tc>
        <w:tc>
          <w:tcPr>
            <w:tcW w:w="731" w:type="dxa"/>
            <w:tcMar>
              <w:top w:w="90" w:type="dxa"/>
              <w:left w:w="90" w:type="dxa"/>
              <w:bottom w:w="90" w:type="dxa"/>
              <w:right w:w="90" w:type="dxa"/>
            </w:tcMar>
          </w:tcPr>
          <w:p w14:paraId="142AB1AB" w14:textId="21F5238B" w:rsidR="006D58AE" w:rsidRDefault="00000000" w:rsidP="006D58AE">
            <w:pPr>
              <w:spacing w:after="0"/>
              <w:jc w:val="center"/>
            </w:pPr>
            <w:sdt>
              <w:sdtPr>
                <w:rPr>
                  <w:sz w:val="18"/>
                </w:rPr>
                <w:id w:val="1495135201"/>
                <w14:checkbox>
                  <w14:checked w14:val="1"/>
                  <w14:checkedState w14:val="0052" w14:font="Wingdings 2"/>
                  <w14:uncheckedState w14:val="2610" w14:font="MS Gothic"/>
                </w14:checkbox>
              </w:sdtPr>
              <w:sdtContent>
                <w:r w:rsidR="00585F85">
                  <w:rPr>
                    <w:sz w:val="18"/>
                  </w:rPr>
                  <w:sym w:font="Wingdings 2" w:char="F052"/>
                </w:r>
              </w:sdtContent>
            </w:sdt>
          </w:p>
        </w:tc>
        <w:tc>
          <w:tcPr>
            <w:tcW w:w="3423" w:type="dxa"/>
            <w:tcMar>
              <w:top w:w="90" w:type="dxa"/>
              <w:left w:w="90" w:type="dxa"/>
              <w:bottom w:w="90" w:type="dxa"/>
              <w:right w:w="90" w:type="dxa"/>
            </w:tcMar>
            <w:vAlign w:val="center"/>
          </w:tcPr>
          <w:p w14:paraId="68ABDA3C" w14:textId="139AC6D7" w:rsidR="006D58AE" w:rsidRDefault="00000000" w:rsidP="006D58AE">
            <w:pPr>
              <w:spacing w:after="0"/>
              <w:rPr>
                <w:sz w:val="18"/>
              </w:rPr>
            </w:pPr>
            <w:sdt>
              <w:sdtPr>
                <w:rPr>
                  <w:sz w:val="18"/>
                </w:rPr>
                <w:id w:val="-349026723"/>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433230"/>
                <w14:checkbox>
                  <w14:checked w14:val="0"/>
                  <w14:checkedState w14:val="0052" w14:font="Wingdings 2"/>
                  <w14:uncheckedState w14:val="2610" w14:font="MS Gothic"/>
                </w14:checkbox>
              </w:sdtPr>
              <w:sdtContent>
                <w:r w:rsidR="00585F85">
                  <w:rPr>
                    <w:rFonts w:ascii="MS Gothic" w:eastAsia="MS Gothic" w:hAnsi="MS Gothic" w:hint="eastAsia"/>
                    <w:sz w:val="18"/>
                  </w:rPr>
                  <w:t>☐</w:t>
                </w:r>
              </w:sdtContent>
            </w:sdt>
            <w:r w:rsidR="006D58AE">
              <w:rPr>
                <w:sz w:val="18"/>
              </w:rPr>
              <w:t xml:space="preserve"> Submitted </w:t>
            </w:r>
          </w:p>
          <w:p w14:paraId="44EEB580" w14:textId="6021CB75" w:rsidR="006D58AE" w:rsidRDefault="00000000" w:rsidP="006D58AE">
            <w:pPr>
              <w:spacing w:after="0"/>
            </w:pPr>
            <w:sdt>
              <w:sdtPr>
                <w:rPr>
                  <w:sz w:val="18"/>
                </w:rPr>
                <w:id w:val="227118845"/>
                <w14:checkbox>
                  <w14:checked w14:val="1"/>
                  <w14:checkedState w14:val="0052" w14:font="Wingdings 2"/>
                  <w14:uncheckedState w14:val="2610" w14:font="MS Gothic"/>
                </w14:checkbox>
              </w:sdtPr>
              <w:sdtContent>
                <w:r w:rsidR="00585F85">
                  <w:rPr>
                    <w:sz w:val="18"/>
                  </w:rPr>
                  <w:sym w:font="Wingdings 2" w:char="F052"/>
                </w:r>
              </w:sdtContent>
            </w:sdt>
            <w:r w:rsidR="006D58AE">
              <w:rPr>
                <w:sz w:val="18"/>
              </w:rPr>
              <w:t xml:space="preserve"> Accepted/Published</w:t>
            </w:r>
          </w:p>
        </w:tc>
        <w:tc>
          <w:tcPr>
            <w:tcW w:w="2125" w:type="dxa"/>
            <w:tcMar>
              <w:top w:w="90" w:type="dxa"/>
              <w:left w:w="90" w:type="dxa"/>
              <w:bottom w:w="90" w:type="dxa"/>
              <w:right w:w="90" w:type="dxa"/>
            </w:tcMar>
            <w:vAlign w:val="center"/>
          </w:tcPr>
          <w:p w14:paraId="14B5DB2D" w14:textId="4982CE92" w:rsidR="006D58AE" w:rsidRDefault="00E511D4" w:rsidP="00E511D4">
            <w:pPr>
              <w:spacing w:after="0"/>
            </w:pPr>
            <w:proofErr w:type="spellStart"/>
            <w:r w:rsidRPr="00E511D4">
              <w:rPr>
                <w:sz w:val="18"/>
              </w:rPr>
              <w:t>Jurnal</w:t>
            </w:r>
            <w:proofErr w:type="spellEnd"/>
            <w:r>
              <w:rPr>
                <w:sz w:val="18"/>
              </w:rPr>
              <w:t xml:space="preserve"> </w:t>
            </w:r>
            <w:r w:rsidRPr="00E511D4">
              <w:rPr>
                <w:sz w:val="18"/>
              </w:rPr>
              <w:t xml:space="preserve">Nasional </w:t>
            </w:r>
            <w:proofErr w:type="spellStart"/>
            <w:r w:rsidRPr="00E511D4">
              <w:rPr>
                <w:sz w:val="18"/>
              </w:rPr>
              <w:t>Terakreditasi</w:t>
            </w:r>
            <w:proofErr w:type="spellEnd"/>
            <w:r w:rsidRPr="00E511D4">
              <w:rPr>
                <w:sz w:val="18"/>
              </w:rPr>
              <w:t xml:space="preserve"> Sinta / </w:t>
            </w:r>
            <w:proofErr w:type="spellStart"/>
            <w:r w:rsidRPr="00E511D4">
              <w:rPr>
                <w:sz w:val="18"/>
              </w:rPr>
              <w:t>Internasional</w:t>
            </w:r>
            <w:proofErr w:type="spellEnd"/>
            <w:r>
              <w:rPr>
                <w:sz w:val="18"/>
              </w:rPr>
              <w:t xml:space="preserve"> </w:t>
            </w:r>
            <w:proofErr w:type="spellStart"/>
            <w:r w:rsidRPr="00E511D4">
              <w:rPr>
                <w:sz w:val="18"/>
              </w:rPr>
              <w:t>bereputasi</w:t>
            </w:r>
            <w:proofErr w:type="spellEnd"/>
            <w:r w:rsidRPr="00E511D4">
              <w:rPr>
                <w:sz w:val="18"/>
              </w:rPr>
              <w:t>.</w:t>
            </w:r>
          </w:p>
        </w:tc>
      </w:tr>
      <w:tr w:rsidR="006D58AE"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Default="006D58AE" w:rsidP="006D58AE">
            <w:pPr>
              <w:spacing w:after="0"/>
            </w:pPr>
            <w:r>
              <w:rPr>
                <w:sz w:val="18"/>
              </w:rPr>
              <w:t>HKI/Hak Cipta</w:t>
            </w:r>
          </w:p>
        </w:tc>
        <w:tc>
          <w:tcPr>
            <w:tcW w:w="731" w:type="dxa"/>
            <w:tcMar>
              <w:top w:w="90" w:type="dxa"/>
              <w:left w:w="90" w:type="dxa"/>
              <w:bottom w:w="90" w:type="dxa"/>
              <w:right w:w="90" w:type="dxa"/>
            </w:tcMar>
          </w:tcPr>
          <w:p w14:paraId="5AADB28E" w14:textId="27A7D2D8" w:rsidR="006D58AE" w:rsidRDefault="00000000" w:rsidP="006D58AE">
            <w:pPr>
              <w:spacing w:after="0"/>
              <w:jc w:val="center"/>
            </w:pPr>
            <w:sdt>
              <w:sdtPr>
                <w:rPr>
                  <w:sz w:val="18"/>
                </w:rPr>
                <w:id w:val="-1073965458"/>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4AD3B79B" w14:textId="77777777" w:rsidR="006D58AE" w:rsidRDefault="00000000" w:rsidP="006D58AE">
            <w:pPr>
              <w:spacing w:after="0"/>
              <w:rPr>
                <w:sz w:val="18"/>
              </w:rPr>
            </w:pPr>
            <w:sdt>
              <w:sdtPr>
                <w:rPr>
                  <w:sz w:val="18"/>
                </w:rPr>
                <w:id w:val="-754051272"/>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79159251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Diajukan </w:t>
            </w:r>
          </w:p>
          <w:p w14:paraId="54A7E98C" w14:textId="2A7E501A" w:rsidR="006D58AE" w:rsidRDefault="00000000" w:rsidP="006D58AE">
            <w:pPr>
              <w:spacing w:after="0"/>
            </w:pPr>
            <w:sdt>
              <w:sdtPr>
                <w:rPr>
                  <w:sz w:val="18"/>
                </w:rPr>
                <w:id w:val="-140737357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Terdaftar/Granted</w:t>
            </w:r>
          </w:p>
        </w:tc>
        <w:tc>
          <w:tcPr>
            <w:tcW w:w="2125" w:type="dxa"/>
            <w:tcMar>
              <w:top w:w="90" w:type="dxa"/>
              <w:left w:w="90" w:type="dxa"/>
              <w:bottom w:w="90" w:type="dxa"/>
              <w:right w:w="90" w:type="dxa"/>
            </w:tcMar>
            <w:vAlign w:val="center"/>
          </w:tcPr>
          <w:p w14:paraId="48B77248" w14:textId="77777777" w:rsidR="006D58AE" w:rsidRDefault="006D58AE" w:rsidP="006D58AE">
            <w:pPr>
              <w:spacing w:after="0"/>
            </w:pPr>
            <w:r>
              <w:rPr>
                <w:sz w:val="18"/>
              </w:rPr>
              <w:lastRenderedPageBreak/>
              <w:t>................................</w:t>
            </w:r>
          </w:p>
        </w:tc>
      </w:tr>
      <w:tr w:rsidR="006D58AE"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Default="006D58AE" w:rsidP="006D58AE">
            <w:pPr>
              <w:spacing w:after="0"/>
            </w:pPr>
            <w:r>
              <w:rPr>
                <w:sz w:val="18"/>
              </w:rPr>
              <w:t>Paten/Paten Sederhana</w:t>
            </w:r>
          </w:p>
        </w:tc>
        <w:tc>
          <w:tcPr>
            <w:tcW w:w="731" w:type="dxa"/>
            <w:tcMar>
              <w:top w:w="90" w:type="dxa"/>
              <w:left w:w="90" w:type="dxa"/>
              <w:bottom w:w="90" w:type="dxa"/>
              <w:right w:w="90" w:type="dxa"/>
            </w:tcMar>
          </w:tcPr>
          <w:p w14:paraId="04DC7007" w14:textId="3F735C86" w:rsidR="006D58AE" w:rsidRDefault="00000000" w:rsidP="006D58AE">
            <w:pPr>
              <w:spacing w:after="0"/>
              <w:jc w:val="center"/>
            </w:pPr>
            <w:sdt>
              <w:sdtPr>
                <w:rPr>
                  <w:sz w:val="18"/>
                </w:rPr>
                <w:id w:val="-911235739"/>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7C2654F" w14:textId="7164CDB4" w:rsidR="006D58AE" w:rsidRDefault="00000000" w:rsidP="006D58AE">
            <w:pPr>
              <w:spacing w:after="0"/>
            </w:pPr>
            <w:sdt>
              <w:sdtPr>
                <w:rPr>
                  <w:sz w:val="18"/>
                </w:rPr>
                <w:id w:val="-68059483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Potensi</w:t>
            </w:r>
            <w:proofErr w:type="spellEnd"/>
            <w:r w:rsidR="006D58AE">
              <w:rPr>
                <w:sz w:val="18"/>
              </w:rPr>
              <w:t xml:space="preserve"> </w:t>
            </w:r>
            <w:sdt>
              <w:sdtPr>
                <w:rPr>
                  <w:sz w:val="18"/>
                </w:rPr>
                <w:id w:val="-311945138"/>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sdt>
              <w:sdtPr>
                <w:rPr>
                  <w:sz w:val="18"/>
                </w:rPr>
                <w:id w:val="28786724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Granted</w:t>
            </w:r>
          </w:p>
        </w:tc>
        <w:tc>
          <w:tcPr>
            <w:tcW w:w="2125" w:type="dxa"/>
            <w:tcMar>
              <w:top w:w="90" w:type="dxa"/>
              <w:left w:w="90" w:type="dxa"/>
              <w:bottom w:w="90" w:type="dxa"/>
              <w:right w:w="90" w:type="dxa"/>
            </w:tcMar>
            <w:vAlign w:val="center"/>
          </w:tcPr>
          <w:p w14:paraId="17B533FC" w14:textId="77777777" w:rsidR="006D58AE" w:rsidRDefault="006D58AE" w:rsidP="006D58AE">
            <w:pPr>
              <w:spacing w:after="0"/>
            </w:pPr>
            <w:r>
              <w:rPr>
                <w:sz w:val="18"/>
              </w:rPr>
              <w:t>................................</w:t>
            </w:r>
          </w:p>
        </w:tc>
      </w:tr>
      <w:tr w:rsidR="006D58AE"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Default="006D58AE" w:rsidP="006D58AE">
            <w:pPr>
              <w:spacing w:after="0"/>
            </w:pPr>
            <w:r>
              <w:rPr>
                <w:sz w:val="18"/>
              </w:rPr>
              <w:t>Model/Metode/Formula/Desain</w:t>
            </w:r>
          </w:p>
        </w:tc>
        <w:tc>
          <w:tcPr>
            <w:tcW w:w="731" w:type="dxa"/>
            <w:tcMar>
              <w:top w:w="90" w:type="dxa"/>
              <w:left w:w="90" w:type="dxa"/>
              <w:bottom w:w="90" w:type="dxa"/>
              <w:right w:w="90" w:type="dxa"/>
            </w:tcMar>
          </w:tcPr>
          <w:p w14:paraId="086B7804" w14:textId="29685004" w:rsidR="006D58AE" w:rsidRDefault="00000000" w:rsidP="006D58AE">
            <w:pPr>
              <w:spacing w:after="0"/>
              <w:jc w:val="center"/>
            </w:pPr>
            <w:sdt>
              <w:sdtPr>
                <w:rPr>
                  <w:sz w:val="18"/>
                </w:rPr>
                <w:id w:val="-130400231"/>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DE7F604" w14:textId="426607E1" w:rsidR="006D58AE" w:rsidRDefault="00000000" w:rsidP="006D58AE">
            <w:pPr>
              <w:spacing w:after="0"/>
            </w:pPr>
            <w:sdt>
              <w:sdtPr>
                <w:rPr>
                  <w:sz w:val="18"/>
                </w:rPr>
                <w:id w:val="-1657757765"/>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1784643940"/>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Tervalidasi</w:t>
            </w:r>
          </w:p>
        </w:tc>
        <w:tc>
          <w:tcPr>
            <w:tcW w:w="2125" w:type="dxa"/>
            <w:tcMar>
              <w:top w:w="90" w:type="dxa"/>
              <w:left w:w="90" w:type="dxa"/>
              <w:bottom w:w="90" w:type="dxa"/>
              <w:right w:w="90" w:type="dxa"/>
            </w:tcMar>
            <w:vAlign w:val="center"/>
          </w:tcPr>
          <w:p w14:paraId="66D5B2A5" w14:textId="77777777" w:rsidR="006D58AE" w:rsidRDefault="006D58AE" w:rsidP="006D58AE">
            <w:pPr>
              <w:spacing w:after="0"/>
            </w:pPr>
            <w:r>
              <w:rPr>
                <w:sz w:val="18"/>
              </w:rPr>
              <w:t>................................</w:t>
            </w:r>
          </w:p>
        </w:tc>
      </w:tr>
      <w:tr w:rsidR="006D58AE"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Default="006D58AE" w:rsidP="006D58AE">
            <w:pPr>
              <w:spacing w:after="0"/>
            </w:pPr>
            <w:r>
              <w:rPr>
                <w:sz w:val="18"/>
              </w:rPr>
              <w:t>Prototipe/Aplikasi/Produk/Teknologi</w:t>
            </w:r>
          </w:p>
        </w:tc>
        <w:tc>
          <w:tcPr>
            <w:tcW w:w="731" w:type="dxa"/>
            <w:tcMar>
              <w:top w:w="90" w:type="dxa"/>
              <w:left w:w="90" w:type="dxa"/>
              <w:bottom w:w="90" w:type="dxa"/>
              <w:right w:w="90" w:type="dxa"/>
            </w:tcMar>
          </w:tcPr>
          <w:p w14:paraId="23C1C723" w14:textId="048CE19E" w:rsidR="006D58AE" w:rsidRDefault="00000000" w:rsidP="006D58AE">
            <w:pPr>
              <w:spacing w:after="0"/>
              <w:jc w:val="center"/>
            </w:pPr>
            <w:sdt>
              <w:sdtPr>
                <w:rPr>
                  <w:sz w:val="18"/>
                </w:rPr>
                <w:id w:val="1174081522"/>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5C014402" w14:textId="031FABB9" w:rsidR="006D58AE" w:rsidRDefault="00000000" w:rsidP="006D58AE">
            <w:pPr>
              <w:spacing w:after="0"/>
            </w:pPr>
            <w:sdt>
              <w:sdtPr>
                <w:rPr>
                  <w:sz w:val="18"/>
                </w:rPr>
                <w:id w:val="-41039325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20685008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Uji/</w:t>
            </w:r>
            <w:proofErr w:type="spellStart"/>
            <w:r w:rsidR="006D58AE">
              <w:rPr>
                <w:sz w:val="18"/>
              </w:rPr>
              <w:t>Validasi</w:t>
            </w:r>
            <w:proofErr w:type="spellEnd"/>
            <w:r w:rsidR="006D58AE">
              <w:rPr>
                <w:sz w:val="18"/>
              </w:rPr>
              <w:t xml:space="preserve"> </w:t>
            </w:r>
            <w:sdt>
              <w:sdtPr>
                <w:rPr>
                  <w:sz w:val="18"/>
                </w:rPr>
                <w:id w:val="53500595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Siap</w:t>
            </w:r>
            <w:proofErr w:type="spellEnd"/>
            <w:r w:rsidR="006D58AE">
              <w:rPr>
                <w:sz w:val="18"/>
              </w:rPr>
              <w:t xml:space="preserve"> </w:t>
            </w:r>
            <w:proofErr w:type="spellStart"/>
            <w:r w:rsidR="006D58AE">
              <w:rPr>
                <w:sz w:val="18"/>
              </w:rPr>
              <w:t>dimanfaatkan</w:t>
            </w:r>
            <w:proofErr w:type="spellEnd"/>
          </w:p>
        </w:tc>
        <w:tc>
          <w:tcPr>
            <w:tcW w:w="2125" w:type="dxa"/>
            <w:tcMar>
              <w:top w:w="90" w:type="dxa"/>
              <w:left w:w="90" w:type="dxa"/>
              <w:bottom w:w="90" w:type="dxa"/>
              <w:right w:w="90" w:type="dxa"/>
            </w:tcMar>
            <w:vAlign w:val="center"/>
          </w:tcPr>
          <w:p w14:paraId="379AE6B4" w14:textId="77777777" w:rsidR="006D58AE" w:rsidRDefault="006D58AE" w:rsidP="006D58AE">
            <w:pPr>
              <w:spacing w:after="0"/>
            </w:pPr>
            <w:r>
              <w:rPr>
                <w:sz w:val="18"/>
              </w:rPr>
              <w:t>................................</w:t>
            </w:r>
          </w:p>
        </w:tc>
      </w:tr>
      <w:tr w:rsidR="006D58AE"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Default="006D58AE" w:rsidP="006D58AE">
            <w:pPr>
              <w:spacing w:after="0"/>
            </w:pPr>
            <w:r>
              <w:rPr>
                <w:sz w:val="18"/>
              </w:rPr>
              <w:t>Dataset/Peta/Baseline</w:t>
            </w:r>
          </w:p>
        </w:tc>
        <w:tc>
          <w:tcPr>
            <w:tcW w:w="731" w:type="dxa"/>
            <w:tcMar>
              <w:top w:w="90" w:type="dxa"/>
              <w:left w:w="90" w:type="dxa"/>
              <w:bottom w:w="90" w:type="dxa"/>
              <w:right w:w="90" w:type="dxa"/>
            </w:tcMar>
          </w:tcPr>
          <w:p w14:paraId="6EC28947" w14:textId="10A69F8F" w:rsidR="006D58AE" w:rsidRDefault="00000000" w:rsidP="006D58AE">
            <w:pPr>
              <w:spacing w:after="0"/>
              <w:jc w:val="center"/>
            </w:pPr>
            <w:sdt>
              <w:sdtPr>
                <w:rPr>
                  <w:sz w:val="18"/>
                </w:rPr>
                <w:id w:val="-1567327414"/>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38195FDB" w14:textId="233E999A" w:rsidR="006D58AE" w:rsidRDefault="00000000" w:rsidP="006D58AE">
            <w:pPr>
              <w:spacing w:after="0"/>
            </w:pPr>
            <w:sdt>
              <w:sdtPr>
                <w:rPr>
                  <w:sz w:val="18"/>
                </w:rPr>
                <w:id w:val="-978376046"/>
                <w14:checkbox>
                  <w14:checked w14:val="1"/>
                  <w14:checkedState w14:val="0052" w14:font="Wingdings 2"/>
                  <w14:uncheckedState w14:val="2610" w14:font="MS Gothic"/>
                </w14:checkbox>
              </w:sdtPr>
              <w:sdtContent>
                <w:r w:rsidR="00E319E4">
                  <w:rPr>
                    <w:sz w:val="18"/>
                  </w:rPr>
                  <w:sym w:font="Wingdings 2" w:char="F052"/>
                </w:r>
              </w:sdtContent>
            </w:sdt>
            <w:r w:rsidR="006D58AE">
              <w:rPr>
                <w:sz w:val="18"/>
              </w:rPr>
              <w:t xml:space="preserve"> Tersusun </w:t>
            </w:r>
            <w:sdt>
              <w:sdtPr>
                <w:rPr>
                  <w:sz w:val="18"/>
                </w:rPr>
                <w:id w:val="-44986270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407F2BB3" w14:textId="12182976" w:rsidR="006D58AE" w:rsidRDefault="00E319E4" w:rsidP="006D58AE">
            <w:pPr>
              <w:spacing w:after="0"/>
            </w:pPr>
            <w:proofErr w:type="spellStart"/>
            <w:r w:rsidRPr="00E319E4">
              <w:rPr>
                <w:sz w:val="18"/>
              </w:rPr>
              <w:t>Matriks</w:t>
            </w:r>
            <w:proofErr w:type="spellEnd"/>
            <w:r w:rsidRPr="00E319E4">
              <w:rPr>
                <w:sz w:val="18"/>
              </w:rPr>
              <w:t xml:space="preserve"> data </w:t>
            </w:r>
            <w:r w:rsidRPr="00E319E4">
              <w:rPr>
                <w:i/>
                <w:iCs/>
                <w:sz w:val="18"/>
              </w:rPr>
              <w:t>baseline</w:t>
            </w:r>
            <w:r w:rsidRPr="00E319E4">
              <w:rPr>
                <w:sz w:val="18"/>
              </w:rPr>
              <w:t xml:space="preserve"> </w:t>
            </w:r>
            <w:proofErr w:type="spellStart"/>
            <w:r w:rsidRPr="00E319E4">
              <w:rPr>
                <w:sz w:val="18"/>
              </w:rPr>
              <w:t>kondisi</w:t>
            </w:r>
            <w:proofErr w:type="spellEnd"/>
            <w:r w:rsidRPr="00E319E4">
              <w:rPr>
                <w:sz w:val="18"/>
              </w:rPr>
              <w:t xml:space="preserve"> SCI dan BDI </w:t>
            </w:r>
            <w:proofErr w:type="spellStart"/>
            <w:r w:rsidRPr="00E319E4">
              <w:rPr>
                <w:sz w:val="18"/>
              </w:rPr>
              <w:t>ruas</w:t>
            </w:r>
            <w:proofErr w:type="spellEnd"/>
            <w:r w:rsidRPr="00E319E4">
              <w:rPr>
                <w:sz w:val="18"/>
              </w:rPr>
              <w:t xml:space="preserve"> </w:t>
            </w:r>
            <w:proofErr w:type="spellStart"/>
            <w:r w:rsidRPr="00E319E4">
              <w:rPr>
                <w:sz w:val="18"/>
              </w:rPr>
              <w:t>jalan</w:t>
            </w:r>
            <w:proofErr w:type="spellEnd"/>
            <w:r w:rsidRPr="00E319E4">
              <w:rPr>
                <w:sz w:val="18"/>
              </w:rPr>
              <w:t xml:space="preserve"> </w:t>
            </w:r>
            <w:proofErr w:type="spellStart"/>
            <w:r w:rsidRPr="00E319E4">
              <w:rPr>
                <w:sz w:val="18"/>
              </w:rPr>
              <w:t>sampel</w:t>
            </w:r>
            <w:proofErr w:type="spellEnd"/>
            <w:r w:rsidRPr="00E319E4">
              <w:rPr>
                <w:sz w:val="18"/>
              </w:rPr>
              <w:t>.</w:t>
            </w:r>
          </w:p>
        </w:tc>
      </w:tr>
      <w:tr w:rsidR="006D58AE"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Default="006D58AE" w:rsidP="006D58AE">
            <w:pPr>
              <w:spacing w:after="0"/>
            </w:pPr>
            <w:r>
              <w:rPr>
                <w:sz w:val="18"/>
              </w:rPr>
              <w:t>Rekomendasi/Policy Brief</w:t>
            </w:r>
          </w:p>
        </w:tc>
        <w:tc>
          <w:tcPr>
            <w:tcW w:w="731" w:type="dxa"/>
            <w:tcMar>
              <w:top w:w="90" w:type="dxa"/>
              <w:left w:w="90" w:type="dxa"/>
              <w:bottom w:w="90" w:type="dxa"/>
              <w:right w:w="90" w:type="dxa"/>
            </w:tcMar>
          </w:tcPr>
          <w:p w14:paraId="043F8C4C" w14:textId="03D50653" w:rsidR="006D58AE" w:rsidRDefault="00000000" w:rsidP="006D58AE">
            <w:pPr>
              <w:spacing w:after="0"/>
              <w:jc w:val="center"/>
            </w:pPr>
            <w:sdt>
              <w:sdtPr>
                <w:rPr>
                  <w:sz w:val="18"/>
                </w:rPr>
                <w:id w:val="-2140642875"/>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4F5F0B1" w14:textId="7140DA36" w:rsidR="006D58AE" w:rsidRDefault="00000000" w:rsidP="006D58AE">
            <w:pPr>
              <w:spacing w:after="0"/>
            </w:pPr>
            <w:sdt>
              <w:sdtPr>
                <w:rPr>
                  <w:sz w:val="18"/>
                </w:rPr>
                <w:id w:val="177629966"/>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126977436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Disampaikan ke pengguna</w:t>
            </w:r>
          </w:p>
        </w:tc>
        <w:tc>
          <w:tcPr>
            <w:tcW w:w="2125" w:type="dxa"/>
            <w:tcMar>
              <w:top w:w="90" w:type="dxa"/>
              <w:left w:w="90" w:type="dxa"/>
              <w:bottom w:w="90" w:type="dxa"/>
              <w:right w:w="90" w:type="dxa"/>
            </w:tcMar>
            <w:vAlign w:val="center"/>
          </w:tcPr>
          <w:p w14:paraId="3A1F68CE" w14:textId="77777777" w:rsidR="006D58AE" w:rsidRDefault="006D58AE" w:rsidP="006D58AE">
            <w:pPr>
              <w:spacing w:after="0"/>
            </w:pPr>
            <w:r>
              <w:rPr>
                <w:sz w:val="18"/>
              </w:rPr>
              <w:t>................................</w:t>
            </w:r>
          </w:p>
        </w:tc>
      </w:tr>
      <w:tr w:rsidR="006D58AE"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Default="006D58AE" w:rsidP="006D58AE">
            <w:pPr>
              <w:spacing w:after="0"/>
            </w:pPr>
            <w:r>
              <w:rPr>
                <w:sz w:val="18"/>
              </w:rPr>
              <w:t>Luaran lainnya</w:t>
            </w:r>
          </w:p>
        </w:tc>
        <w:tc>
          <w:tcPr>
            <w:tcW w:w="731" w:type="dxa"/>
            <w:tcMar>
              <w:top w:w="90" w:type="dxa"/>
              <w:left w:w="90" w:type="dxa"/>
              <w:bottom w:w="90" w:type="dxa"/>
              <w:right w:w="90" w:type="dxa"/>
            </w:tcMar>
          </w:tcPr>
          <w:p w14:paraId="5B92B1D9" w14:textId="7521CBA7" w:rsidR="006D58AE" w:rsidRDefault="00000000" w:rsidP="006D58AE">
            <w:pPr>
              <w:spacing w:after="0"/>
              <w:jc w:val="center"/>
            </w:pPr>
            <w:sdt>
              <w:sdtPr>
                <w:rPr>
                  <w:sz w:val="18"/>
                </w:rPr>
                <w:id w:val="-591547338"/>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25BDCB5E" w14:textId="77777777" w:rsidR="006D58AE" w:rsidRDefault="006D58AE" w:rsidP="006D58AE">
            <w:pPr>
              <w:spacing w:after="0"/>
            </w:pPr>
            <w:r>
              <w:rPr>
                <w:sz w:val="18"/>
              </w:rPr>
              <w:t>................................</w:t>
            </w:r>
          </w:p>
        </w:tc>
        <w:tc>
          <w:tcPr>
            <w:tcW w:w="2125" w:type="dxa"/>
            <w:tcMar>
              <w:top w:w="90" w:type="dxa"/>
              <w:left w:w="90" w:type="dxa"/>
              <w:bottom w:w="90" w:type="dxa"/>
              <w:right w:w="90" w:type="dxa"/>
            </w:tcMar>
            <w:vAlign w:val="center"/>
          </w:tcPr>
          <w:p w14:paraId="7D2FA073" w14:textId="77777777" w:rsidR="006D58AE" w:rsidRDefault="006D58AE" w:rsidP="006D58AE">
            <w:pPr>
              <w:spacing w:after="0"/>
            </w:pPr>
            <w:r>
              <w:rPr>
                <w:sz w:val="18"/>
              </w:rPr>
              <w:t>................................</w:t>
            </w:r>
          </w:p>
        </w:tc>
      </w:tr>
    </w:tbl>
    <w:p w14:paraId="42DC7BBB" w14:textId="46482D6D" w:rsidR="00021266" w:rsidRPr="003F1B29" w:rsidRDefault="00000000" w:rsidP="00585F85">
      <w:pPr>
        <w:jc w:val="both"/>
        <w:rPr>
          <w:lang w:val="nb-NO"/>
        </w:rPr>
      </w:pPr>
      <w:r w:rsidRPr="003F1B29">
        <w:rPr>
          <w:b/>
          <w:lang w:val="nb-NO"/>
        </w:rPr>
        <w:t xml:space="preserve">Calon pengguna/penerima manfaat hasil penelitian (jika ada): </w:t>
      </w:r>
      <w:r w:rsidR="00585F85" w:rsidRPr="00585F85">
        <w:t xml:space="preserve">Dinas Bina </w:t>
      </w:r>
      <w:proofErr w:type="spellStart"/>
      <w:r w:rsidR="00585F85" w:rsidRPr="00585F85">
        <w:t>Marga</w:t>
      </w:r>
      <w:proofErr w:type="spellEnd"/>
      <w:r w:rsidR="00585F85" w:rsidRPr="00585F85">
        <w:t xml:space="preserve">, Dinas PUPR, dan </w:t>
      </w:r>
      <w:proofErr w:type="spellStart"/>
      <w:r w:rsidR="00585F85" w:rsidRPr="00585F85">
        <w:t>konsultan</w:t>
      </w:r>
      <w:proofErr w:type="spellEnd"/>
      <w:r w:rsidR="00585F85" w:rsidRPr="00585F85">
        <w:t xml:space="preserve"> </w:t>
      </w:r>
      <w:proofErr w:type="spellStart"/>
      <w:r w:rsidR="00585F85" w:rsidRPr="00585F85">
        <w:t>teknik</w:t>
      </w:r>
      <w:proofErr w:type="spellEnd"/>
      <w:r w:rsidR="00585F85" w:rsidRPr="00585F85">
        <w:t xml:space="preserve"> </w:t>
      </w:r>
      <w:proofErr w:type="spellStart"/>
      <w:r w:rsidR="00585F85" w:rsidRPr="00585F85">
        <w:t>jalan</w:t>
      </w:r>
      <w:proofErr w:type="spellEnd"/>
      <w:r w:rsidR="00585F85" w:rsidRPr="00585F85">
        <w:t>.</w:t>
      </w:r>
    </w:p>
    <w:p w14:paraId="1F838735" w14:textId="0D637154" w:rsidR="00021266" w:rsidRPr="003F1B29" w:rsidRDefault="00000000" w:rsidP="006D58AE">
      <w:pPr>
        <w:jc w:val="both"/>
        <w:rPr>
          <w:lang w:val="nb-NO"/>
        </w:rPr>
      </w:pPr>
      <w:r w:rsidRPr="003F1B29">
        <w:rPr>
          <w:b/>
          <w:lang w:val="nb-NO"/>
        </w:rPr>
        <w:t xml:space="preserve">Potensi tindak lanjut hasil: </w:t>
      </w:r>
      <w:sdt>
        <w:sdtPr>
          <w:rPr>
            <w:sz w:val="18"/>
            <w:lang w:val="nb-NO"/>
          </w:rPr>
          <w:id w:val="77726351"/>
          <w14:checkbox>
            <w14:checked w14:val="0"/>
            <w14:checkedState w14:val="0052" w14:font="Wingdings 2"/>
            <w14:uncheckedState w14:val="2610" w14:font="MS Gothic"/>
          </w14:checkbox>
        </w:sdtPr>
        <w:sdtContent>
          <w:r w:rsidR="00585F85">
            <w:rPr>
              <w:rFonts w:ascii="MS Gothic" w:eastAsia="MS Gothic" w:hAnsi="MS Gothic" w:hint="eastAsia"/>
              <w:sz w:val="18"/>
              <w:lang w:val="nb-NO"/>
            </w:rPr>
            <w:t>☐</w:t>
          </w:r>
        </w:sdtContent>
      </w:sdt>
      <w:r w:rsidR="006D58AE">
        <w:rPr>
          <w:sz w:val="18"/>
          <w:lang w:val="nb-NO"/>
        </w:rPr>
        <w:t xml:space="preserve"> </w:t>
      </w:r>
      <w:r w:rsidRPr="003F1B29">
        <w:rPr>
          <w:lang w:val="nb-NO"/>
        </w:rPr>
        <w:t xml:space="preserve">Penelitian lanjutan  </w:t>
      </w:r>
      <w:sdt>
        <w:sdtPr>
          <w:rPr>
            <w:sz w:val="18"/>
            <w:lang w:val="nb-NO"/>
          </w:rPr>
          <w:id w:val="-884871805"/>
          <w14:checkbox>
            <w14:checked w14:val="1"/>
            <w14:checkedState w14:val="0052" w14:font="Wingdings 2"/>
            <w14:uncheckedState w14:val="2610" w14:font="MS Gothic"/>
          </w14:checkbox>
        </w:sdtPr>
        <w:sdtContent>
          <w:r w:rsidR="004A10DD">
            <w:rPr>
              <w:sz w:val="18"/>
              <w:lang w:val="nb-NO"/>
            </w:rPr>
            <w:sym w:font="Wingdings 2" w:char="F052"/>
          </w:r>
        </w:sdtContent>
      </w:sdt>
      <w:r w:rsidRPr="003F1B29">
        <w:rPr>
          <w:lang w:val="nb-NO"/>
        </w:rPr>
        <w:t xml:space="preserve"> PkM/KKP  </w:t>
      </w:r>
      <w:sdt>
        <w:sdtPr>
          <w:rPr>
            <w:sz w:val="18"/>
            <w:lang w:val="nb-NO"/>
          </w:rPr>
          <w:id w:val="-1302156175"/>
          <w14:checkbox>
            <w14:checked w14:val="1"/>
            <w14:checkedState w14:val="0052" w14:font="Wingdings 2"/>
            <w14:uncheckedState w14:val="2610" w14:font="MS Gothic"/>
          </w14:checkbox>
        </w:sdtPr>
        <w:sdtContent>
          <w:r w:rsidR="00585F85">
            <w:rPr>
              <w:sz w:val="18"/>
              <w:lang w:val="nb-NO"/>
            </w:rPr>
            <w:sym w:font="Wingdings 2" w:char="F052"/>
          </w:r>
        </w:sdtContent>
      </w:sdt>
      <w:r w:rsidRPr="003F1B29">
        <w:rPr>
          <w:lang w:val="nb-NO"/>
        </w:rPr>
        <w:t xml:space="preserve"> Mitra pengguna  </w:t>
      </w:r>
      <w:sdt>
        <w:sdtPr>
          <w:rPr>
            <w:sz w:val="18"/>
            <w:lang w:val="nb-NO"/>
          </w:rPr>
          <w:id w:val="2115863673"/>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Hilirisasi  </w:t>
      </w:r>
      <w:sdt>
        <w:sdtPr>
          <w:rPr>
            <w:sz w:val="18"/>
            <w:lang w:val="nb-NO"/>
          </w:rPr>
          <w:id w:val="-104813694"/>
          <w14:checkbox>
            <w14:checked w14:val="1"/>
            <w14:checkedState w14:val="0052" w14:font="Wingdings 2"/>
            <w14:uncheckedState w14:val="2610" w14:font="MS Gothic"/>
          </w14:checkbox>
        </w:sdtPr>
        <w:sdtContent>
          <w:r w:rsidR="00585F85">
            <w:rPr>
              <w:sz w:val="18"/>
              <w:lang w:val="nb-NO"/>
            </w:rPr>
            <w:sym w:font="Wingdings 2" w:char="F052"/>
          </w:r>
        </w:sdtContent>
      </w:sdt>
      <w:r w:rsidRPr="003F1B29">
        <w:rPr>
          <w:lang w:val="nb-NO"/>
        </w:rPr>
        <w:t xml:space="preserve"> Pembelajaran  </w:t>
      </w:r>
      <w:sdt>
        <w:sdtPr>
          <w:rPr>
            <w:sz w:val="18"/>
            <w:lang w:val="nb-NO"/>
          </w:rPr>
          <w:id w:val="-1645726907"/>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Lainnya: ............</w:t>
      </w:r>
    </w:p>
    <w:p w14:paraId="13E6C0AB" w14:textId="77777777" w:rsidR="00021266" w:rsidRDefault="00000000">
      <w:pPr>
        <w:spacing w:before="160" w:after="100"/>
      </w:pPr>
      <w:r>
        <w:rPr>
          <w:b/>
          <w:sz w:val="24"/>
        </w:rPr>
        <w:t>I. KOLABORASI DAN KETERLIBATAN</w:t>
      </w:r>
    </w:p>
    <w:tbl>
      <w:tblPr>
        <w:tblStyle w:val="TableGrid"/>
        <w:tblW w:w="0" w:type="auto"/>
        <w:jc w:val="center"/>
        <w:tblLook w:val="04A0" w:firstRow="1" w:lastRow="0" w:firstColumn="1" w:lastColumn="0" w:noHBand="0" w:noVBand="1"/>
      </w:tblPr>
      <w:tblGrid>
        <w:gridCol w:w="3120"/>
        <w:gridCol w:w="6182"/>
      </w:tblGrid>
      <w:tr w:rsidR="00021266"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Default="00000000">
            <w:pPr>
              <w:spacing w:after="0"/>
            </w:pPr>
            <w:r>
              <w:rPr>
                <w:b/>
                <w:sz w:val="18"/>
              </w:rPr>
              <w:t>Lintas program studi/disiplin (jika ada)</w:t>
            </w:r>
          </w:p>
        </w:tc>
        <w:tc>
          <w:tcPr>
            <w:tcW w:w="4561" w:type="dxa"/>
            <w:tcMar>
              <w:top w:w="90" w:type="dxa"/>
              <w:left w:w="90" w:type="dxa"/>
              <w:bottom w:w="90" w:type="dxa"/>
              <w:right w:w="90" w:type="dxa"/>
            </w:tcMar>
            <w:vAlign w:val="center"/>
          </w:tcPr>
          <w:p w14:paraId="636010FC" w14:textId="77777777" w:rsidR="00021266" w:rsidRDefault="00000000">
            <w:pPr>
              <w:spacing w:after="0"/>
            </w:pPr>
            <w:r>
              <w:rPr>
                <w:sz w:val="18"/>
              </w:rPr>
              <w:t>........................................................................................................................</w:t>
            </w:r>
          </w:p>
        </w:tc>
      </w:tr>
      <w:tr w:rsidR="00021266"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3F1B29" w:rsidRDefault="00000000">
            <w:pPr>
              <w:spacing w:after="0"/>
              <w:rPr>
                <w:lang w:val="nb-NO"/>
              </w:rPr>
            </w:pPr>
            <w:r w:rsidRPr="003F1B29">
              <w:rPr>
                <w:b/>
                <w:sz w:val="18"/>
                <w:lang w:val="nb-NO"/>
              </w:rPr>
              <w:t>Mitra penelitian/pengguna (jika ada)</w:t>
            </w:r>
          </w:p>
        </w:tc>
        <w:tc>
          <w:tcPr>
            <w:tcW w:w="4561" w:type="dxa"/>
            <w:tcMar>
              <w:top w:w="90" w:type="dxa"/>
              <w:left w:w="90" w:type="dxa"/>
              <w:bottom w:w="90" w:type="dxa"/>
              <w:right w:w="90" w:type="dxa"/>
            </w:tcMar>
            <w:vAlign w:val="center"/>
          </w:tcPr>
          <w:p w14:paraId="095B0A0F" w14:textId="77777777" w:rsidR="00021266" w:rsidRDefault="00000000">
            <w:pPr>
              <w:spacing w:after="0"/>
            </w:pPr>
            <w:r>
              <w:rPr>
                <w:sz w:val="18"/>
              </w:rPr>
              <w:t>........................................................................................................................</w:t>
            </w:r>
          </w:p>
        </w:tc>
      </w:tr>
      <w:tr w:rsidR="00021266"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Default="00000000">
            <w:pPr>
              <w:spacing w:after="0"/>
            </w:pPr>
            <w:r>
              <w:rPr>
                <w:b/>
                <w:sz w:val="18"/>
              </w:rPr>
              <w:t>Peran mahasiswa</w:t>
            </w:r>
          </w:p>
        </w:tc>
        <w:tc>
          <w:tcPr>
            <w:tcW w:w="4561" w:type="dxa"/>
            <w:tcMar>
              <w:top w:w="90" w:type="dxa"/>
              <w:left w:w="90" w:type="dxa"/>
              <w:bottom w:w="90" w:type="dxa"/>
              <w:right w:w="90" w:type="dxa"/>
            </w:tcMar>
            <w:vAlign w:val="center"/>
          </w:tcPr>
          <w:p w14:paraId="58B73F8A" w14:textId="165C94D9" w:rsidR="00021266" w:rsidRDefault="00E319E4" w:rsidP="00585F85">
            <w:pPr>
              <w:spacing w:after="0"/>
              <w:jc w:val="both"/>
            </w:pPr>
            <w:proofErr w:type="spellStart"/>
            <w:r w:rsidRPr="00E319E4">
              <w:rPr>
                <w:sz w:val="18"/>
              </w:rPr>
              <w:t>Pelibatan</w:t>
            </w:r>
            <w:proofErr w:type="spellEnd"/>
            <w:r w:rsidRPr="00E319E4">
              <w:rPr>
                <w:sz w:val="18"/>
              </w:rPr>
              <w:t xml:space="preserve"> 1-2 </w:t>
            </w:r>
            <w:proofErr w:type="spellStart"/>
            <w:r w:rsidRPr="00E319E4">
              <w:rPr>
                <w:sz w:val="18"/>
              </w:rPr>
              <w:t>mahasiswa</w:t>
            </w:r>
            <w:proofErr w:type="spellEnd"/>
            <w:r w:rsidRPr="00E319E4">
              <w:rPr>
                <w:sz w:val="18"/>
              </w:rPr>
              <w:t xml:space="preserve"> </w:t>
            </w:r>
            <w:proofErr w:type="spellStart"/>
            <w:r w:rsidRPr="00E319E4">
              <w:rPr>
                <w:sz w:val="18"/>
              </w:rPr>
              <w:t>dalam</w:t>
            </w:r>
            <w:proofErr w:type="spellEnd"/>
            <w:r w:rsidRPr="00E319E4">
              <w:rPr>
                <w:sz w:val="18"/>
              </w:rPr>
              <w:t xml:space="preserve"> </w:t>
            </w:r>
            <w:proofErr w:type="spellStart"/>
            <w:r w:rsidRPr="00E319E4">
              <w:rPr>
                <w:sz w:val="18"/>
              </w:rPr>
              <w:t>kompilasi</w:t>
            </w:r>
            <w:proofErr w:type="spellEnd"/>
            <w:r w:rsidRPr="00E319E4">
              <w:rPr>
                <w:sz w:val="18"/>
              </w:rPr>
              <w:t xml:space="preserve"> data </w:t>
            </w:r>
            <w:r w:rsidRPr="00E319E4">
              <w:rPr>
                <w:i/>
                <w:iCs/>
                <w:sz w:val="18"/>
              </w:rPr>
              <w:t>spreadsheet</w:t>
            </w:r>
            <w:r w:rsidRPr="00E319E4">
              <w:rPr>
                <w:sz w:val="18"/>
              </w:rPr>
              <w:t xml:space="preserve"> FWD dan </w:t>
            </w:r>
            <w:proofErr w:type="spellStart"/>
            <w:r w:rsidRPr="00E319E4">
              <w:rPr>
                <w:sz w:val="18"/>
              </w:rPr>
              <w:t>perhitungan</w:t>
            </w:r>
            <w:proofErr w:type="spellEnd"/>
            <w:r w:rsidRPr="00E319E4">
              <w:rPr>
                <w:sz w:val="18"/>
              </w:rPr>
              <w:t xml:space="preserve"> </w:t>
            </w:r>
            <w:proofErr w:type="spellStart"/>
            <w:r w:rsidRPr="00E319E4">
              <w:rPr>
                <w:sz w:val="18"/>
              </w:rPr>
              <w:t>komputasi</w:t>
            </w:r>
            <w:proofErr w:type="spellEnd"/>
            <w:r w:rsidRPr="00E319E4">
              <w:rPr>
                <w:sz w:val="18"/>
              </w:rPr>
              <w:t xml:space="preserve"> SCI/BDI (</w:t>
            </w:r>
            <w:proofErr w:type="spellStart"/>
            <w:r w:rsidRPr="00E319E4">
              <w:rPr>
                <w:sz w:val="18"/>
              </w:rPr>
              <w:t>sebagai</w:t>
            </w:r>
            <w:proofErr w:type="spellEnd"/>
            <w:r w:rsidRPr="00E319E4">
              <w:rPr>
                <w:sz w:val="18"/>
              </w:rPr>
              <w:t xml:space="preserve"> </w:t>
            </w:r>
            <w:proofErr w:type="spellStart"/>
            <w:r w:rsidRPr="00E319E4">
              <w:rPr>
                <w:sz w:val="18"/>
              </w:rPr>
              <w:t>bahan</w:t>
            </w:r>
            <w:proofErr w:type="spellEnd"/>
            <w:r w:rsidRPr="00E319E4">
              <w:rPr>
                <w:sz w:val="18"/>
              </w:rPr>
              <w:t xml:space="preserve"> </w:t>
            </w:r>
            <w:proofErr w:type="spellStart"/>
            <w:r>
              <w:rPr>
                <w:sz w:val="18"/>
              </w:rPr>
              <w:t>pembelajaran</w:t>
            </w:r>
            <w:proofErr w:type="spellEnd"/>
            <w:r w:rsidRPr="00E319E4">
              <w:rPr>
                <w:sz w:val="18"/>
              </w:rPr>
              <w:t>)</w:t>
            </w:r>
            <w:r w:rsidR="00585F85" w:rsidRPr="00585F85">
              <w:rPr>
                <w:sz w:val="18"/>
              </w:rPr>
              <w:t>.</w:t>
            </w:r>
          </w:p>
        </w:tc>
      </w:tr>
      <w:tr w:rsidR="00021266"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Default="00000000">
            <w:pPr>
              <w:spacing w:after="0"/>
            </w:pPr>
            <w:r>
              <w:rPr>
                <w:b/>
                <w:sz w:val="18"/>
              </w:rPr>
              <w:t>Potensi integrasi ke pembelajaran</w:t>
            </w:r>
          </w:p>
        </w:tc>
        <w:tc>
          <w:tcPr>
            <w:tcW w:w="4561" w:type="dxa"/>
            <w:tcMar>
              <w:top w:w="90" w:type="dxa"/>
              <w:left w:w="90" w:type="dxa"/>
              <w:bottom w:w="90" w:type="dxa"/>
              <w:right w:w="90" w:type="dxa"/>
            </w:tcMar>
            <w:vAlign w:val="center"/>
          </w:tcPr>
          <w:p w14:paraId="3C96743C" w14:textId="13891C8C" w:rsidR="00021266" w:rsidRDefault="00E319E4" w:rsidP="00585F85">
            <w:pPr>
              <w:spacing w:after="0"/>
              <w:jc w:val="both"/>
            </w:pPr>
            <w:proofErr w:type="spellStart"/>
            <w:r w:rsidRPr="00E319E4">
              <w:rPr>
                <w:sz w:val="18"/>
              </w:rPr>
              <w:t>Menjadi</w:t>
            </w:r>
            <w:proofErr w:type="spellEnd"/>
            <w:r w:rsidRPr="00E319E4">
              <w:rPr>
                <w:sz w:val="18"/>
              </w:rPr>
              <w:t xml:space="preserve"> </w:t>
            </w:r>
            <w:proofErr w:type="spellStart"/>
            <w:r w:rsidRPr="00E319E4">
              <w:rPr>
                <w:sz w:val="18"/>
              </w:rPr>
              <w:t>suplemen</w:t>
            </w:r>
            <w:proofErr w:type="spellEnd"/>
            <w:r w:rsidRPr="00E319E4">
              <w:rPr>
                <w:sz w:val="18"/>
              </w:rPr>
              <w:t xml:space="preserve"> </w:t>
            </w:r>
            <w:proofErr w:type="spellStart"/>
            <w:r w:rsidRPr="00E319E4">
              <w:rPr>
                <w:sz w:val="18"/>
              </w:rPr>
              <w:t>materi</w:t>
            </w:r>
            <w:proofErr w:type="spellEnd"/>
            <w:r w:rsidRPr="00E319E4">
              <w:rPr>
                <w:sz w:val="18"/>
              </w:rPr>
              <w:t xml:space="preserve"> </w:t>
            </w:r>
            <w:proofErr w:type="spellStart"/>
            <w:r w:rsidRPr="00E319E4">
              <w:rPr>
                <w:sz w:val="18"/>
              </w:rPr>
              <w:t>studi</w:t>
            </w:r>
            <w:proofErr w:type="spellEnd"/>
            <w:r w:rsidRPr="00E319E4">
              <w:rPr>
                <w:sz w:val="18"/>
              </w:rPr>
              <w:t xml:space="preserve"> </w:t>
            </w:r>
            <w:proofErr w:type="spellStart"/>
            <w:r w:rsidRPr="00E319E4">
              <w:rPr>
                <w:sz w:val="18"/>
              </w:rPr>
              <w:t>kasus</w:t>
            </w:r>
            <w:proofErr w:type="spellEnd"/>
            <w:r w:rsidRPr="00E319E4">
              <w:rPr>
                <w:sz w:val="18"/>
              </w:rPr>
              <w:t xml:space="preserve"> pada </w:t>
            </w:r>
            <w:proofErr w:type="spellStart"/>
            <w:r w:rsidRPr="00E319E4">
              <w:rPr>
                <w:sz w:val="18"/>
              </w:rPr>
              <w:t>mata</w:t>
            </w:r>
            <w:proofErr w:type="spellEnd"/>
            <w:r w:rsidRPr="00E319E4">
              <w:rPr>
                <w:sz w:val="18"/>
              </w:rPr>
              <w:t xml:space="preserve"> </w:t>
            </w:r>
            <w:proofErr w:type="spellStart"/>
            <w:r w:rsidRPr="00E319E4">
              <w:rPr>
                <w:sz w:val="18"/>
              </w:rPr>
              <w:t>kuliah</w:t>
            </w:r>
            <w:proofErr w:type="spellEnd"/>
            <w:r w:rsidRPr="00E319E4">
              <w:rPr>
                <w:sz w:val="18"/>
              </w:rPr>
              <w:t xml:space="preserve"> </w:t>
            </w:r>
            <w:proofErr w:type="spellStart"/>
            <w:r w:rsidRPr="00E319E4">
              <w:rPr>
                <w:sz w:val="18"/>
              </w:rPr>
              <w:t>Rekayasa</w:t>
            </w:r>
            <w:proofErr w:type="spellEnd"/>
            <w:r w:rsidRPr="00E319E4">
              <w:rPr>
                <w:sz w:val="18"/>
              </w:rPr>
              <w:t xml:space="preserve"> </w:t>
            </w:r>
            <w:proofErr w:type="spellStart"/>
            <w:r w:rsidRPr="00E319E4">
              <w:rPr>
                <w:sz w:val="18"/>
              </w:rPr>
              <w:t>Perkerasan</w:t>
            </w:r>
            <w:proofErr w:type="spellEnd"/>
            <w:r w:rsidRPr="00E319E4">
              <w:rPr>
                <w:sz w:val="18"/>
              </w:rPr>
              <w:t xml:space="preserve"> Jalan </w:t>
            </w:r>
            <w:proofErr w:type="spellStart"/>
            <w:r w:rsidRPr="00E319E4">
              <w:rPr>
                <w:sz w:val="18"/>
              </w:rPr>
              <w:t>atau</w:t>
            </w:r>
            <w:proofErr w:type="spellEnd"/>
            <w:r w:rsidRPr="00E319E4">
              <w:rPr>
                <w:sz w:val="18"/>
              </w:rPr>
              <w:t xml:space="preserve"> </w:t>
            </w:r>
            <w:proofErr w:type="spellStart"/>
            <w:r w:rsidRPr="00E319E4">
              <w:rPr>
                <w:sz w:val="18"/>
              </w:rPr>
              <w:t>Laboratorium</w:t>
            </w:r>
            <w:proofErr w:type="spellEnd"/>
            <w:r w:rsidRPr="00E319E4">
              <w:rPr>
                <w:sz w:val="18"/>
              </w:rPr>
              <w:t xml:space="preserve"> Uji </w:t>
            </w:r>
            <w:proofErr w:type="spellStart"/>
            <w:r w:rsidRPr="00E319E4">
              <w:rPr>
                <w:sz w:val="18"/>
              </w:rPr>
              <w:t>Bahan</w:t>
            </w:r>
            <w:proofErr w:type="spellEnd"/>
            <w:r w:rsidRPr="00E319E4">
              <w:rPr>
                <w:sz w:val="18"/>
              </w:rPr>
              <w:t xml:space="preserve"> Teknik </w:t>
            </w:r>
            <w:proofErr w:type="spellStart"/>
            <w:r w:rsidRPr="00E319E4">
              <w:rPr>
                <w:sz w:val="18"/>
              </w:rPr>
              <w:t>Sipil</w:t>
            </w:r>
            <w:proofErr w:type="spellEnd"/>
            <w:r w:rsidR="00585F85" w:rsidRPr="00585F85">
              <w:rPr>
                <w:sz w:val="18"/>
              </w:rPr>
              <w:t>.</w:t>
            </w:r>
          </w:p>
        </w:tc>
      </w:tr>
      <w:tr w:rsidR="00021266"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3F1B29" w:rsidRDefault="00000000">
            <w:pPr>
              <w:spacing w:after="0"/>
              <w:rPr>
                <w:lang w:val="nb-NO"/>
              </w:rPr>
            </w:pPr>
            <w:r w:rsidRPr="003F1B29">
              <w:rPr>
                <w:b/>
                <w:sz w:val="18"/>
                <w:lang w:val="nb-NO"/>
              </w:rPr>
              <w:t>Potensi penerapan melalui PkM/KKP</w:t>
            </w:r>
          </w:p>
        </w:tc>
        <w:tc>
          <w:tcPr>
            <w:tcW w:w="4561" w:type="dxa"/>
            <w:tcMar>
              <w:top w:w="90" w:type="dxa"/>
              <w:left w:w="90" w:type="dxa"/>
              <w:bottom w:w="90" w:type="dxa"/>
              <w:right w:w="90" w:type="dxa"/>
            </w:tcMar>
            <w:vAlign w:val="center"/>
          </w:tcPr>
          <w:p w14:paraId="46966A1B" w14:textId="77777777" w:rsidR="00021266" w:rsidRDefault="00000000">
            <w:pPr>
              <w:spacing w:after="0"/>
            </w:pPr>
            <w:r>
              <w:rPr>
                <w:sz w:val="18"/>
              </w:rPr>
              <w:t>........................................................................................................................</w:t>
            </w:r>
          </w:p>
        </w:tc>
      </w:tr>
    </w:tbl>
    <w:p w14:paraId="7FBF0731" w14:textId="77777777" w:rsidR="00021266" w:rsidRDefault="00000000">
      <w:pPr>
        <w:spacing w:before="160" w:after="100"/>
      </w:pPr>
      <w:r>
        <w:rPr>
          <w:b/>
          <w:sz w:val="24"/>
        </w:rPr>
        <w:t>J. JADWAL PELAKSANAAN</w:t>
      </w:r>
    </w:p>
    <w:tbl>
      <w:tblPr>
        <w:tblStyle w:val="TableGrid"/>
        <w:tblW w:w="5000" w:type="pct"/>
        <w:jc w:val="center"/>
        <w:tblLook w:val="04A0" w:firstRow="1" w:lastRow="0" w:firstColumn="1" w:lastColumn="0" w:noHBand="0" w:noVBand="1"/>
      </w:tblPr>
      <w:tblGrid>
        <w:gridCol w:w="514"/>
        <w:gridCol w:w="2854"/>
        <w:gridCol w:w="988"/>
        <w:gridCol w:w="988"/>
        <w:gridCol w:w="990"/>
        <w:gridCol w:w="990"/>
        <w:gridCol w:w="990"/>
        <w:gridCol w:w="988"/>
      </w:tblGrid>
      <w:tr w:rsidR="00021266"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Default="00000000" w:rsidP="006D58AE">
            <w:pPr>
              <w:spacing w:after="0"/>
              <w:jc w:val="center"/>
            </w:pPr>
            <w:r>
              <w:rPr>
                <w:b/>
                <w:sz w:val="18"/>
              </w:rPr>
              <w:t>No.</w:t>
            </w:r>
          </w:p>
        </w:tc>
        <w:tc>
          <w:tcPr>
            <w:tcW w:w="1534" w:type="pct"/>
            <w:shd w:val="clear" w:color="auto" w:fill="D9EAF7"/>
            <w:tcMar>
              <w:top w:w="90" w:type="dxa"/>
              <w:left w:w="90" w:type="dxa"/>
              <w:bottom w:w="90" w:type="dxa"/>
              <w:right w:w="90" w:type="dxa"/>
            </w:tcMar>
            <w:vAlign w:val="center"/>
          </w:tcPr>
          <w:p w14:paraId="01A331FA" w14:textId="77777777" w:rsidR="00021266" w:rsidRDefault="00000000" w:rsidP="006D58AE">
            <w:pPr>
              <w:spacing w:after="0"/>
              <w:jc w:val="center"/>
            </w:pPr>
            <w:r>
              <w:rPr>
                <w:b/>
                <w:sz w:val="18"/>
              </w:rPr>
              <w:t>Kegiatan</w:t>
            </w:r>
          </w:p>
        </w:tc>
        <w:tc>
          <w:tcPr>
            <w:tcW w:w="531" w:type="pct"/>
            <w:shd w:val="clear" w:color="auto" w:fill="D9EAF7"/>
            <w:tcMar>
              <w:top w:w="90" w:type="dxa"/>
              <w:left w:w="90" w:type="dxa"/>
              <w:bottom w:w="90" w:type="dxa"/>
              <w:right w:w="90" w:type="dxa"/>
            </w:tcMar>
            <w:vAlign w:val="center"/>
          </w:tcPr>
          <w:p w14:paraId="6CC100CF" w14:textId="77777777" w:rsidR="00021266" w:rsidRDefault="00000000" w:rsidP="006D58AE">
            <w:pPr>
              <w:spacing w:after="0"/>
              <w:jc w:val="center"/>
            </w:pPr>
            <w:r>
              <w:rPr>
                <w:b/>
                <w:sz w:val="18"/>
              </w:rPr>
              <w:t>Bln 1</w:t>
            </w:r>
          </w:p>
        </w:tc>
        <w:tc>
          <w:tcPr>
            <w:tcW w:w="531" w:type="pct"/>
            <w:shd w:val="clear" w:color="auto" w:fill="D9EAF7"/>
            <w:tcMar>
              <w:top w:w="90" w:type="dxa"/>
              <w:left w:w="90" w:type="dxa"/>
              <w:bottom w:w="90" w:type="dxa"/>
              <w:right w:w="90" w:type="dxa"/>
            </w:tcMar>
            <w:vAlign w:val="center"/>
          </w:tcPr>
          <w:p w14:paraId="4348FFDC" w14:textId="77777777" w:rsidR="00021266" w:rsidRDefault="00000000" w:rsidP="006D58AE">
            <w:pPr>
              <w:spacing w:after="0"/>
              <w:jc w:val="center"/>
            </w:pPr>
            <w:r>
              <w:rPr>
                <w:b/>
                <w:sz w:val="18"/>
              </w:rPr>
              <w:t>Bln 2</w:t>
            </w:r>
          </w:p>
        </w:tc>
        <w:tc>
          <w:tcPr>
            <w:tcW w:w="532" w:type="pct"/>
            <w:shd w:val="clear" w:color="auto" w:fill="D9EAF7"/>
            <w:tcMar>
              <w:top w:w="90" w:type="dxa"/>
              <w:left w:w="90" w:type="dxa"/>
              <w:bottom w:w="90" w:type="dxa"/>
              <w:right w:w="90" w:type="dxa"/>
            </w:tcMar>
            <w:vAlign w:val="center"/>
          </w:tcPr>
          <w:p w14:paraId="628C6746" w14:textId="77777777" w:rsidR="00021266" w:rsidRDefault="00000000" w:rsidP="006D58AE">
            <w:pPr>
              <w:spacing w:after="0"/>
              <w:jc w:val="center"/>
            </w:pPr>
            <w:r>
              <w:rPr>
                <w:b/>
                <w:sz w:val="18"/>
              </w:rPr>
              <w:t>Bln 3</w:t>
            </w:r>
          </w:p>
        </w:tc>
        <w:tc>
          <w:tcPr>
            <w:tcW w:w="532" w:type="pct"/>
            <w:shd w:val="clear" w:color="auto" w:fill="D9EAF7"/>
            <w:tcMar>
              <w:top w:w="90" w:type="dxa"/>
              <w:left w:w="90" w:type="dxa"/>
              <w:bottom w:w="90" w:type="dxa"/>
              <w:right w:w="90" w:type="dxa"/>
            </w:tcMar>
            <w:vAlign w:val="center"/>
          </w:tcPr>
          <w:p w14:paraId="3F62C5CA" w14:textId="77777777" w:rsidR="00021266" w:rsidRDefault="00000000" w:rsidP="006D58AE">
            <w:pPr>
              <w:spacing w:after="0"/>
              <w:jc w:val="center"/>
            </w:pPr>
            <w:r>
              <w:rPr>
                <w:b/>
                <w:sz w:val="18"/>
              </w:rPr>
              <w:t>Bln 4</w:t>
            </w:r>
          </w:p>
        </w:tc>
        <w:tc>
          <w:tcPr>
            <w:tcW w:w="532" w:type="pct"/>
            <w:shd w:val="clear" w:color="auto" w:fill="D9EAF7"/>
            <w:tcMar>
              <w:top w:w="90" w:type="dxa"/>
              <w:left w:w="90" w:type="dxa"/>
              <w:bottom w:w="90" w:type="dxa"/>
              <w:right w:w="90" w:type="dxa"/>
            </w:tcMar>
            <w:vAlign w:val="center"/>
          </w:tcPr>
          <w:p w14:paraId="4B4ABCA9" w14:textId="77777777" w:rsidR="00021266" w:rsidRDefault="00000000" w:rsidP="006D58AE">
            <w:pPr>
              <w:spacing w:after="0"/>
              <w:jc w:val="center"/>
            </w:pPr>
            <w:r>
              <w:rPr>
                <w:b/>
                <w:sz w:val="18"/>
              </w:rPr>
              <w:t>Bln 5</w:t>
            </w:r>
          </w:p>
        </w:tc>
        <w:tc>
          <w:tcPr>
            <w:tcW w:w="532" w:type="pct"/>
            <w:shd w:val="clear" w:color="auto" w:fill="D9EAF7"/>
            <w:tcMar>
              <w:top w:w="90" w:type="dxa"/>
              <w:left w:w="90" w:type="dxa"/>
              <w:bottom w:w="90" w:type="dxa"/>
              <w:right w:w="90" w:type="dxa"/>
            </w:tcMar>
            <w:vAlign w:val="center"/>
          </w:tcPr>
          <w:p w14:paraId="0D3476EA" w14:textId="77777777" w:rsidR="00021266" w:rsidRDefault="00000000" w:rsidP="006D58AE">
            <w:pPr>
              <w:spacing w:after="0"/>
              <w:jc w:val="center"/>
            </w:pPr>
            <w:r>
              <w:rPr>
                <w:b/>
                <w:sz w:val="18"/>
              </w:rPr>
              <w:t>Bln 6</w:t>
            </w:r>
          </w:p>
        </w:tc>
      </w:tr>
      <w:tr w:rsidR="00021266" w14:paraId="2B843BB4" w14:textId="77777777" w:rsidTr="006D58AE">
        <w:trPr>
          <w:jc w:val="center"/>
        </w:trPr>
        <w:tc>
          <w:tcPr>
            <w:tcW w:w="277" w:type="pct"/>
            <w:tcMar>
              <w:top w:w="90" w:type="dxa"/>
              <w:left w:w="90" w:type="dxa"/>
              <w:bottom w:w="90" w:type="dxa"/>
              <w:right w:w="90" w:type="dxa"/>
            </w:tcMar>
            <w:vAlign w:val="center"/>
          </w:tcPr>
          <w:p w14:paraId="36C63660" w14:textId="77777777" w:rsidR="00021266" w:rsidRDefault="00000000" w:rsidP="006D58AE">
            <w:pPr>
              <w:spacing w:after="0"/>
              <w:jc w:val="center"/>
            </w:pPr>
            <w:r>
              <w:rPr>
                <w:sz w:val="18"/>
              </w:rPr>
              <w:t>1</w:t>
            </w:r>
          </w:p>
        </w:tc>
        <w:tc>
          <w:tcPr>
            <w:tcW w:w="1534" w:type="pct"/>
            <w:tcMar>
              <w:top w:w="90" w:type="dxa"/>
              <w:left w:w="90" w:type="dxa"/>
              <w:bottom w:w="90" w:type="dxa"/>
              <w:right w:w="90" w:type="dxa"/>
            </w:tcMar>
            <w:vAlign w:val="center"/>
          </w:tcPr>
          <w:p w14:paraId="6D20C37C" w14:textId="77777777" w:rsidR="00021266" w:rsidRDefault="00000000">
            <w:pPr>
              <w:spacing w:after="0"/>
            </w:pPr>
            <w:r>
              <w:rPr>
                <w:sz w:val="18"/>
              </w:rPr>
              <w:t>Persiapan</w:t>
            </w:r>
          </w:p>
        </w:tc>
        <w:tc>
          <w:tcPr>
            <w:tcW w:w="531" w:type="pct"/>
            <w:tcMar>
              <w:top w:w="90" w:type="dxa"/>
              <w:left w:w="90" w:type="dxa"/>
              <w:bottom w:w="90" w:type="dxa"/>
              <w:right w:w="90" w:type="dxa"/>
            </w:tcMar>
            <w:vAlign w:val="center"/>
          </w:tcPr>
          <w:p w14:paraId="1CF8583F" w14:textId="0653A832" w:rsidR="00021266" w:rsidRDefault="00000000" w:rsidP="004A10DD">
            <w:pPr>
              <w:spacing w:after="0"/>
              <w:jc w:val="center"/>
            </w:pPr>
            <w:sdt>
              <w:sdtPr>
                <w:rPr>
                  <w:sz w:val="18"/>
                  <w:lang w:val="nb-NO"/>
                </w:rPr>
                <w:id w:val="558751438"/>
                <w14:checkbox>
                  <w14:checked w14:val="1"/>
                  <w14:checkedState w14:val="0052" w14:font="Wingdings 2"/>
                  <w14:uncheckedState w14:val="2610" w14:font="MS Gothic"/>
                </w14:checkbox>
              </w:sdtPr>
              <w:sdtContent>
                <w:r w:rsidR="004A10DD">
                  <w:rPr>
                    <w:sz w:val="18"/>
                    <w:lang w:val="nb-NO"/>
                  </w:rPr>
                  <w:sym w:font="Wingdings 2" w:char="F052"/>
                </w:r>
              </w:sdtContent>
            </w:sdt>
          </w:p>
        </w:tc>
        <w:tc>
          <w:tcPr>
            <w:tcW w:w="531" w:type="pct"/>
            <w:tcMar>
              <w:top w:w="90" w:type="dxa"/>
              <w:left w:w="90" w:type="dxa"/>
              <w:bottom w:w="90" w:type="dxa"/>
              <w:right w:w="90" w:type="dxa"/>
            </w:tcMar>
            <w:vAlign w:val="center"/>
          </w:tcPr>
          <w:p w14:paraId="7E5E2773" w14:textId="77777777" w:rsidR="00021266" w:rsidRDefault="00021266">
            <w:pPr>
              <w:spacing w:after="0"/>
            </w:pPr>
          </w:p>
        </w:tc>
        <w:tc>
          <w:tcPr>
            <w:tcW w:w="532" w:type="pct"/>
            <w:tcMar>
              <w:top w:w="90" w:type="dxa"/>
              <w:left w:w="90" w:type="dxa"/>
              <w:bottom w:w="90" w:type="dxa"/>
              <w:right w:w="90" w:type="dxa"/>
            </w:tcMar>
            <w:vAlign w:val="center"/>
          </w:tcPr>
          <w:p w14:paraId="7D1C5A50" w14:textId="77777777" w:rsidR="00021266" w:rsidRDefault="00021266">
            <w:pPr>
              <w:spacing w:after="0"/>
            </w:pPr>
          </w:p>
        </w:tc>
        <w:tc>
          <w:tcPr>
            <w:tcW w:w="532" w:type="pct"/>
            <w:tcMar>
              <w:top w:w="90" w:type="dxa"/>
              <w:left w:w="90" w:type="dxa"/>
              <w:bottom w:w="90" w:type="dxa"/>
              <w:right w:w="90" w:type="dxa"/>
            </w:tcMar>
            <w:vAlign w:val="center"/>
          </w:tcPr>
          <w:p w14:paraId="43C1B2DD" w14:textId="77777777" w:rsidR="00021266" w:rsidRDefault="00021266">
            <w:pPr>
              <w:spacing w:after="0"/>
            </w:pPr>
          </w:p>
        </w:tc>
        <w:tc>
          <w:tcPr>
            <w:tcW w:w="532" w:type="pct"/>
            <w:tcMar>
              <w:top w:w="90" w:type="dxa"/>
              <w:left w:w="90" w:type="dxa"/>
              <w:bottom w:w="90" w:type="dxa"/>
              <w:right w:w="90" w:type="dxa"/>
            </w:tcMar>
            <w:vAlign w:val="center"/>
          </w:tcPr>
          <w:p w14:paraId="78F78F3D" w14:textId="77777777" w:rsidR="00021266" w:rsidRDefault="00021266">
            <w:pPr>
              <w:spacing w:after="0"/>
            </w:pPr>
          </w:p>
        </w:tc>
        <w:tc>
          <w:tcPr>
            <w:tcW w:w="532" w:type="pct"/>
            <w:tcMar>
              <w:top w:w="90" w:type="dxa"/>
              <w:left w:w="90" w:type="dxa"/>
              <w:bottom w:w="90" w:type="dxa"/>
              <w:right w:w="90" w:type="dxa"/>
            </w:tcMar>
            <w:vAlign w:val="center"/>
          </w:tcPr>
          <w:p w14:paraId="4C3F17E3" w14:textId="77777777" w:rsidR="00021266" w:rsidRDefault="00021266">
            <w:pPr>
              <w:spacing w:after="0"/>
            </w:pPr>
          </w:p>
        </w:tc>
      </w:tr>
      <w:tr w:rsidR="00021266" w14:paraId="3A082EFA" w14:textId="77777777" w:rsidTr="006D58AE">
        <w:trPr>
          <w:jc w:val="center"/>
        </w:trPr>
        <w:tc>
          <w:tcPr>
            <w:tcW w:w="277" w:type="pct"/>
            <w:tcMar>
              <w:top w:w="90" w:type="dxa"/>
              <w:left w:w="90" w:type="dxa"/>
              <w:bottom w:w="90" w:type="dxa"/>
              <w:right w:w="90" w:type="dxa"/>
            </w:tcMar>
            <w:vAlign w:val="center"/>
          </w:tcPr>
          <w:p w14:paraId="0AF332DF" w14:textId="77777777" w:rsidR="00021266" w:rsidRDefault="00000000" w:rsidP="006D58AE">
            <w:pPr>
              <w:spacing w:after="0"/>
              <w:jc w:val="center"/>
            </w:pPr>
            <w:r>
              <w:rPr>
                <w:sz w:val="18"/>
              </w:rPr>
              <w:t>2</w:t>
            </w:r>
          </w:p>
        </w:tc>
        <w:tc>
          <w:tcPr>
            <w:tcW w:w="1534" w:type="pct"/>
            <w:tcMar>
              <w:top w:w="90" w:type="dxa"/>
              <w:left w:w="90" w:type="dxa"/>
              <w:bottom w:w="90" w:type="dxa"/>
              <w:right w:w="90" w:type="dxa"/>
            </w:tcMar>
            <w:vAlign w:val="center"/>
          </w:tcPr>
          <w:p w14:paraId="2EF35D9E" w14:textId="77777777" w:rsidR="00021266" w:rsidRDefault="00000000">
            <w:pPr>
              <w:spacing w:after="0"/>
            </w:pPr>
            <w:r>
              <w:rPr>
                <w:sz w:val="18"/>
              </w:rPr>
              <w:t>Pengumpulan/Pelaksanaan</w:t>
            </w:r>
          </w:p>
        </w:tc>
        <w:tc>
          <w:tcPr>
            <w:tcW w:w="531" w:type="pct"/>
            <w:tcMar>
              <w:top w:w="90" w:type="dxa"/>
              <w:left w:w="90" w:type="dxa"/>
              <w:bottom w:w="90" w:type="dxa"/>
              <w:right w:w="90" w:type="dxa"/>
            </w:tcMar>
            <w:vAlign w:val="center"/>
          </w:tcPr>
          <w:p w14:paraId="495B509D" w14:textId="77777777" w:rsidR="00021266" w:rsidRDefault="00021266">
            <w:pPr>
              <w:spacing w:after="0"/>
            </w:pPr>
          </w:p>
        </w:tc>
        <w:tc>
          <w:tcPr>
            <w:tcW w:w="531" w:type="pct"/>
            <w:tcMar>
              <w:top w:w="90" w:type="dxa"/>
              <w:left w:w="90" w:type="dxa"/>
              <w:bottom w:w="90" w:type="dxa"/>
              <w:right w:w="90" w:type="dxa"/>
            </w:tcMar>
            <w:vAlign w:val="center"/>
          </w:tcPr>
          <w:p w14:paraId="4F30652F" w14:textId="5A9C9DF1" w:rsidR="00021266" w:rsidRDefault="00000000" w:rsidP="004A10DD">
            <w:pPr>
              <w:spacing w:after="0"/>
              <w:jc w:val="center"/>
            </w:pPr>
            <w:sdt>
              <w:sdtPr>
                <w:rPr>
                  <w:sz w:val="18"/>
                  <w:lang w:val="nb-NO"/>
                </w:rPr>
                <w:id w:val="-1529935161"/>
                <w14:checkbox>
                  <w14:checked w14:val="1"/>
                  <w14:checkedState w14:val="0052" w14:font="Wingdings 2"/>
                  <w14:uncheckedState w14:val="2610" w14:font="MS Gothic"/>
                </w14:checkbox>
              </w:sdtPr>
              <w:sdtContent>
                <w:r w:rsidR="004A10DD">
                  <w:rPr>
                    <w:sz w:val="18"/>
                    <w:lang w:val="nb-NO"/>
                  </w:rPr>
                  <w:sym w:font="Wingdings 2" w:char="F052"/>
                </w:r>
              </w:sdtContent>
            </w:sdt>
          </w:p>
        </w:tc>
        <w:tc>
          <w:tcPr>
            <w:tcW w:w="532" w:type="pct"/>
            <w:tcMar>
              <w:top w:w="90" w:type="dxa"/>
              <w:left w:w="90" w:type="dxa"/>
              <w:bottom w:w="90" w:type="dxa"/>
              <w:right w:w="90" w:type="dxa"/>
            </w:tcMar>
            <w:vAlign w:val="center"/>
          </w:tcPr>
          <w:p w14:paraId="0EA6A73A"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2A6A05CF"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406D9058"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46475802" w14:textId="77777777" w:rsidR="00021266" w:rsidRDefault="00021266" w:rsidP="004A10DD">
            <w:pPr>
              <w:spacing w:after="0"/>
              <w:jc w:val="center"/>
            </w:pPr>
          </w:p>
        </w:tc>
      </w:tr>
      <w:tr w:rsidR="00021266" w14:paraId="093E4598" w14:textId="77777777" w:rsidTr="006D58AE">
        <w:trPr>
          <w:jc w:val="center"/>
        </w:trPr>
        <w:tc>
          <w:tcPr>
            <w:tcW w:w="277" w:type="pct"/>
            <w:tcMar>
              <w:top w:w="90" w:type="dxa"/>
              <w:left w:w="90" w:type="dxa"/>
              <w:bottom w:w="90" w:type="dxa"/>
              <w:right w:w="90" w:type="dxa"/>
            </w:tcMar>
            <w:vAlign w:val="center"/>
          </w:tcPr>
          <w:p w14:paraId="66FEF606" w14:textId="77777777" w:rsidR="00021266" w:rsidRDefault="00000000" w:rsidP="006D58AE">
            <w:pPr>
              <w:spacing w:after="0"/>
              <w:jc w:val="center"/>
            </w:pPr>
            <w:r>
              <w:rPr>
                <w:sz w:val="18"/>
              </w:rPr>
              <w:t>3</w:t>
            </w:r>
          </w:p>
        </w:tc>
        <w:tc>
          <w:tcPr>
            <w:tcW w:w="1534" w:type="pct"/>
            <w:tcMar>
              <w:top w:w="90" w:type="dxa"/>
              <w:left w:w="90" w:type="dxa"/>
              <w:bottom w:w="90" w:type="dxa"/>
              <w:right w:w="90" w:type="dxa"/>
            </w:tcMar>
            <w:vAlign w:val="center"/>
          </w:tcPr>
          <w:p w14:paraId="5E312FC6" w14:textId="77777777" w:rsidR="00021266" w:rsidRDefault="00000000">
            <w:pPr>
              <w:spacing w:after="0"/>
            </w:pPr>
            <w:r>
              <w:rPr>
                <w:sz w:val="18"/>
              </w:rPr>
              <w:t>Analisis/Validasi</w:t>
            </w:r>
          </w:p>
        </w:tc>
        <w:tc>
          <w:tcPr>
            <w:tcW w:w="531" w:type="pct"/>
            <w:tcMar>
              <w:top w:w="90" w:type="dxa"/>
              <w:left w:w="90" w:type="dxa"/>
              <w:bottom w:w="90" w:type="dxa"/>
              <w:right w:w="90" w:type="dxa"/>
            </w:tcMar>
            <w:vAlign w:val="center"/>
          </w:tcPr>
          <w:p w14:paraId="2002B8D7" w14:textId="77777777" w:rsidR="00021266" w:rsidRDefault="00021266">
            <w:pPr>
              <w:spacing w:after="0"/>
            </w:pPr>
          </w:p>
        </w:tc>
        <w:tc>
          <w:tcPr>
            <w:tcW w:w="531" w:type="pct"/>
            <w:tcMar>
              <w:top w:w="90" w:type="dxa"/>
              <w:left w:w="90" w:type="dxa"/>
              <w:bottom w:w="90" w:type="dxa"/>
              <w:right w:w="90" w:type="dxa"/>
            </w:tcMar>
            <w:vAlign w:val="center"/>
          </w:tcPr>
          <w:p w14:paraId="2379D7E4"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145BF9C2" w14:textId="049CCACE" w:rsidR="00021266" w:rsidRDefault="00000000" w:rsidP="004A10DD">
            <w:pPr>
              <w:spacing w:after="0"/>
              <w:jc w:val="center"/>
            </w:pPr>
            <w:sdt>
              <w:sdtPr>
                <w:rPr>
                  <w:sz w:val="18"/>
                  <w:lang w:val="nb-NO"/>
                </w:rPr>
                <w:id w:val="1369106608"/>
                <w14:checkbox>
                  <w14:checked w14:val="1"/>
                  <w14:checkedState w14:val="0052" w14:font="Wingdings 2"/>
                  <w14:uncheckedState w14:val="2610" w14:font="MS Gothic"/>
                </w14:checkbox>
              </w:sdtPr>
              <w:sdtContent>
                <w:r w:rsidR="004A10DD">
                  <w:rPr>
                    <w:sz w:val="18"/>
                    <w:lang w:val="nb-NO"/>
                  </w:rPr>
                  <w:sym w:font="Wingdings 2" w:char="F052"/>
                </w:r>
              </w:sdtContent>
            </w:sdt>
          </w:p>
        </w:tc>
        <w:tc>
          <w:tcPr>
            <w:tcW w:w="532" w:type="pct"/>
            <w:tcMar>
              <w:top w:w="90" w:type="dxa"/>
              <w:left w:w="90" w:type="dxa"/>
              <w:bottom w:w="90" w:type="dxa"/>
              <w:right w:w="90" w:type="dxa"/>
            </w:tcMar>
            <w:vAlign w:val="center"/>
          </w:tcPr>
          <w:p w14:paraId="2789363C" w14:textId="4E2AA096" w:rsidR="00021266" w:rsidRDefault="00000000" w:rsidP="004A10DD">
            <w:pPr>
              <w:spacing w:after="0"/>
              <w:jc w:val="center"/>
            </w:pPr>
            <w:sdt>
              <w:sdtPr>
                <w:rPr>
                  <w:sz w:val="18"/>
                  <w:lang w:val="nb-NO"/>
                </w:rPr>
                <w:id w:val="473500932"/>
                <w14:checkbox>
                  <w14:checked w14:val="1"/>
                  <w14:checkedState w14:val="0052" w14:font="Wingdings 2"/>
                  <w14:uncheckedState w14:val="2610" w14:font="MS Gothic"/>
                </w14:checkbox>
              </w:sdtPr>
              <w:sdtContent>
                <w:r w:rsidR="004A10DD">
                  <w:rPr>
                    <w:sz w:val="18"/>
                    <w:lang w:val="nb-NO"/>
                  </w:rPr>
                  <w:sym w:font="Wingdings 2" w:char="F052"/>
                </w:r>
              </w:sdtContent>
            </w:sdt>
          </w:p>
        </w:tc>
        <w:tc>
          <w:tcPr>
            <w:tcW w:w="532" w:type="pct"/>
            <w:tcMar>
              <w:top w:w="90" w:type="dxa"/>
              <w:left w:w="90" w:type="dxa"/>
              <w:bottom w:w="90" w:type="dxa"/>
              <w:right w:w="90" w:type="dxa"/>
            </w:tcMar>
            <w:vAlign w:val="center"/>
          </w:tcPr>
          <w:p w14:paraId="55F25C75"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4DD1EB57" w14:textId="77777777" w:rsidR="00021266" w:rsidRDefault="00021266" w:rsidP="004A10DD">
            <w:pPr>
              <w:spacing w:after="0"/>
              <w:jc w:val="center"/>
            </w:pPr>
          </w:p>
        </w:tc>
      </w:tr>
      <w:tr w:rsidR="00021266" w14:paraId="2E3A881F" w14:textId="77777777" w:rsidTr="006D58AE">
        <w:trPr>
          <w:jc w:val="center"/>
        </w:trPr>
        <w:tc>
          <w:tcPr>
            <w:tcW w:w="277" w:type="pct"/>
            <w:tcMar>
              <w:top w:w="90" w:type="dxa"/>
              <w:left w:w="90" w:type="dxa"/>
              <w:bottom w:w="90" w:type="dxa"/>
              <w:right w:w="90" w:type="dxa"/>
            </w:tcMar>
            <w:vAlign w:val="center"/>
          </w:tcPr>
          <w:p w14:paraId="35009BA8" w14:textId="77777777" w:rsidR="00021266" w:rsidRDefault="00000000" w:rsidP="006D58AE">
            <w:pPr>
              <w:spacing w:after="0"/>
              <w:jc w:val="center"/>
            </w:pPr>
            <w:r>
              <w:rPr>
                <w:sz w:val="18"/>
              </w:rPr>
              <w:t>4</w:t>
            </w:r>
          </w:p>
        </w:tc>
        <w:tc>
          <w:tcPr>
            <w:tcW w:w="1534" w:type="pct"/>
            <w:tcMar>
              <w:top w:w="90" w:type="dxa"/>
              <w:left w:w="90" w:type="dxa"/>
              <w:bottom w:w="90" w:type="dxa"/>
              <w:right w:w="90" w:type="dxa"/>
            </w:tcMar>
            <w:vAlign w:val="center"/>
          </w:tcPr>
          <w:p w14:paraId="736041C9" w14:textId="77777777" w:rsidR="00021266" w:rsidRDefault="00000000">
            <w:pPr>
              <w:spacing w:after="0"/>
            </w:pPr>
            <w:r>
              <w:rPr>
                <w:sz w:val="18"/>
              </w:rPr>
              <w:t>Penyusunan Luaran</w:t>
            </w:r>
          </w:p>
        </w:tc>
        <w:tc>
          <w:tcPr>
            <w:tcW w:w="531" w:type="pct"/>
            <w:tcMar>
              <w:top w:w="90" w:type="dxa"/>
              <w:left w:w="90" w:type="dxa"/>
              <w:bottom w:w="90" w:type="dxa"/>
              <w:right w:w="90" w:type="dxa"/>
            </w:tcMar>
            <w:vAlign w:val="center"/>
          </w:tcPr>
          <w:p w14:paraId="4EC8C058" w14:textId="77777777" w:rsidR="00021266" w:rsidRDefault="00021266">
            <w:pPr>
              <w:spacing w:after="0"/>
            </w:pPr>
          </w:p>
        </w:tc>
        <w:tc>
          <w:tcPr>
            <w:tcW w:w="531" w:type="pct"/>
            <w:tcMar>
              <w:top w:w="90" w:type="dxa"/>
              <w:left w:w="90" w:type="dxa"/>
              <w:bottom w:w="90" w:type="dxa"/>
              <w:right w:w="90" w:type="dxa"/>
            </w:tcMar>
            <w:vAlign w:val="center"/>
          </w:tcPr>
          <w:p w14:paraId="0687C16B"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2113EA5C"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14127FA6"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24B7CDEF" w14:textId="30D20C1C" w:rsidR="00021266" w:rsidRDefault="00000000" w:rsidP="004A10DD">
            <w:pPr>
              <w:spacing w:after="0"/>
              <w:jc w:val="center"/>
            </w:pPr>
            <w:sdt>
              <w:sdtPr>
                <w:rPr>
                  <w:sz w:val="18"/>
                  <w:lang w:val="nb-NO"/>
                </w:rPr>
                <w:id w:val="-1463885760"/>
                <w14:checkbox>
                  <w14:checked w14:val="1"/>
                  <w14:checkedState w14:val="0052" w14:font="Wingdings 2"/>
                  <w14:uncheckedState w14:val="2610" w14:font="MS Gothic"/>
                </w14:checkbox>
              </w:sdtPr>
              <w:sdtContent>
                <w:r w:rsidR="004A10DD">
                  <w:rPr>
                    <w:sz w:val="18"/>
                    <w:lang w:val="nb-NO"/>
                  </w:rPr>
                  <w:sym w:font="Wingdings 2" w:char="F052"/>
                </w:r>
              </w:sdtContent>
            </w:sdt>
          </w:p>
        </w:tc>
        <w:tc>
          <w:tcPr>
            <w:tcW w:w="532" w:type="pct"/>
            <w:tcMar>
              <w:top w:w="90" w:type="dxa"/>
              <w:left w:w="90" w:type="dxa"/>
              <w:bottom w:w="90" w:type="dxa"/>
              <w:right w:w="90" w:type="dxa"/>
            </w:tcMar>
            <w:vAlign w:val="center"/>
          </w:tcPr>
          <w:p w14:paraId="3A64205E" w14:textId="77777777" w:rsidR="00021266" w:rsidRDefault="00021266" w:rsidP="004A10DD">
            <w:pPr>
              <w:spacing w:after="0"/>
              <w:jc w:val="center"/>
            </w:pPr>
          </w:p>
        </w:tc>
      </w:tr>
      <w:tr w:rsidR="00021266" w14:paraId="468F4393" w14:textId="77777777" w:rsidTr="006D58AE">
        <w:trPr>
          <w:jc w:val="center"/>
        </w:trPr>
        <w:tc>
          <w:tcPr>
            <w:tcW w:w="277" w:type="pct"/>
            <w:tcMar>
              <w:top w:w="90" w:type="dxa"/>
              <w:left w:w="90" w:type="dxa"/>
              <w:bottom w:w="90" w:type="dxa"/>
              <w:right w:w="90" w:type="dxa"/>
            </w:tcMar>
            <w:vAlign w:val="center"/>
          </w:tcPr>
          <w:p w14:paraId="1684DC2A" w14:textId="77777777" w:rsidR="00021266" w:rsidRDefault="00000000" w:rsidP="006D58AE">
            <w:pPr>
              <w:spacing w:after="0"/>
              <w:jc w:val="center"/>
            </w:pPr>
            <w:r>
              <w:rPr>
                <w:sz w:val="18"/>
              </w:rPr>
              <w:t>5</w:t>
            </w:r>
          </w:p>
        </w:tc>
        <w:tc>
          <w:tcPr>
            <w:tcW w:w="1534" w:type="pct"/>
            <w:tcMar>
              <w:top w:w="90" w:type="dxa"/>
              <w:left w:w="90" w:type="dxa"/>
              <w:bottom w:w="90" w:type="dxa"/>
              <w:right w:w="90" w:type="dxa"/>
            </w:tcMar>
            <w:vAlign w:val="center"/>
          </w:tcPr>
          <w:p w14:paraId="01FEF501" w14:textId="77777777" w:rsidR="00021266" w:rsidRDefault="00000000">
            <w:pPr>
              <w:spacing w:after="0"/>
            </w:pPr>
            <w:r>
              <w:rPr>
                <w:sz w:val="18"/>
              </w:rPr>
              <w:t>Pelaporan</w:t>
            </w:r>
          </w:p>
        </w:tc>
        <w:tc>
          <w:tcPr>
            <w:tcW w:w="531" w:type="pct"/>
            <w:tcMar>
              <w:top w:w="90" w:type="dxa"/>
              <w:left w:w="90" w:type="dxa"/>
              <w:bottom w:w="90" w:type="dxa"/>
              <w:right w:w="90" w:type="dxa"/>
            </w:tcMar>
            <w:vAlign w:val="center"/>
          </w:tcPr>
          <w:p w14:paraId="2D09CE41" w14:textId="77777777" w:rsidR="00021266" w:rsidRDefault="00021266">
            <w:pPr>
              <w:spacing w:after="0"/>
            </w:pPr>
          </w:p>
        </w:tc>
        <w:tc>
          <w:tcPr>
            <w:tcW w:w="531" w:type="pct"/>
            <w:tcMar>
              <w:top w:w="90" w:type="dxa"/>
              <w:left w:w="90" w:type="dxa"/>
              <w:bottom w:w="90" w:type="dxa"/>
              <w:right w:w="90" w:type="dxa"/>
            </w:tcMar>
            <w:vAlign w:val="center"/>
          </w:tcPr>
          <w:p w14:paraId="6C3A5181"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1455B40F"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36E95008"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2FB01FAB" w14:textId="77777777" w:rsidR="00021266" w:rsidRDefault="00021266" w:rsidP="004A10DD">
            <w:pPr>
              <w:spacing w:after="0"/>
              <w:jc w:val="center"/>
            </w:pPr>
          </w:p>
        </w:tc>
        <w:tc>
          <w:tcPr>
            <w:tcW w:w="532" w:type="pct"/>
            <w:tcMar>
              <w:top w:w="90" w:type="dxa"/>
              <w:left w:w="90" w:type="dxa"/>
              <w:bottom w:w="90" w:type="dxa"/>
              <w:right w:w="90" w:type="dxa"/>
            </w:tcMar>
            <w:vAlign w:val="center"/>
          </w:tcPr>
          <w:p w14:paraId="12BBB805" w14:textId="2161FE98" w:rsidR="00021266" w:rsidRDefault="00000000" w:rsidP="004A10DD">
            <w:pPr>
              <w:spacing w:after="0"/>
              <w:jc w:val="center"/>
            </w:pPr>
            <w:sdt>
              <w:sdtPr>
                <w:rPr>
                  <w:sz w:val="18"/>
                  <w:lang w:val="nb-NO"/>
                </w:rPr>
                <w:id w:val="172925173"/>
                <w14:checkbox>
                  <w14:checked w14:val="1"/>
                  <w14:checkedState w14:val="0052" w14:font="Wingdings 2"/>
                  <w14:uncheckedState w14:val="2610" w14:font="MS Gothic"/>
                </w14:checkbox>
              </w:sdtPr>
              <w:sdtContent>
                <w:r w:rsidR="004A10DD">
                  <w:rPr>
                    <w:sz w:val="18"/>
                    <w:lang w:val="nb-NO"/>
                  </w:rPr>
                  <w:sym w:font="Wingdings 2" w:char="F052"/>
                </w:r>
              </w:sdtContent>
            </w:sdt>
          </w:p>
        </w:tc>
      </w:tr>
    </w:tbl>
    <w:p w14:paraId="01203B3E" w14:textId="77777777" w:rsidR="00021266" w:rsidRDefault="00000000">
      <w:proofErr w:type="spellStart"/>
      <w:r>
        <w:rPr>
          <w:i/>
          <w:sz w:val="19"/>
        </w:rPr>
        <w:t>Jumlah</w:t>
      </w:r>
      <w:proofErr w:type="spellEnd"/>
      <w:r>
        <w:rPr>
          <w:i/>
          <w:sz w:val="19"/>
        </w:rPr>
        <w:t xml:space="preserve"> </w:t>
      </w:r>
      <w:proofErr w:type="spellStart"/>
      <w:r>
        <w:rPr>
          <w:i/>
          <w:sz w:val="19"/>
        </w:rPr>
        <w:t>bulan</w:t>
      </w:r>
      <w:proofErr w:type="spellEnd"/>
      <w:r>
        <w:rPr>
          <w:i/>
          <w:sz w:val="19"/>
        </w:rPr>
        <w:t xml:space="preserve"> </w:t>
      </w:r>
      <w:proofErr w:type="spellStart"/>
      <w:r>
        <w:rPr>
          <w:i/>
          <w:sz w:val="19"/>
        </w:rPr>
        <w:t>dapat</w:t>
      </w:r>
      <w:proofErr w:type="spellEnd"/>
      <w:r>
        <w:rPr>
          <w:i/>
          <w:sz w:val="19"/>
        </w:rPr>
        <w:t xml:space="preserve"> </w:t>
      </w:r>
      <w:proofErr w:type="spellStart"/>
      <w:r>
        <w:rPr>
          <w:i/>
          <w:sz w:val="19"/>
        </w:rPr>
        <w:t>disesuaikan</w:t>
      </w:r>
      <w:proofErr w:type="spellEnd"/>
      <w:r>
        <w:rPr>
          <w:i/>
          <w:sz w:val="19"/>
        </w:rPr>
        <w:t xml:space="preserve"> dengan periode hibah.</w:t>
      </w:r>
    </w:p>
    <w:p w14:paraId="4C8D6F06" w14:textId="77777777" w:rsidR="00021266" w:rsidRDefault="00000000">
      <w:pPr>
        <w:spacing w:before="160" w:after="100"/>
      </w:pPr>
      <w:r>
        <w:rPr>
          <w:b/>
          <w:sz w:val="24"/>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Default="00000000" w:rsidP="006D58AE">
            <w:pPr>
              <w:spacing w:after="0"/>
              <w:jc w:val="center"/>
            </w:pPr>
            <w:r>
              <w:rPr>
                <w:b/>
                <w:sz w:val="18"/>
              </w:rPr>
              <w:t>No.</w:t>
            </w:r>
          </w:p>
        </w:tc>
        <w:tc>
          <w:tcPr>
            <w:tcW w:w="3056" w:type="pct"/>
            <w:shd w:val="clear" w:color="auto" w:fill="D9EAF7"/>
            <w:tcMar>
              <w:top w:w="90" w:type="dxa"/>
              <w:left w:w="90" w:type="dxa"/>
              <w:bottom w:w="90" w:type="dxa"/>
              <w:right w:w="90" w:type="dxa"/>
            </w:tcMar>
            <w:vAlign w:val="center"/>
          </w:tcPr>
          <w:p w14:paraId="4EC55863" w14:textId="77777777" w:rsidR="00021266" w:rsidRDefault="00000000" w:rsidP="006D58AE">
            <w:pPr>
              <w:spacing w:after="0"/>
              <w:jc w:val="center"/>
            </w:pPr>
            <w:r>
              <w:rPr>
                <w:b/>
                <w:sz w:val="18"/>
              </w:rPr>
              <w:t>Komponen</w:t>
            </w:r>
          </w:p>
        </w:tc>
        <w:tc>
          <w:tcPr>
            <w:tcW w:w="1667" w:type="pct"/>
            <w:shd w:val="clear" w:color="auto" w:fill="D9EAF7"/>
            <w:tcMar>
              <w:top w:w="90" w:type="dxa"/>
              <w:left w:w="90" w:type="dxa"/>
              <w:bottom w:w="90" w:type="dxa"/>
              <w:right w:w="90" w:type="dxa"/>
            </w:tcMar>
            <w:vAlign w:val="center"/>
          </w:tcPr>
          <w:p w14:paraId="03DC9E4B" w14:textId="77777777" w:rsidR="00021266" w:rsidRDefault="00000000" w:rsidP="006D58AE">
            <w:pPr>
              <w:spacing w:after="0"/>
              <w:jc w:val="center"/>
            </w:pPr>
            <w:r>
              <w:rPr>
                <w:b/>
                <w:sz w:val="18"/>
              </w:rPr>
              <w:t>Jumlah (Rp)</w:t>
            </w:r>
          </w:p>
        </w:tc>
      </w:tr>
      <w:tr w:rsidR="00021266"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Default="00000000" w:rsidP="006D58AE">
            <w:pPr>
              <w:spacing w:after="0"/>
              <w:jc w:val="center"/>
            </w:pPr>
            <w:r>
              <w:rPr>
                <w:sz w:val="18"/>
              </w:rPr>
              <w:lastRenderedPageBreak/>
              <w:t>1</w:t>
            </w:r>
          </w:p>
        </w:tc>
        <w:tc>
          <w:tcPr>
            <w:tcW w:w="3056" w:type="pct"/>
            <w:tcMar>
              <w:top w:w="90" w:type="dxa"/>
              <w:left w:w="90" w:type="dxa"/>
              <w:bottom w:w="90" w:type="dxa"/>
              <w:right w:w="90" w:type="dxa"/>
            </w:tcMar>
            <w:vAlign w:val="center"/>
          </w:tcPr>
          <w:p w14:paraId="2083A8E0" w14:textId="77777777" w:rsidR="00021266" w:rsidRDefault="00000000">
            <w:pPr>
              <w:spacing w:after="0"/>
            </w:pPr>
            <w:r>
              <w:rPr>
                <w:sz w:val="18"/>
              </w:rPr>
              <w:t>Bahan/keperluan penelitian</w:t>
            </w:r>
          </w:p>
        </w:tc>
        <w:tc>
          <w:tcPr>
            <w:tcW w:w="1667" w:type="pct"/>
            <w:tcMar>
              <w:top w:w="90" w:type="dxa"/>
              <w:left w:w="90" w:type="dxa"/>
              <w:bottom w:w="90" w:type="dxa"/>
              <w:right w:w="90" w:type="dxa"/>
            </w:tcMar>
            <w:vAlign w:val="center"/>
          </w:tcPr>
          <w:p w14:paraId="75F25803" w14:textId="1C0A7883" w:rsidR="00021266" w:rsidRPr="00F365E4" w:rsidRDefault="000E080F">
            <w:pPr>
              <w:spacing w:after="0"/>
              <w:rPr>
                <w:sz w:val="18"/>
                <w:szCs w:val="18"/>
              </w:rPr>
            </w:pPr>
            <w:r w:rsidRPr="00F365E4">
              <w:rPr>
                <w:sz w:val="18"/>
                <w:szCs w:val="18"/>
              </w:rPr>
              <w:t>150.000</w:t>
            </w:r>
          </w:p>
        </w:tc>
      </w:tr>
      <w:tr w:rsidR="00021266"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Default="00000000" w:rsidP="006D58AE">
            <w:pPr>
              <w:spacing w:after="0"/>
              <w:jc w:val="center"/>
            </w:pPr>
            <w:r>
              <w:rPr>
                <w:sz w:val="18"/>
              </w:rPr>
              <w:t>2</w:t>
            </w:r>
          </w:p>
        </w:tc>
        <w:tc>
          <w:tcPr>
            <w:tcW w:w="3056" w:type="pct"/>
            <w:tcMar>
              <w:top w:w="90" w:type="dxa"/>
              <w:left w:w="90" w:type="dxa"/>
              <w:bottom w:w="90" w:type="dxa"/>
              <w:right w:w="90" w:type="dxa"/>
            </w:tcMar>
            <w:vAlign w:val="center"/>
          </w:tcPr>
          <w:p w14:paraId="6B0E9A03" w14:textId="77777777" w:rsidR="00021266" w:rsidRDefault="00000000">
            <w:pPr>
              <w:spacing w:after="0"/>
            </w:pPr>
            <w:r>
              <w:rPr>
                <w:sz w:val="18"/>
              </w:rPr>
              <w:t>Pengumpulan data/pelaksanaan penelitian</w:t>
            </w:r>
          </w:p>
        </w:tc>
        <w:tc>
          <w:tcPr>
            <w:tcW w:w="1667" w:type="pct"/>
            <w:tcMar>
              <w:top w:w="90" w:type="dxa"/>
              <w:left w:w="90" w:type="dxa"/>
              <w:bottom w:w="90" w:type="dxa"/>
              <w:right w:w="90" w:type="dxa"/>
            </w:tcMar>
            <w:vAlign w:val="center"/>
          </w:tcPr>
          <w:p w14:paraId="2A37666B" w14:textId="2B5CA54C" w:rsidR="00021266" w:rsidRPr="00F365E4" w:rsidRDefault="000E080F">
            <w:pPr>
              <w:spacing w:after="0"/>
              <w:rPr>
                <w:sz w:val="18"/>
                <w:szCs w:val="18"/>
              </w:rPr>
            </w:pPr>
            <w:r w:rsidRPr="00F365E4">
              <w:rPr>
                <w:sz w:val="18"/>
                <w:szCs w:val="18"/>
              </w:rPr>
              <w:t>400.000</w:t>
            </w:r>
          </w:p>
        </w:tc>
      </w:tr>
      <w:tr w:rsidR="00021266"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Default="00000000" w:rsidP="006D58AE">
            <w:pPr>
              <w:spacing w:after="0"/>
              <w:jc w:val="center"/>
            </w:pPr>
            <w:r>
              <w:rPr>
                <w:sz w:val="18"/>
              </w:rPr>
              <w:t>3</w:t>
            </w:r>
          </w:p>
        </w:tc>
        <w:tc>
          <w:tcPr>
            <w:tcW w:w="3056" w:type="pct"/>
            <w:tcMar>
              <w:top w:w="90" w:type="dxa"/>
              <w:left w:w="90" w:type="dxa"/>
              <w:bottom w:w="90" w:type="dxa"/>
              <w:right w:w="90" w:type="dxa"/>
            </w:tcMar>
            <w:vAlign w:val="center"/>
          </w:tcPr>
          <w:p w14:paraId="7F3B54E2" w14:textId="77777777" w:rsidR="00021266" w:rsidRDefault="00000000">
            <w:pPr>
              <w:spacing w:after="0"/>
            </w:pPr>
            <w:r>
              <w:rPr>
                <w:sz w:val="18"/>
              </w:rPr>
              <w:t>Transportasi/perjalanan</w:t>
            </w:r>
          </w:p>
        </w:tc>
        <w:tc>
          <w:tcPr>
            <w:tcW w:w="1667" w:type="pct"/>
            <w:tcMar>
              <w:top w:w="90" w:type="dxa"/>
              <w:left w:w="90" w:type="dxa"/>
              <w:bottom w:w="90" w:type="dxa"/>
              <w:right w:w="90" w:type="dxa"/>
            </w:tcMar>
            <w:vAlign w:val="center"/>
          </w:tcPr>
          <w:p w14:paraId="22346CDF" w14:textId="463C68D7" w:rsidR="00021266" w:rsidRPr="00F365E4" w:rsidRDefault="000E080F">
            <w:pPr>
              <w:spacing w:after="0"/>
              <w:rPr>
                <w:sz w:val="18"/>
                <w:szCs w:val="18"/>
              </w:rPr>
            </w:pPr>
            <w:r w:rsidRPr="00F365E4">
              <w:rPr>
                <w:sz w:val="18"/>
                <w:szCs w:val="18"/>
              </w:rPr>
              <w:t>300.000</w:t>
            </w:r>
          </w:p>
        </w:tc>
      </w:tr>
      <w:tr w:rsidR="00021266"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Default="00000000" w:rsidP="006D58AE">
            <w:pPr>
              <w:spacing w:after="0"/>
              <w:jc w:val="center"/>
            </w:pPr>
            <w:r>
              <w:rPr>
                <w:sz w:val="18"/>
              </w:rPr>
              <w:t>4</w:t>
            </w:r>
          </w:p>
        </w:tc>
        <w:tc>
          <w:tcPr>
            <w:tcW w:w="3056" w:type="pct"/>
            <w:tcMar>
              <w:top w:w="90" w:type="dxa"/>
              <w:left w:w="90" w:type="dxa"/>
              <w:bottom w:w="90" w:type="dxa"/>
              <w:right w:w="90" w:type="dxa"/>
            </w:tcMar>
            <w:vAlign w:val="center"/>
          </w:tcPr>
          <w:p w14:paraId="6D5243B6" w14:textId="77777777" w:rsidR="00021266" w:rsidRDefault="00000000">
            <w:pPr>
              <w:spacing w:after="0"/>
            </w:pPr>
            <w:r>
              <w:rPr>
                <w:sz w:val="18"/>
              </w:rPr>
              <w:t>Pengolahan/analisis data dan penunjang</w:t>
            </w:r>
          </w:p>
        </w:tc>
        <w:tc>
          <w:tcPr>
            <w:tcW w:w="1667" w:type="pct"/>
            <w:tcMar>
              <w:top w:w="90" w:type="dxa"/>
              <w:left w:w="90" w:type="dxa"/>
              <w:bottom w:w="90" w:type="dxa"/>
              <w:right w:w="90" w:type="dxa"/>
            </w:tcMar>
            <w:vAlign w:val="center"/>
          </w:tcPr>
          <w:p w14:paraId="07FC917C" w14:textId="13377DBD" w:rsidR="00021266" w:rsidRPr="00F365E4" w:rsidRDefault="000E080F">
            <w:pPr>
              <w:spacing w:after="0"/>
              <w:rPr>
                <w:sz w:val="18"/>
                <w:szCs w:val="18"/>
              </w:rPr>
            </w:pPr>
            <w:r w:rsidRPr="00F365E4">
              <w:rPr>
                <w:sz w:val="18"/>
                <w:szCs w:val="18"/>
              </w:rPr>
              <w:t>250.000</w:t>
            </w:r>
          </w:p>
        </w:tc>
      </w:tr>
      <w:tr w:rsidR="00021266"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Default="00000000" w:rsidP="006D58AE">
            <w:pPr>
              <w:spacing w:after="0"/>
              <w:jc w:val="center"/>
            </w:pPr>
            <w:r>
              <w:rPr>
                <w:sz w:val="18"/>
              </w:rPr>
              <w:t>5</w:t>
            </w:r>
          </w:p>
        </w:tc>
        <w:tc>
          <w:tcPr>
            <w:tcW w:w="3056" w:type="pct"/>
            <w:tcMar>
              <w:top w:w="90" w:type="dxa"/>
              <w:left w:w="90" w:type="dxa"/>
              <w:bottom w:w="90" w:type="dxa"/>
              <w:right w:w="90" w:type="dxa"/>
            </w:tcMar>
            <w:vAlign w:val="center"/>
          </w:tcPr>
          <w:p w14:paraId="40C7480E" w14:textId="77777777" w:rsidR="00021266" w:rsidRDefault="00000000">
            <w:pPr>
              <w:spacing w:after="0"/>
            </w:pPr>
            <w:r>
              <w:rPr>
                <w:sz w:val="18"/>
              </w:rPr>
              <w:t>Luaran/publikasi/HKI</w:t>
            </w:r>
          </w:p>
        </w:tc>
        <w:tc>
          <w:tcPr>
            <w:tcW w:w="1667" w:type="pct"/>
            <w:tcMar>
              <w:top w:w="90" w:type="dxa"/>
              <w:left w:w="90" w:type="dxa"/>
              <w:bottom w:w="90" w:type="dxa"/>
              <w:right w:w="90" w:type="dxa"/>
            </w:tcMar>
            <w:vAlign w:val="center"/>
          </w:tcPr>
          <w:p w14:paraId="3824208C" w14:textId="08A1DD38" w:rsidR="00021266" w:rsidRPr="00F365E4" w:rsidRDefault="000E080F">
            <w:pPr>
              <w:spacing w:after="0"/>
              <w:rPr>
                <w:sz w:val="18"/>
                <w:szCs w:val="18"/>
              </w:rPr>
            </w:pPr>
            <w:r w:rsidRPr="00F365E4">
              <w:rPr>
                <w:sz w:val="18"/>
                <w:szCs w:val="18"/>
              </w:rPr>
              <w:t>400.000</w:t>
            </w:r>
          </w:p>
        </w:tc>
      </w:tr>
      <w:tr w:rsidR="00021266" w14:paraId="0A9A8867" w14:textId="77777777" w:rsidTr="006D58AE">
        <w:trPr>
          <w:jc w:val="center"/>
        </w:trPr>
        <w:tc>
          <w:tcPr>
            <w:tcW w:w="277" w:type="pct"/>
            <w:tcMar>
              <w:top w:w="90" w:type="dxa"/>
              <w:left w:w="90" w:type="dxa"/>
              <w:bottom w:w="90" w:type="dxa"/>
              <w:right w:w="90" w:type="dxa"/>
            </w:tcMar>
            <w:vAlign w:val="center"/>
          </w:tcPr>
          <w:p w14:paraId="1882AFC2" w14:textId="77777777" w:rsidR="00021266" w:rsidRDefault="00021266">
            <w:pPr>
              <w:spacing w:after="0"/>
            </w:pPr>
          </w:p>
        </w:tc>
        <w:tc>
          <w:tcPr>
            <w:tcW w:w="3056" w:type="pct"/>
            <w:tcMar>
              <w:top w:w="90" w:type="dxa"/>
              <w:left w:w="90" w:type="dxa"/>
              <w:bottom w:w="90" w:type="dxa"/>
              <w:right w:w="90" w:type="dxa"/>
            </w:tcMar>
            <w:vAlign w:val="center"/>
          </w:tcPr>
          <w:p w14:paraId="689D696F" w14:textId="77777777" w:rsidR="00021266" w:rsidRDefault="00000000">
            <w:pPr>
              <w:spacing w:after="0"/>
            </w:pPr>
            <w:r>
              <w:rPr>
                <w:b/>
                <w:sz w:val="18"/>
              </w:rPr>
              <w:t>TOTAL</w:t>
            </w:r>
          </w:p>
        </w:tc>
        <w:tc>
          <w:tcPr>
            <w:tcW w:w="1667" w:type="pct"/>
            <w:tcMar>
              <w:top w:w="90" w:type="dxa"/>
              <w:left w:w="90" w:type="dxa"/>
              <w:bottom w:w="90" w:type="dxa"/>
              <w:right w:w="90" w:type="dxa"/>
            </w:tcMar>
            <w:vAlign w:val="center"/>
          </w:tcPr>
          <w:p w14:paraId="79E2BDDC" w14:textId="09C4109E" w:rsidR="00021266" w:rsidRDefault="003053C8">
            <w:pPr>
              <w:spacing w:after="0"/>
            </w:pPr>
            <w:r w:rsidRPr="003053C8">
              <w:rPr>
                <w:b/>
                <w:sz w:val="18"/>
              </w:rPr>
              <w:t>Rp 1.500.000</w:t>
            </w:r>
          </w:p>
        </w:tc>
      </w:tr>
    </w:tbl>
    <w:p w14:paraId="656F850C" w14:textId="77777777" w:rsidR="00021266" w:rsidRDefault="00000000">
      <w:pPr>
        <w:spacing w:before="160" w:after="100"/>
      </w:pPr>
      <w:r>
        <w:rPr>
          <w:b/>
          <w:sz w:val="24"/>
        </w:rPr>
        <w:t>L. DAFTAR PUSTAKA</w:t>
      </w:r>
    </w:p>
    <w:p w14:paraId="02500EF4" w14:textId="773378D1" w:rsidR="00021266" w:rsidRPr="003F1B29" w:rsidRDefault="00265E84" w:rsidP="006D58AE">
      <w:pPr>
        <w:jc w:val="both"/>
        <w:rPr>
          <w:lang w:val="nb-NO"/>
        </w:rPr>
      </w:pPr>
      <w:bookmarkStart w:id="1" w:name="_Hlk239068995"/>
      <w:r w:rsidRPr="00031266">
        <w:rPr>
          <w:lang w:val="nb-NO"/>
        </w:rPr>
        <w:t xml:space="preserve">Cantumkan hanya referensi yang benar-benar digunakan dan dikutip dalam proposal. </w:t>
      </w:r>
      <w:proofErr w:type="spellStart"/>
      <w:r w:rsidRPr="00031266">
        <w:rPr>
          <w:lang w:val="en-ID"/>
        </w:rPr>
        <w:t>Seluruh</w:t>
      </w:r>
      <w:proofErr w:type="spellEnd"/>
      <w:r w:rsidRPr="00031266">
        <w:rPr>
          <w:lang w:val="en-ID"/>
        </w:rPr>
        <w:t xml:space="preserve"> </w:t>
      </w:r>
      <w:proofErr w:type="spellStart"/>
      <w:r w:rsidRPr="00031266">
        <w:rPr>
          <w:lang w:val="en-ID"/>
        </w:rPr>
        <w:t>sitasi</w:t>
      </w:r>
      <w:proofErr w:type="spellEnd"/>
      <w:r w:rsidRPr="00031266">
        <w:rPr>
          <w:lang w:val="en-ID"/>
        </w:rPr>
        <w:t xml:space="preserve"> </w:t>
      </w:r>
      <w:proofErr w:type="spellStart"/>
      <w:r w:rsidRPr="00031266">
        <w:rPr>
          <w:lang w:val="en-ID"/>
        </w:rPr>
        <w:t>harus</w:t>
      </w:r>
      <w:proofErr w:type="spellEnd"/>
      <w:r w:rsidRPr="00031266">
        <w:rPr>
          <w:lang w:val="en-ID"/>
        </w:rPr>
        <w:t xml:space="preserve"> </w:t>
      </w:r>
      <w:proofErr w:type="spellStart"/>
      <w:r w:rsidRPr="00031266">
        <w:rPr>
          <w:lang w:val="en-ID"/>
        </w:rPr>
        <w:t>menggunakan</w:t>
      </w:r>
      <w:proofErr w:type="spellEnd"/>
      <w:r w:rsidRPr="00031266">
        <w:rPr>
          <w:lang w:val="en-ID"/>
        </w:rPr>
        <w:t xml:space="preserve"> </w:t>
      </w:r>
      <w:proofErr w:type="spellStart"/>
      <w:r w:rsidRPr="00031266">
        <w:rPr>
          <w:lang w:val="en-ID"/>
        </w:rPr>
        <w:t>satu</w:t>
      </w:r>
      <w:proofErr w:type="spellEnd"/>
      <w:r w:rsidRPr="00031266">
        <w:rPr>
          <w:lang w:val="en-ID"/>
        </w:rPr>
        <w:t xml:space="preserve"> </w:t>
      </w:r>
      <w:proofErr w:type="spellStart"/>
      <w:r w:rsidRPr="00031266">
        <w:rPr>
          <w:lang w:val="en-ID"/>
        </w:rPr>
        <w:t>gaya</w:t>
      </w:r>
      <w:proofErr w:type="spellEnd"/>
      <w:r w:rsidRPr="00031266">
        <w:rPr>
          <w:lang w:val="en-ID"/>
        </w:rPr>
        <w:t xml:space="preserve"> </w:t>
      </w:r>
      <w:proofErr w:type="spellStart"/>
      <w:r w:rsidRPr="00031266">
        <w:rPr>
          <w:lang w:val="en-ID"/>
        </w:rPr>
        <w:t>sitasi</w:t>
      </w:r>
      <w:proofErr w:type="spellEnd"/>
      <w:r w:rsidRPr="00031266">
        <w:rPr>
          <w:lang w:val="en-ID"/>
        </w:rPr>
        <w:t xml:space="preserve"> </w:t>
      </w:r>
      <w:proofErr w:type="spellStart"/>
      <w:r w:rsidRPr="00031266">
        <w:rPr>
          <w:lang w:val="en-ID"/>
        </w:rPr>
        <w:t>secara</w:t>
      </w:r>
      <w:proofErr w:type="spellEnd"/>
      <w:r w:rsidRPr="00031266">
        <w:rPr>
          <w:lang w:val="en-ID"/>
        </w:rPr>
        <w:t xml:space="preserve"> </w:t>
      </w:r>
      <w:proofErr w:type="spellStart"/>
      <w:r w:rsidRPr="00031266">
        <w:rPr>
          <w:lang w:val="en-ID"/>
        </w:rPr>
        <w:t>konsisten</w:t>
      </w:r>
      <w:proofErr w:type="spellEnd"/>
      <w:r w:rsidRPr="00031266">
        <w:rPr>
          <w:lang w:val="en-ID"/>
        </w:rPr>
        <w:t xml:space="preserve">, </w:t>
      </w:r>
      <w:proofErr w:type="spellStart"/>
      <w:r w:rsidRPr="00031266">
        <w:rPr>
          <w:lang w:val="en-ID"/>
        </w:rPr>
        <w:t>yaitu</w:t>
      </w:r>
      <w:proofErr w:type="spellEnd"/>
      <w:r w:rsidRPr="00031266">
        <w:rPr>
          <w:lang w:val="en-ID"/>
        </w:rPr>
        <w:t xml:space="preserve"> APA Style (</w:t>
      </w:r>
      <w:r w:rsidRPr="00031266">
        <w:rPr>
          <w:i/>
          <w:iCs/>
          <w:lang w:val="en-ID"/>
        </w:rPr>
        <w:t>American Psychological Association</w:t>
      </w:r>
      <w:r w:rsidRPr="00031266">
        <w:rPr>
          <w:lang w:val="en-ID"/>
        </w:rPr>
        <w:t xml:space="preserve">). </w:t>
      </w:r>
      <w:r w:rsidRPr="00031266">
        <w:rPr>
          <w:lang w:val="nb-NO"/>
        </w:rPr>
        <w:t xml:space="preserve">Pengelolaan sitasi dan daftar pustaka wajib menggunakan </w:t>
      </w:r>
      <w:r w:rsidRPr="00031266">
        <w:rPr>
          <w:i/>
          <w:iCs/>
          <w:lang w:val="nb-NO"/>
        </w:rPr>
        <w:t>reference manage</w:t>
      </w:r>
      <w:r w:rsidRPr="00031266">
        <w:rPr>
          <w:lang w:val="nb-NO"/>
        </w:rPr>
        <w:t>r, seperti Mendeley atau Zotero, untuk memastikan konsistensi antara sitasi dalam teks dan daftar pustaka</w:t>
      </w:r>
      <w:bookmarkEnd w:id="1"/>
      <w:r w:rsidRPr="003F1B29">
        <w:rPr>
          <w:lang w:val="nb-NO"/>
        </w:rPr>
        <w:t>.</w:t>
      </w:r>
    </w:p>
    <w:p w14:paraId="25195B54" w14:textId="3B8651FB"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Pr>
          <w:lang w:val="nb-NO"/>
        </w:rPr>
        <w:fldChar w:fldCharType="begin" w:fldLock="1"/>
      </w:r>
      <w:r>
        <w:rPr>
          <w:lang w:val="nb-NO"/>
        </w:rPr>
        <w:instrText xml:space="preserve">ADDIN Mendeley Bibliography CSL_BIBLIOGRAPHY </w:instrText>
      </w:r>
      <w:r>
        <w:rPr>
          <w:lang w:val="nb-NO"/>
        </w:rPr>
        <w:fldChar w:fldCharType="separate"/>
      </w:r>
      <w:r w:rsidRPr="00AC4318">
        <w:rPr>
          <w:rFonts w:cs="Arial"/>
          <w:noProof/>
          <w:sz w:val="20"/>
        </w:rPr>
        <w:t xml:space="preserve">Akbar, R. A., &amp; Joewono, T. B. (2025). Penentuan Biaya Preservasi Bagi Pengguna Truk Batu Bara Bermuatan Berlebih Pada Jalan Batas Kabupaten Batanghari - Batas Kota Muara Bungo. </w:t>
      </w:r>
      <w:r w:rsidRPr="00AC4318">
        <w:rPr>
          <w:rFonts w:cs="Arial"/>
          <w:i/>
          <w:iCs/>
          <w:noProof/>
          <w:sz w:val="20"/>
        </w:rPr>
        <w:t>Jurnal Pendidikan Indonesia</w:t>
      </w:r>
      <w:r w:rsidRPr="00AC4318">
        <w:rPr>
          <w:rFonts w:cs="Arial"/>
          <w:noProof/>
          <w:sz w:val="20"/>
        </w:rPr>
        <w:t xml:space="preserve">, </w:t>
      </w:r>
      <w:r w:rsidRPr="00AC4318">
        <w:rPr>
          <w:rFonts w:cs="Arial"/>
          <w:i/>
          <w:iCs/>
          <w:noProof/>
          <w:sz w:val="20"/>
        </w:rPr>
        <w:t>6</w:t>
      </w:r>
      <w:r w:rsidRPr="00AC4318">
        <w:rPr>
          <w:rFonts w:cs="Arial"/>
          <w:noProof/>
          <w:sz w:val="20"/>
        </w:rPr>
        <w:t>(3), 1302–1311.</w:t>
      </w:r>
    </w:p>
    <w:p w14:paraId="58D1746A"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Fawzy, H. E.-D., Abdallah, A. M., Basha, A., &amp; Elgamal, E. (2025). Review of Pavement Performance Indicators : Measurements , Applications , and Limitations. </w:t>
      </w:r>
      <w:r w:rsidRPr="00AC4318">
        <w:rPr>
          <w:rFonts w:cs="Arial"/>
          <w:i/>
          <w:iCs/>
          <w:noProof/>
          <w:sz w:val="20"/>
        </w:rPr>
        <w:t>16th International Conference on Civil and Architectural Engineering (ICCAE-16)</w:t>
      </w:r>
      <w:r w:rsidRPr="00AC4318">
        <w:rPr>
          <w:rFonts w:cs="Arial"/>
          <w:noProof/>
          <w:sz w:val="20"/>
        </w:rPr>
        <w:t>, 1530. https://doi.org/10.1088/1755-1315/1530/1/012036</w:t>
      </w:r>
    </w:p>
    <w:p w14:paraId="766BEA9C"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Novela, I., &amp; Basuki, I. (2025). Evaluasi Beban Berlebih Pada Angkutan Barang Terhadap Kerusakan Dan Keselamatan Jalan. </w:t>
      </w:r>
      <w:r w:rsidRPr="00AC4318">
        <w:rPr>
          <w:rFonts w:cs="Arial"/>
          <w:i/>
          <w:iCs/>
          <w:noProof/>
          <w:sz w:val="20"/>
        </w:rPr>
        <w:t>Jurnal Civil Engineering Study</w:t>
      </w:r>
      <w:r w:rsidRPr="00AC4318">
        <w:rPr>
          <w:rFonts w:cs="Arial"/>
          <w:noProof/>
          <w:sz w:val="20"/>
        </w:rPr>
        <w:t xml:space="preserve">, </w:t>
      </w:r>
      <w:r w:rsidRPr="00AC4318">
        <w:rPr>
          <w:rFonts w:cs="Arial"/>
          <w:i/>
          <w:iCs/>
          <w:noProof/>
          <w:sz w:val="20"/>
        </w:rPr>
        <w:t>5</w:t>
      </w:r>
      <w:r w:rsidRPr="00AC4318">
        <w:rPr>
          <w:rFonts w:cs="Arial"/>
          <w:noProof/>
          <w:sz w:val="20"/>
        </w:rPr>
        <w:t>(2), 187–200.</w:t>
      </w:r>
    </w:p>
    <w:p w14:paraId="2514564A"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Pratama, D. A., Setyawan, A., &amp; Suryoto, S. (2017). Evaluasi Nilai Kondisi Perkerasan Jalan Nasional Dengan Metode Pavement Condition Index (PCI) Dan Metode Falling Weight Deflectometer (FWD) (Studi Kasus: Ruas Jalan Klaten-Prambanan). </w:t>
      </w:r>
      <w:r w:rsidRPr="00AC4318">
        <w:rPr>
          <w:rFonts w:cs="Arial"/>
          <w:i/>
          <w:iCs/>
          <w:noProof/>
          <w:sz w:val="20"/>
        </w:rPr>
        <w:t>E-Jurnal Matriks Teknik Sipil</w:t>
      </w:r>
      <w:r w:rsidRPr="00AC4318">
        <w:rPr>
          <w:rFonts w:cs="Arial"/>
          <w:noProof/>
          <w:sz w:val="20"/>
        </w:rPr>
        <w:t xml:space="preserve">, </w:t>
      </w:r>
      <w:r w:rsidRPr="00AC4318">
        <w:rPr>
          <w:rFonts w:cs="Arial"/>
          <w:i/>
          <w:iCs/>
          <w:noProof/>
          <w:sz w:val="20"/>
        </w:rPr>
        <w:t>5</w:t>
      </w:r>
      <w:r w:rsidRPr="00AC4318">
        <w:rPr>
          <w:rFonts w:cs="Arial"/>
          <w:noProof/>
          <w:sz w:val="20"/>
        </w:rPr>
        <w:t>(3), 1007–1015.</w:t>
      </w:r>
    </w:p>
    <w:p w14:paraId="183F12DA"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Putra, M. Y. M., Subagio, B. S., Hariadi, E. S., &amp; Hendarto, S. (2013). Evaluasi Kondisi Fungsional dan Struktural Menggunakan Metode Bina Marga dan AASHTO 1993 Sebagai Dasar dalam Penanganan Perkerasan Lentur Studi Kasus : Ruas Medan - Lubuk Pakam. </w:t>
      </w:r>
      <w:r w:rsidRPr="00AC4318">
        <w:rPr>
          <w:rFonts w:cs="Arial"/>
          <w:i/>
          <w:iCs/>
          <w:noProof/>
          <w:sz w:val="20"/>
        </w:rPr>
        <w:t>Jurnal Teoritis Dan Terapan Bidang Teknik Sipil</w:t>
      </w:r>
      <w:r w:rsidRPr="00AC4318">
        <w:rPr>
          <w:rFonts w:cs="Arial"/>
          <w:noProof/>
          <w:sz w:val="20"/>
        </w:rPr>
        <w:t xml:space="preserve">, </w:t>
      </w:r>
      <w:r w:rsidRPr="00AC4318">
        <w:rPr>
          <w:rFonts w:cs="Arial"/>
          <w:i/>
          <w:iCs/>
          <w:noProof/>
          <w:sz w:val="20"/>
        </w:rPr>
        <w:t>20</w:t>
      </w:r>
      <w:r w:rsidRPr="00AC4318">
        <w:rPr>
          <w:rFonts w:cs="Arial"/>
          <w:noProof/>
          <w:sz w:val="20"/>
        </w:rPr>
        <w:t>(3), 245–254.</w:t>
      </w:r>
    </w:p>
    <w:p w14:paraId="46C2F0FD"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Sa’diyah, H. N., Shofiah, S., &amp; Marwanto, P. R. (2024). Analisis Vehicle Damage Factor dalam Konteks Konfigurasi Axle dan Dampak Jalan. </w:t>
      </w:r>
      <w:r w:rsidRPr="00AC4318">
        <w:rPr>
          <w:rFonts w:cs="Arial"/>
          <w:i/>
          <w:iCs/>
          <w:noProof/>
          <w:sz w:val="20"/>
        </w:rPr>
        <w:t>Jurnal Teslink : Teknik Sipil Dan Lingkungan</w:t>
      </w:r>
      <w:r w:rsidRPr="00AC4318">
        <w:rPr>
          <w:rFonts w:cs="Arial"/>
          <w:noProof/>
          <w:sz w:val="20"/>
        </w:rPr>
        <w:t xml:space="preserve">, </w:t>
      </w:r>
      <w:r w:rsidRPr="00AC4318">
        <w:rPr>
          <w:rFonts w:cs="Arial"/>
          <w:i/>
          <w:iCs/>
          <w:noProof/>
          <w:sz w:val="20"/>
        </w:rPr>
        <w:t>6</w:t>
      </w:r>
      <w:r w:rsidRPr="00AC4318">
        <w:rPr>
          <w:rFonts w:cs="Arial"/>
          <w:noProof/>
          <w:sz w:val="20"/>
        </w:rPr>
        <w:t>(1), 109–117.</w:t>
      </w:r>
    </w:p>
    <w:p w14:paraId="3FA3F1CD"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Sakti, P., Alkadri, A., &amp; Islamiyati, P. A. N. (2025). Analisa Kerusakan Perkerasan Jalan Menggunakan Metode Pavement Condition Index ( PCI ) Studi Kasus: Kel. Lasada Kec. Unaaha Kab. Konawe. </w:t>
      </w:r>
      <w:r w:rsidRPr="00AC4318">
        <w:rPr>
          <w:rFonts w:cs="Arial"/>
          <w:i/>
          <w:iCs/>
          <w:noProof/>
          <w:sz w:val="20"/>
        </w:rPr>
        <w:t>JUTIN : Jurnal Teknik Industri Terintegrasi</w:t>
      </w:r>
      <w:r w:rsidRPr="00AC4318">
        <w:rPr>
          <w:rFonts w:cs="Arial"/>
          <w:noProof/>
          <w:sz w:val="20"/>
        </w:rPr>
        <w:t xml:space="preserve">, </w:t>
      </w:r>
      <w:r w:rsidRPr="00AC4318">
        <w:rPr>
          <w:rFonts w:cs="Arial"/>
          <w:i/>
          <w:iCs/>
          <w:noProof/>
          <w:sz w:val="20"/>
        </w:rPr>
        <w:t>8</w:t>
      </w:r>
      <w:r w:rsidRPr="00AC4318">
        <w:rPr>
          <w:rFonts w:cs="Arial"/>
          <w:noProof/>
          <w:sz w:val="20"/>
        </w:rPr>
        <w:t>(4), 4440–4446. https://doi.org/10.31004/jutin.v8i4.51391</w:t>
      </w:r>
    </w:p>
    <w:p w14:paraId="0F8021CA"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Talvik, O., &amp; Aavik, A. (2009). Use Of FWD Deflection Basin Parameters (SCI, BDI, BCI) For Pavement Condition Assessment. </w:t>
      </w:r>
      <w:r w:rsidRPr="00AC4318">
        <w:rPr>
          <w:rFonts w:cs="Arial"/>
          <w:i/>
          <w:iCs/>
          <w:noProof/>
          <w:sz w:val="20"/>
        </w:rPr>
        <w:t>The Baltic Journal Of Road And Bridge Engineering</w:t>
      </w:r>
      <w:r w:rsidRPr="00AC4318">
        <w:rPr>
          <w:rFonts w:cs="Arial"/>
          <w:noProof/>
          <w:sz w:val="20"/>
        </w:rPr>
        <w:t xml:space="preserve">, </w:t>
      </w:r>
      <w:r w:rsidRPr="00AC4318">
        <w:rPr>
          <w:rFonts w:cs="Arial"/>
          <w:i/>
          <w:iCs/>
          <w:noProof/>
          <w:sz w:val="20"/>
        </w:rPr>
        <w:t>4</w:t>
      </w:r>
      <w:r w:rsidRPr="00AC4318">
        <w:rPr>
          <w:rFonts w:cs="Arial"/>
          <w:noProof/>
          <w:sz w:val="20"/>
        </w:rPr>
        <w:t>(4), 196–202. https://doi.org/10.3846/1822-427X.2009.4.196-202</w:t>
      </w:r>
    </w:p>
    <w:p w14:paraId="419CED78" w14:textId="77777777" w:rsidR="00AC4318" w:rsidRPr="00AC4318" w:rsidRDefault="00AC4318" w:rsidP="00AC4318">
      <w:pPr>
        <w:widowControl w:val="0"/>
        <w:autoSpaceDE w:val="0"/>
        <w:autoSpaceDN w:val="0"/>
        <w:adjustRightInd w:val="0"/>
        <w:spacing w:before="160" w:after="100" w:line="240" w:lineRule="auto"/>
        <w:ind w:left="480" w:hanging="480"/>
        <w:jc w:val="both"/>
        <w:rPr>
          <w:rFonts w:cs="Arial"/>
          <w:noProof/>
          <w:sz w:val="20"/>
        </w:rPr>
      </w:pPr>
      <w:r w:rsidRPr="00AC4318">
        <w:rPr>
          <w:rFonts w:cs="Arial"/>
          <w:noProof/>
          <w:sz w:val="20"/>
        </w:rPr>
        <w:t xml:space="preserve">Tosulpa, M. E., Putranto, L. S., &amp; Sulistyorini, R. (2025). Analisis Penanganan Pengaruh Kerusakan Jalan Nasional Akibat Muatan Berlebih Di Provinsi Lampung. </w:t>
      </w:r>
      <w:r w:rsidRPr="00AC4318">
        <w:rPr>
          <w:rFonts w:cs="Arial"/>
          <w:i/>
          <w:iCs/>
          <w:noProof/>
          <w:sz w:val="20"/>
        </w:rPr>
        <w:t>Jurnal Teknik Sipil Cendekia</w:t>
      </w:r>
      <w:r w:rsidRPr="00AC4318">
        <w:rPr>
          <w:rFonts w:cs="Arial"/>
          <w:noProof/>
          <w:sz w:val="20"/>
        </w:rPr>
        <w:t xml:space="preserve">, </w:t>
      </w:r>
      <w:r w:rsidRPr="00AC4318">
        <w:rPr>
          <w:rFonts w:cs="Arial"/>
          <w:i/>
          <w:iCs/>
          <w:noProof/>
          <w:sz w:val="20"/>
        </w:rPr>
        <w:t>6</w:t>
      </w:r>
      <w:r w:rsidRPr="00AC4318">
        <w:rPr>
          <w:rFonts w:cs="Arial"/>
          <w:noProof/>
          <w:sz w:val="20"/>
        </w:rPr>
        <w:t>(2), 238–255. https://doi.org/10.51988/jtsc.v6i2.348</w:t>
      </w:r>
    </w:p>
    <w:p w14:paraId="4D30BB70" w14:textId="4142D230" w:rsidR="00021266" w:rsidRPr="003F1B29" w:rsidRDefault="00AC4318" w:rsidP="00AC4318">
      <w:pPr>
        <w:spacing w:before="160" w:after="100"/>
        <w:jc w:val="both"/>
        <w:rPr>
          <w:lang w:val="nb-NO"/>
        </w:rPr>
      </w:pPr>
      <w:r>
        <w:rPr>
          <w:lang w:val="nb-NO"/>
        </w:rPr>
        <w:fldChar w:fldCharType="end"/>
      </w:r>
      <w:r w:rsidR="00000000" w:rsidRPr="003F1B29">
        <w:rPr>
          <w:b/>
          <w:sz w:val="24"/>
          <w:lang w:val="nb-NO"/>
        </w:rPr>
        <w:t>M. PERNYATAAN KETUA TIM</w:t>
      </w:r>
    </w:p>
    <w:p w14:paraId="6193987E" w14:textId="77777777" w:rsidR="00021266" w:rsidRPr="003F1B29" w:rsidRDefault="00000000" w:rsidP="006D58AE">
      <w:pPr>
        <w:jc w:val="both"/>
        <w:rPr>
          <w:lang w:val="nb-NO"/>
        </w:rPr>
      </w:pPr>
      <w:r w:rsidRPr="003F1B29">
        <w:rPr>
          <w:lang w:val="nb-NO"/>
        </w:rPr>
        <w:lastRenderedPageBreak/>
        <w:t>Saya menyatakan bahwa proposal ini disusun sesuai dengan ketentuan Hibah Penelitian Internal dan bersedia melaksanakan penelitian serta memenuhi target luaran yang ditetapkan.</w:t>
      </w:r>
    </w:p>
    <w:p w14:paraId="764E0DAF" w14:textId="4F2C95FB" w:rsidR="00021266" w:rsidRPr="003F1B29" w:rsidRDefault="00FD7FD5">
      <w:pPr>
        <w:jc w:val="right"/>
        <w:rPr>
          <w:lang w:val="nb-NO"/>
        </w:rPr>
      </w:pPr>
      <w:r>
        <w:rPr>
          <w:noProof/>
          <w:lang w:val="nb-NO"/>
        </w:rPr>
        <w:drawing>
          <wp:anchor distT="0" distB="0" distL="114300" distR="114300" simplePos="0" relativeHeight="251660288" behindDoc="0" locked="0" layoutInCell="1" allowOverlap="1" wp14:anchorId="4F0F0C11" wp14:editId="4E52ADE4">
            <wp:simplePos x="0" y="0"/>
            <wp:positionH relativeFrom="column">
              <wp:posOffset>3949065</wp:posOffset>
            </wp:positionH>
            <wp:positionV relativeFrom="paragraph">
              <wp:posOffset>113665</wp:posOffset>
            </wp:positionV>
            <wp:extent cx="1358101" cy="11734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1358101" cy="1173480"/>
                    </a:xfrm>
                    <a:prstGeom prst="rect">
                      <a:avLst/>
                    </a:prstGeom>
                  </pic:spPr>
                </pic:pic>
              </a:graphicData>
            </a:graphic>
            <wp14:sizeRelH relativeFrom="margin">
              <wp14:pctWidth>0</wp14:pctWidth>
            </wp14:sizeRelH>
            <wp14:sizeRelV relativeFrom="margin">
              <wp14:pctHeight>0</wp14:pctHeight>
            </wp14:sizeRelV>
          </wp:anchor>
        </w:drawing>
      </w:r>
      <w:r w:rsidR="00857380">
        <w:rPr>
          <w:lang w:val="nb-NO"/>
        </w:rPr>
        <w:t>Gorontalo</w:t>
      </w:r>
      <w:r w:rsidR="00857380" w:rsidRPr="003F1B29">
        <w:rPr>
          <w:lang w:val="nb-NO"/>
        </w:rPr>
        <w:t xml:space="preserve">, </w:t>
      </w:r>
      <w:r w:rsidR="00857380">
        <w:rPr>
          <w:lang w:val="nb-NO"/>
        </w:rPr>
        <w:t>20 September</w:t>
      </w:r>
      <w:r w:rsidR="00857380" w:rsidRPr="003F1B29">
        <w:rPr>
          <w:lang w:val="nb-NO"/>
        </w:rPr>
        <w:t xml:space="preserve"> 20</w:t>
      </w:r>
      <w:r w:rsidR="00857380">
        <w:rPr>
          <w:lang w:val="nb-NO"/>
        </w:rPr>
        <w:t>26</w:t>
      </w:r>
    </w:p>
    <w:p w14:paraId="2B6FF2B4" w14:textId="0822EE37" w:rsidR="00021266" w:rsidRPr="003F1B29" w:rsidRDefault="00000000">
      <w:pPr>
        <w:jc w:val="right"/>
        <w:rPr>
          <w:lang w:val="nb-NO"/>
        </w:rPr>
      </w:pPr>
      <w:r w:rsidRPr="003F1B29">
        <w:rPr>
          <w:lang w:val="nb-NO"/>
        </w:rPr>
        <w:t>Ketua Tim,</w:t>
      </w:r>
    </w:p>
    <w:p w14:paraId="00BEAE40" w14:textId="4B71D5A3" w:rsidR="00021266" w:rsidRPr="003F1B29" w:rsidRDefault="00021266">
      <w:pPr>
        <w:rPr>
          <w:lang w:val="nb-NO"/>
        </w:rPr>
      </w:pPr>
    </w:p>
    <w:p w14:paraId="2E2F6BF9" w14:textId="78B8B789" w:rsidR="00021266" w:rsidRPr="003F1B29" w:rsidRDefault="00021266">
      <w:pPr>
        <w:rPr>
          <w:lang w:val="nb-NO"/>
        </w:rPr>
      </w:pPr>
    </w:p>
    <w:p w14:paraId="6C4DF510" w14:textId="3D2BAA2F" w:rsidR="00021266" w:rsidRPr="003F1B29" w:rsidRDefault="00021266">
      <w:pPr>
        <w:rPr>
          <w:lang w:val="nb-NO"/>
        </w:rPr>
      </w:pPr>
    </w:p>
    <w:p w14:paraId="05BF68B4" w14:textId="6836300F" w:rsidR="00021266" w:rsidRPr="003F1B29" w:rsidRDefault="00000000">
      <w:pPr>
        <w:jc w:val="right"/>
        <w:rPr>
          <w:lang w:val="nb-NO"/>
        </w:rPr>
      </w:pPr>
      <w:r w:rsidRPr="003F1B29">
        <w:rPr>
          <w:lang w:val="nb-NO"/>
        </w:rPr>
        <w:t>(</w:t>
      </w:r>
      <w:r w:rsidR="00857380">
        <w:rPr>
          <w:lang w:val="nb-NO"/>
        </w:rPr>
        <w:t>Andi Sahrul Hidayat, ST., MT</w:t>
      </w:r>
      <w:r w:rsidRPr="003F1B29">
        <w:rPr>
          <w:lang w:val="nb-NO"/>
        </w:rPr>
        <w:t>)</w:t>
      </w:r>
    </w:p>
    <w:p w14:paraId="1B208341" w14:textId="0776246E" w:rsidR="00021266" w:rsidRPr="003F1B29" w:rsidRDefault="00000000">
      <w:pPr>
        <w:jc w:val="right"/>
        <w:rPr>
          <w:lang w:val="nb-NO"/>
        </w:rPr>
      </w:pPr>
      <w:r w:rsidRPr="003F1B29">
        <w:rPr>
          <w:lang w:val="nb-NO"/>
        </w:rPr>
        <w:t>NIDN/NIDK</w:t>
      </w:r>
      <w:r w:rsidR="006D58AE">
        <w:rPr>
          <w:lang w:val="nb-NO"/>
        </w:rPr>
        <w:t>/NUPTK</w:t>
      </w:r>
      <w:r w:rsidRPr="003F1B29">
        <w:rPr>
          <w:lang w:val="nb-NO"/>
        </w:rPr>
        <w:t xml:space="preserve"> </w:t>
      </w:r>
      <w:r w:rsidR="00857380">
        <w:rPr>
          <w:lang w:val="nb-NO"/>
        </w:rPr>
        <w:t>0916059301</w:t>
      </w:r>
    </w:p>
    <w:p w14:paraId="4958217D" w14:textId="77777777" w:rsidR="00021266" w:rsidRPr="003F1B29" w:rsidRDefault="00000000">
      <w:pPr>
        <w:rPr>
          <w:lang w:val="nb-NO"/>
        </w:rPr>
      </w:pPr>
      <w:r w:rsidRPr="003F1B29">
        <w:rPr>
          <w:lang w:val="nb-NO"/>
        </w:rPr>
        <w:br w:type="page"/>
      </w:r>
    </w:p>
    <w:p w14:paraId="5509A02F" w14:textId="77777777" w:rsidR="00021266" w:rsidRPr="003F1B29" w:rsidRDefault="00000000">
      <w:pPr>
        <w:spacing w:before="160" w:after="100"/>
        <w:rPr>
          <w:lang w:val="nb-NO"/>
        </w:rPr>
      </w:pPr>
      <w:r w:rsidRPr="003F1B29">
        <w:rPr>
          <w:b/>
          <w:sz w:val="24"/>
          <w:lang w:val="nb-NO"/>
        </w:rPr>
        <w:lastRenderedPageBreak/>
        <w:t>LAMPIRAN INTERNAL LP3M – PETA CEPAT PENILAIAN KESESUAIAN RENSTRA</w:t>
      </w:r>
    </w:p>
    <w:p w14:paraId="6D531ADD" w14:textId="77777777" w:rsidR="00021266" w:rsidRPr="003F1B29" w:rsidRDefault="00000000">
      <w:pPr>
        <w:rPr>
          <w:lang w:val="nb-NO"/>
        </w:rPr>
      </w:pPr>
      <w:r w:rsidRPr="003F1B29">
        <w:rPr>
          <w:i/>
          <w:sz w:val="19"/>
          <w:lang w:val="nb-NO"/>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Default="00000000">
            <w:pPr>
              <w:spacing w:after="0"/>
            </w:pPr>
            <w:proofErr w:type="spellStart"/>
            <w:r>
              <w:rPr>
                <w:b/>
                <w:sz w:val="18"/>
              </w:rPr>
              <w:t>Aspek</w:t>
            </w:r>
            <w:proofErr w:type="spellEnd"/>
          </w:p>
        </w:tc>
        <w:tc>
          <w:tcPr>
            <w:tcW w:w="2280" w:type="dxa"/>
            <w:shd w:val="clear" w:color="auto" w:fill="D9EAF7"/>
            <w:tcMar>
              <w:top w:w="90" w:type="dxa"/>
              <w:left w:w="90" w:type="dxa"/>
              <w:bottom w:w="90" w:type="dxa"/>
              <w:right w:w="90" w:type="dxa"/>
            </w:tcMar>
            <w:vAlign w:val="center"/>
          </w:tcPr>
          <w:p w14:paraId="69D15CA3" w14:textId="77777777" w:rsidR="00021266" w:rsidRDefault="00000000">
            <w:pPr>
              <w:spacing w:after="0"/>
            </w:pPr>
            <w:r>
              <w:rPr>
                <w:b/>
                <w:sz w:val="18"/>
              </w:rPr>
              <w:t>Yang Dicek</w:t>
            </w:r>
          </w:p>
        </w:tc>
        <w:tc>
          <w:tcPr>
            <w:tcW w:w="2280" w:type="dxa"/>
            <w:shd w:val="clear" w:color="auto" w:fill="D9EAF7"/>
            <w:tcMar>
              <w:top w:w="90" w:type="dxa"/>
              <w:left w:w="90" w:type="dxa"/>
              <w:bottom w:w="90" w:type="dxa"/>
              <w:right w:w="90" w:type="dxa"/>
            </w:tcMar>
            <w:vAlign w:val="center"/>
          </w:tcPr>
          <w:p w14:paraId="1FDBCF74" w14:textId="77777777" w:rsidR="00021266" w:rsidRDefault="00000000">
            <w:pPr>
              <w:spacing w:after="0"/>
            </w:pPr>
            <w:r>
              <w:rPr>
                <w:b/>
                <w:sz w:val="18"/>
              </w:rPr>
              <w:t>Skor</w:t>
            </w:r>
          </w:p>
        </w:tc>
        <w:tc>
          <w:tcPr>
            <w:tcW w:w="2280" w:type="dxa"/>
            <w:shd w:val="clear" w:color="auto" w:fill="D9EAF7"/>
            <w:tcMar>
              <w:top w:w="90" w:type="dxa"/>
              <w:left w:w="90" w:type="dxa"/>
              <w:bottom w:w="90" w:type="dxa"/>
              <w:right w:w="90" w:type="dxa"/>
            </w:tcMar>
            <w:vAlign w:val="center"/>
          </w:tcPr>
          <w:p w14:paraId="4EB260BE" w14:textId="77777777" w:rsidR="00021266" w:rsidRDefault="00000000">
            <w:pPr>
              <w:spacing w:after="0"/>
            </w:pPr>
            <w:r>
              <w:rPr>
                <w:b/>
                <w:sz w:val="18"/>
              </w:rPr>
              <w:t>Catatan Reviewer</w:t>
            </w:r>
          </w:p>
        </w:tc>
      </w:tr>
      <w:tr w:rsidR="00021266" w14:paraId="286C316A" w14:textId="77777777">
        <w:trPr>
          <w:jc w:val="center"/>
        </w:trPr>
        <w:tc>
          <w:tcPr>
            <w:tcW w:w="2280" w:type="dxa"/>
            <w:tcMar>
              <w:top w:w="90" w:type="dxa"/>
              <w:left w:w="90" w:type="dxa"/>
              <w:bottom w:w="90" w:type="dxa"/>
              <w:right w:w="90" w:type="dxa"/>
            </w:tcMar>
            <w:vAlign w:val="center"/>
          </w:tcPr>
          <w:p w14:paraId="37DF67B9" w14:textId="77777777" w:rsidR="00021266" w:rsidRDefault="00000000">
            <w:pPr>
              <w:spacing w:after="0"/>
            </w:pPr>
            <w:r>
              <w:rPr>
                <w:sz w:val="18"/>
              </w:rPr>
              <w:t>Kesesuaian bidang/tema</w:t>
            </w:r>
          </w:p>
        </w:tc>
        <w:tc>
          <w:tcPr>
            <w:tcW w:w="2280" w:type="dxa"/>
            <w:tcMar>
              <w:top w:w="90" w:type="dxa"/>
              <w:left w:w="90" w:type="dxa"/>
              <w:bottom w:w="90" w:type="dxa"/>
              <w:right w:w="90" w:type="dxa"/>
            </w:tcMar>
            <w:vAlign w:val="center"/>
          </w:tcPr>
          <w:p w14:paraId="109AF7FB" w14:textId="77777777" w:rsidR="00021266" w:rsidRDefault="00000000">
            <w:pPr>
              <w:spacing w:after="0"/>
            </w:pPr>
            <w:r>
              <w:rPr>
                <w:sz w:val="18"/>
              </w:rPr>
              <w:t>Proposal dapat dipetakan ke bidang, tema/subtema atau pengembangan disiplin yang relevan</w:t>
            </w:r>
          </w:p>
        </w:tc>
        <w:tc>
          <w:tcPr>
            <w:tcW w:w="2280" w:type="dxa"/>
            <w:tcMar>
              <w:top w:w="90" w:type="dxa"/>
              <w:left w:w="90" w:type="dxa"/>
              <w:bottom w:w="90" w:type="dxa"/>
              <w:right w:w="90" w:type="dxa"/>
            </w:tcMar>
            <w:vAlign w:val="center"/>
          </w:tcPr>
          <w:p w14:paraId="24280E82"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2FC15F27" w14:textId="77777777" w:rsidR="00021266" w:rsidRDefault="00021266">
            <w:pPr>
              <w:spacing w:after="0"/>
            </w:pPr>
          </w:p>
        </w:tc>
      </w:tr>
      <w:tr w:rsidR="00021266" w14:paraId="36A5F459" w14:textId="77777777">
        <w:trPr>
          <w:jc w:val="center"/>
        </w:trPr>
        <w:tc>
          <w:tcPr>
            <w:tcW w:w="2280" w:type="dxa"/>
            <w:tcMar>
              <w:top w:w="90" w:type="dxa"/>
              <w:left w:w="90" w:type="dxa"/>
              <w:bottom w:w="90" w:type="dxa"/>
              <w:right w:w="90" w:type="dxa"/>
            </w:tcMar>
            <w:vAlign w:val="center"/>
          </w:tcPr>
          <w:p w14:paraId="59B0659B" w14:textId="77777777" w:rsidR="00021266" w:rsidRDefault="00000000">
            <w:pPr>
              <w:spacing w:after="0"/>
            </w:pPr>
            <w:r>
              <w:rPr>
                <w:sz w:val="18"/>
              </w:rPr>
              <w:t>Kesinambungan roadmap</w:t>
            </w:r>
          </w:p>
        </w:tc>
        <w:tc>
          <w:tcPr>
            <w:tcW w:w="2280" w:type="dxa"/>
            <w:tcMar>
              <w:top w:w="90" w:type="dxa"/>
              <w:left w:w="90" w:type="dxa"/>
              <w:bottom w:w="90" w:type="dxa"/>
              <w:right w:w="90" w:type="dxa"/>
            </w:tcMar>
            <w:vAlign w:val="center"/>
          </w:tcPr>
          <w:p w14:paraId="5F36CAB1" w14:textId="77777777" w:rsidR="00021266" w:rsidRPr="003F1B29" w:rsidRDefault="00000000">
            <w:pPr>
              <w:spacing w:after="0"/>
              <w:rPr>
                <w:lang w:val="nb-NO"/>
              </w:rPr>
            </w:pPr>
            <w:r w:rsidRPr="003F1B29">
              <w:rPr>
                <w:sz w:val="18"/>
                <w:lang w:val="nb-NO"/>
              </w:rPr>
              <w:t>Posisi penelitian dan arah lanjutannya jelas</w:t>
            </w:r>
          </w:p>
        </w:tc>
        <w:tc>
          <w:tcPr>
            <w:tcW w:w="2280" w:type="dxa"/>
            <w:tcMar>
              <w:top w:w="90" w:type="dxa"/>
              <w:left w:w="90" w:type="dxa"/>
              <w:bottom w:w="90" w:type="dxa"/>
              <w:right w:w="90" w:type="dxa"/>
            </w:tcMar>
            <w:vAlign w:val="center"/>
          </w:tcPr>
          <w:p w14:paraId="540ACAE8"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3D17019F" w14:textId="77777777" w:rsidR="00021266" w:rsidRDefault="00021266">
            <w:pPr>
              <w:spacing w:after="0"/>
            </w:pPr>
          </w:p>
        </w:tc>
      </w:tr>
      <w:tr w:rsidR="00021266" w14:paraId="34E53E5D" w14:textId="77777777">
        <w:trPr>
          <w:jc w:val="center"/>
        </w:trPr>
        <w:tc>
          <w:tcPr>
            <w:tcW w:w="2280" w:type="dxa"/>
            <w:tcMar>
              <w:top w:w="90" w:type="dxa"/>
              <w:left w:w="90" w:type="dxa"/>
              <w:bottom w:w="90" w:type="dxa"/>
              <w:right w:w="90" w:type="dxa"/>
            </w:tcMar>
            <w:vAlign w:val="center"/>
          </w:tcPr>
          <w:p w14:paraId="179BCE08" w14:textId="77777777" w:rsidR="00021266" w:rsidRDefault="00000000">
            <w:pPr>
              <w:spacing w:after="0"/>
            </w:pPr>
            <w:r>
              <w:rPr>
                <w:sz w:val="18"/>
              </w:rPr>
              <w:t>Relevansi masalah</w:t>
            </w:r>
          </w:p>
        </w:tc>
        <w:tc>
          <w:tcPr>
            <w:tcW w:w="2280" w:type="dxa"/>
            <w:tcMar>
              <w:top w:w="90" w:type="dxa"/>
              <w:left w:w="90" w:type="dxa"/>
              <w:bottom w:w="90" w:type="dxa"/>
              <w:right w:w="90" w:type="dxa"/>
            </w:tcMar>
            <w:vAlign w:val="center"/>
          </w:tcPr>
          <w:p w14:paraId="4F3BB843" w14:textId="77777777" w:rsidR="00021266" w:rsidRPr="003F1B29" w:rsidRDefault="00000000">
            <w:pPr>
              <w:spacing w:after="0"/>
              <w:rPr>
                <w:lang w:val="nb-NO"/>
              </w:rPr>
            </w:pPr>
            <w:r w:rsidRPr="003F1B29">
              <w:rPr>
                <w:sz w:val="18"/>
                <w:lang w:val="nb-NO"/>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Default="00000000">
            <w:pPr>
              <w:spacing w:after="0"/>
            </w:pPr>
            <w:r>
              <w:rPr>
                <w:sz w:val="18"/>
              </w:rPr>
              <w:t>0–15</w:t>
            </w:r>
          </w:p>
        </w:tc>
        <w:tc>
          <w:tcPr>
            <w:tcW w:w="2280" w:type="dxa"/>
            <w:tcMar>
              <w:top w:w="90" w:type="dxa"/>
              <w:left w:w="90" w:type="dxa"/>
              <w:bottom w:w="90" w:type="dxa"/>
              <w:right w:w="90" w:type="dxa"/>
            </w:tcMar>
            <w:vAlign w:val="center"/>
          </w:tcPr>
          <w:p w14:paraId="6BCD0FD5" w14:textId="77777777" w:rsidR="00021266" w:rsidRDefault="00021266">
            <w:pPr>
              <w:spacing w:after="0"/>
            </w:pPr>
          </w:p>
        </w:tc>
      </w:tr>
      <w:tr w:rsidR="00021266" w14:paraId="504F466A" w14:textId="77777777">
        <w:trPr>
          <w:jc w:val="center"/>
        </w:trPr>
        <w:tc>
          <w:tcPr>
            <w:tcW w:w="2280" w:type="dxa"/>
            <w:tcMar>
              <w:top w:w="90" w:type="dxa"/>
              <w:left w:w="90" w:type="dxa"/>
              <w:bottom w:w="90" w:type="dxa"/>
              <w:right w:w="90" w:type="dxa"/>
            </w:tcMar>
            <w:vAlign w:val="center"/>
          </w:tcPr>
          <w:p w14:paraId="5996437C" w14:textId="77777777" w:rsidR="00021266" w:rsidRDefault="00000000">
            <w:pPr>
              <w:spacing w:after="0"/>
            </w:pPr>
            <w:r>
              <w:rPr>
                <w:sz w:val="18"/>
              </w:rPr>
              <w:t>Metode &amp; kelayakan</w:t>
            </w:r>
          </w:p>
        </w:tc>
        <w:tc>
          <w:tcPr>
            <w:tcW w:w="2280" w:type="dxa"/>
            <w:tcMar>
              <w:top w:w="90" w:type="dxa"/>
              <w:left w:w="90" w:type="dxa"/>
              <w:bottom w:w="90" w:type="dxa"/>
              <w:right w:w="90" w:type="dxa"/>
            </w:tcMar>
            <w:vAlign w:val="center"/>
          </w:tcPr>
          <w:p w14:paraId="74A7D3BF" w14:textId="77777777" w:rsidR="00021266" w:rsidRPr="003F1B29" w:rsidRDefault="00000000">
            <w:pPr>
              <w:spacing w:after="0"/>
              <w:rPr>
                <w:lang w:val="nb-NO"/>
              </w:rPr>
            </w:pPr>
            <w:r w:rsidRPr="003F1B29">
              <w:rPr>
                <w:sz w:val="18"/>
                <w:lang w:val="nb-NO"/>
              </w:rPr>
              <w:t>Metode, waktu dan anggaran layak</w:t>
            </w:r>
          </w:p>
        </w:tc>
        <w:tc>
          <w:tcPr>
            <w:tcW w:w="2280" w:type="dxa"/>
            <w:tcMar>
              <w:top w:w="90" w:type="dxa"/>
              <w:left w:w="90" w:type="dxa"/>
              <w:bottom w:w="90" w:type="dxa"/>
              <w:right w:w="90" w:type="dxa"/>
            </w:tcMar>
            <w:vAlign w:val="center"/>
          </w:tcPr>
          <w:p w14:paraId="65732F36" w14:textId="77777777" w:rsidR="00021266" w:rsidRDefault="00000000">
            <w:pPr>
              <w:spacing w:after="0"/>
            </w:pPr>
            <w:r>
              <w:rPr>
                <w:sz w:val="18"/>
              </w:rPr>
              <w:t>0–20</w:t>
            </w:r>
          </w:p>
        </w:tc>
        <w:tc>
          <w:tcPr>
            <w:tcW w:w="2280" w:type="dxa"/>
            <w:tcMar>
              <w:top w:w="90" w:type="dxa"/>
              <w:left w:w="90" w:type="dxa"/>
              <w:bottom w:w="90" w:type="dxa"/>
              <w:right w:w="90" w:type="dxa"/>
            </w:tcMar>
            <w:vAlign w:val="center"/>
          </w:tcPr>
          <w:p w14:paraId="0EE708F5" w14:textId="77777777" w:rsidR="00021266" w:rsidRDefault="00021266">
            <w:pPr>
              <w:spacing w:after="0"/>
            </w:pPr>
          </w:p>
        </w:tc>
      </w:tr>
      <w:tr w:rsidR="00021266" w14:paraId="39A790F1" w14:textId="77777777">
        <w:trPr>
          <w:jc w:val="center"/>
        </w:trPr>
        <w:tc>
          <w:tcPr>
            <w:tcW w:w="2280" w:type="dxa"/>
            <w:tcMar>
              <w:top w:w="90" w:type="dxa"/>
              <w:left w:w="90" w:type="dxa"/>
              <w:bottom w:w="90" w:type="dxa"/>
              <w:right w:w="90" w:type="dxa"/>
            </w:tcMar>
            <w:vAlign w:val="center"/>
          </w:tcPr>
          <w:p w14:paraId="0C4D3F2E" w14:textId="77777777" w:rsidR="00021266" w:rsidRDefault="00000000">
            <w:pPr>
              <w:spacing w:after="0"/>
            </w:pPr>
            <w:r>
              <w:rPr>
                <w:sz w:val="18"/>
              </w:rPr>
              <w:t>Luaran bertahap</w:t>
            </w:r>
          </w:p>
        </w:tc>
        <w:tc>
          <w:tcPr>
            <w:tcW w:w="2280" w:type="dxa"/>
            <w:tcMar>
              <w:top w:w="90" w:type="dxa"/>
              <w:left w:w="90" w:type="dxa"/>
              <w:bottom w:w="90" w:type="dxa"/>
              <w:right w:w="90" w:type="dxa"/>
            </w:tcMar>
            <w:vAlign w:val="center"/>
          </w:tcPr>
          <w:p w14:paraId="0A7D860E" w14:textId="77777777" w:rsidR="00021266" w:rsidRPr="003F1B29" w:rsidRDefault="00000000">
            <w:pPr>
              <w:spacing w:after="0"/>
              <w:rPr>
                <w:lang w:val="nb-NO"/>
              </w:rPr>
            </w:pPr>
            <w:r w:rsidRPr="003F1B29">
              <w:rPr>
                <w:sz w:val="18"/>
                <w:lang w:val="nb-NO"/>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Default="00000000">
            <w:pPr>
              <w:spacing w:after="0"/>
            </w:pPr>
            <w:r>
              <w:rPr>
                <w:sz w:val="18"/>
              </w:rPr>
              <w:t>0–15</w:t>
            </w:r>
          </w:p>
        </w:tc>
        <w:tc>
          <w:tcPr>
            <w:tcW w:w="2280" w:type="dxa"/>
            <w:tcMar>
              <w:top w:w="90" w:type="dxa"/>
              <w:left w:w="90" w:type="dxa"/>
              <w:bottom w:w="90" w:type="dxa"/>
              <w:right w:w="90" w:type="dxa"/>
            </w:tcMar>
            <w:vAlign w:val="center"/>
          </w:tcPr>
          <w:p w14:paraId="04FEAFB6" w14:textId="77777777" w:rsidR="00021266" w:rsidRDefault="00021266">
            <w:pPr>
              <w:spacing w:after="0"/>
            </w:pPr>
          </w:p>
        </w:tc>
      </w:tr>
      <w:tr w:rsidR="00021266" w14:paraId="457A5030" w14:textId="77777777">
        <w:trPr>
          <w:jc w:val="center"/>
        </w:trPr>
        <w:tc>
          <w:tcPr>
            <w:tcW w:w="2280" w:type="dxa"/>
            <w:tcMar>
              <w:top w:w="90" w:type="dxa"/>
              <w:left w:w="90" w:type="dxa"/>
              <w:bottom w:w="90" w:type="dxa"/>
              <w:right w:w="90" w:type="dxa"/>
            </w:tcMar>
            <w:vAlign w:val="center"/>
          </w:tcPr>
          <w:p w14:paraId="6C702D63" w14:textId="77777777" w:rsidR="00021266" w:rsidRDefault="00000000">
            <w:pPr>
              <w:spacing w:after="0"/>
            </w:pPr>
            <w:r>
              <w:rPr>
                <w:sz w:val="18"/>
              </w:rPr>
              <w:t>Kolaborasi &amp; pemanfaatan</w:t>
            </w:r>
          </w:p>
        </w:tc>
        <w:tc>
          <w:tcPr>
            <w:tcW w:w="2280" w:type="dxa"/>
            <w:tcMar>
              <w:top w:w="90" w:type="dxa"/>
              <w:left w:w="90" w:type="dxa"/>
              <w:bottom w:w="90" w:type="dxa"/>
              <w:right w:w="90" w:type="dxa"/>
            </w:tcMar>
            <w:vAlign w:val="center"/>
          </w:tcPr>
          <w:p w14:paraId="268A25E1" w14:textId="77777777" w:rsidR="00021266" w:rsidRDefault="00000000">
            <w:pPr>
              <w:spacing w:after="0"/>
            </w:pPr>
            <w:r>
              <w:rPr>
                <w:sz w:val="18"/>
              </w:rPr>
              <w:t>Ada peluang kolaborasi, mahasiswa, mitra, pembelajaran, PkM/KKP atau pemanfaatan hasil bila relevan</w:t>
            </w:r>
          </w:p>
        </w:tc>
        <w:tc>
          <w:tcPr>
            <w:tcW w:w="2280" w:type="dxa"/>
            <w:tcMar>
              <w:top w:w="90" w:type="dxa"/>
              <w:left w:w="90" w:type="dxa"/>
              <w:bottom w:w="90" w:type="dxa"/>
              <w:right w:w="90" w:type="dxa"/>
            </w:tcMar>
            <w:vAlign w:val="center"/>
          </w:tcPr>
          <w:p w14:paraId="1CDBE668" w14:textId="77777777" w:rsidR="00021266" w:rsidRDefault="00000000">
            <w:pPr>
              <w:spacing w:after="0"/>
            </w:pPr>
            <w:r>
              <w:rPr>
                <w:sz w:val="18"/>
              </w:rPr>
              <w:t>0–10</w:t>
            </w:r>
          </w:p>
        </w:tc>
        <w:tc>
          <w:tcPr>
            <w:tcW w:w="2280" w:type="dxa"/>
            <w:tcMar>
              <w:top w:w="90" w:type="dxa"/>
              <w:left w:w="90" w:type="dxa"/>
              <w:bottom w:w="90" w:type="dxa"/>
              <w:right w:w="90" w:type="dxa"/>
            </w:tcMar>
            <w:vAlign w:val="center"/>
          </w:tcPr>
          <w:p w14:paraId="3B22EA11" w14:textId="77777777" w:rsidR="00021266" w:rsidRDefault="00021266">
            <w:pPr>
              <w:spacing w:after="0"/>
            </w:pPr>
          </w:p>
        </w:tc>
      </w:tr>
    </w:tbl>
    <w:p w14:paraId="00631C41" w14:textId="77777777" w:rsidR="00021266" w:rsidRDefault="00000000">
      <w:r>
        <w:rPr>
          <w:b/>
        </w:rPr>
        <w:t xml:space="preserve">TOTAL: </w:t>
      </w:r>
      <w:r>
        <w:t>........ / 100</w:t>
      </w:r>
    </w:p>
    <w:p w14:paraId="753FA2C8" w14:textId="77777777" w:rsidR="00021266" w:rsidRDefault="00000000">
      <w:r>
        <w:rPr>
          <w:b/>
        </w:rPr>
        <w:t xml:space="preserve">Rekomendasi: </w:t>
      </w:r>
      <w:r>
        <w:t>☐ Layak didanai  ☐ Layak dengan perbaikan  ☐ Belum layak</w:t>
      </w:r>
    </w:p>
    <w:p w14:paraId="2554C334" w14:textId="77777777" w:rsidR="00021266" w:rsidRPr="003F1B29" w:rsidRDefault="00000000">
      <w:pPr>
        <w:rPr>
          <w:lang w:val="nb-NO"/>
        </w:rPr>
      </w:pPr>
      <w:r w:rsidRPr="003F1B29">
        <w:rPr>
          <w:i/>
          <w:sz w:val="19"/>
          <w:lang w:val="nb-NO"/>
        </w:rPr>
        <w:t>Catatan: Penelitian tidak harus menghasilkan seluruh jenis luaran. Penilaian mempertimbangkan kesesuaian luaran dengan tahap roadmap dan karakter penelitian.</w:t>
      </w:r>
    </w:p>
    <w:sectPr w:rsidR="00021266" w:rsidRPr="003F1B29" w:rsidSect="00034616">
      <w:headerReference w:type="default" r:id="rId11"/>
      <w:footerReference w:type="default" r:id="rId12"/>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CC1E7" w14:textId="77777777" w:rsidR="00E6798E" w:rsidRDefault="00E6798E">
      <w:pPr>
        <w:spacing w:after="0" w:line="240" w:lineRule="auto"/>
      </w:pPr>
      <w:r>
        <w:separator/>
      </w:r>
    </w:p>
  </w:endnote>
  <w:endnote w:type="continuationSeparator" w:id="0">
    <w:p w14:paraId="15A3D6D2" w14:textId="77777777" w:rsidR="00E6798E" w:rsidRDefault="00E6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9B26" w14:textId="77777777" w:rsidR="00021266" w:rsidRDefault="00000000">
    <w:pPr>
      <w:pStyle w:val="Footer"/>
      <w:jc w:val="center"/>
    </w:pPr>
    <w:r>
      <w:rPr>
        <w:sz w:val="16"/>
      </w:rPr>
      <w:t>Template Proposal Penelitian Internal Berbasis Renstra Penelitian dan PkM 2026–2030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7F71E" w14:textId="77777777" w:rsidR="00E6798E" w:rsidRDefault="00E6798E">
      <w:pPr>
        <w:spacing w:after="0" w:line="240" w:lineRule="auto"/>
      </w:pPr>
      <w:r>
        <w:separator/>
      </w:r>
    </w:p>
  </w:footnote>
  <w:footnote w:type="continuationSeparator" w:id="0">
    <w:p w14:paraId="161C36CA" w14:textId="77777777" w:rsidR="00E6798E" w:rsidRDefault="00E67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D1E2" w14:textId="111351E8" w:rsidR="00021266" w:rsidRDefault="00000000">
    <w:pPr>
      <w:pStyle w:val="Header"/>
      <w:jc w:val="right"/>
    </w:pPr>
    <w:r>
      <w:rPr>
        <w:sz w:val="16"/>
      </w:rPr>
      <w:t xml:space="preserve">LP3M UNIVERSITAS GORONTALO | </w:t>
    </w:r>
    <w:r w:rsidR="009F7E46">
      <w:rPr>
        <w:sz w:val="16"/>
      </w:rPr>
      <w:t xml:space="preserve">Proposal </w:t>
    </w:r>
    <w:proofErr w:type="spellStart"/>
    <w:r>
      <w:rPr>
        <w:sz w:val="16"/>
      </w:rPr>
      <w:t>Hibah</w:t>
    </w:r>
    <w:proofErr w:type="spellEnd"/>
    <w:r>
      <w:rPr>
        <w:sz w:val="16"/>
      </w:rPr>
      <w:t xml:space="preserve"> </w:t>
    </w:r>
    <w:proofErr w:type="spellStart"/>
    <w:r>
      <w:rPr>
        <w:sz w:val="16"/>
      </w:rPr>
      <w:t>Penelitian</w:t>
    </w:r>
    <w:proofErr w:type="spellEnd"/>
    <w:r>
      <w:rPr>
        <w:sz w:val="16"/>
      </w:rPr>
      <w:t xml:space="preserve">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C54009"/>
    <w:multiLevelType w:val="multilevel"/>
    <w:tmpl w:val="A9187A7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E14657"/>
    <w:multiLevelType w:val="hybridMultilevel"/>
    <w:tmpl w:val="929263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94A65AE"/>
    <w:multiLevelType w:val="hybridMultilevel"/>
    <w:tmpl w:val="45F08D4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668481335">
    <w:abstractNumId w:val="8"/>
  </w:num>
  <w:num w:numId="2" w16cid:durableId="289288975">
    <w:abstractNumId w:val="6"/>
  </w:num>
  <w:num w:numId="3" w16cid:durableId="1944603483">
    <w:abstractNumId w:val="5"/>
  </w:num>
  <w:num w:numId="4" w16cid:durableId="2008054152">
    <w:abstractNumId w:val="4"/>
  </w:num>
  <w:num w:numId="5" w16cid:durableId="770709520">
    <w:abstractNumId w:val="7"/>
  </w:num>
  <w:num w:numId="6" w16cid:durableId="860582366">
    <w:abstractNumId w:val="3"/>
  </w:num>
  <w:num w:numId="7" w16cid:durableId="351683835">
    <w:abstractNumId w:val="2"/>
  </w:num>
  <w:num w:numId="8" w16cid:durableId="1841919786">
    <w:abstractNumId w:val="1"/>
  </w:num>
  <w:num w:numId="9" w16cid:durableId="1028332024">
    <w:abstractNumId w:val="0"/>
  </w:num>
  <w:num w:numId="10" w16cid:durableId="299507079">
    <w:abstractNumId w:val="11"/>
  </w:num>
  <w:num w:numId="11" w16cid:durableId="1321545846">
    <w:abstractNumId w:val="10"/>
  </w:num>
  <w:num w:numId="12" w16cid:durableId="4059970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6"/>
    <w:rsid w:val="00034616"/>
    <w:rsid w:val="0006063C"/>
    <w:rsid w:val="00083025"/>
    <w:rsid w:val="00090245"/>
    <w:rsid w:val="000C1280"/>
    <w:rsid w:val="000E080F"/>
    <w:rsid w:val="000F373E"/>
    <w:rsid w:val="0015074B"/>
    <w:rsid w:val="00165706"/>
    <w:rsid w:val="001D7719"/>
    <w:rsid w:val="00216914"/>
    <w:rsid w:val="00217D2C"/>
    <w:rsid w:val="002418FB"/>
    <w:rsid w:val="00265E84"/>
    <w:rsid w:val="0028281C"/>
    <w:rsid w:val="0029639D"/>
    <w:rsid w:val="003053C8"/>
    <w:rsid w:val="00314D20"/>
    <w:rsid w:val="00326F90"/>
    <w:rsid w:val="003A2CB5"/>
    <w:rsid w:val="003A3F46"/>
    <w:rsid w:val="003B4FEC"/>
    <w:rsid w:val="003F1B29"/>
    <w:rsid w:val="00434432"/>
    <w:rsid w:val="0043577E"/>
    <w:rsid w:val="004A10DD"/>
    <w:rsid w:val="005549B1"/>
    <w:rsid w:val="00585F85"/>
    <w:rsid w:val="0058654E"/>
    <w:rsid w:val="00596606"/>
    <w:rsid w:val="00653FF0"/>
    <w:rsid w:val="00662358"/>
    <w:rsid w:val="006B2097"/>
    <w:rsid w:val="006D58AE"/>
    <w:rsid w:val="007F6E33"/>
    <w:rsid w:val="00857380"/>
    <w:rsid w:val="00886AB0"/>
    <w:rsid w:val="008E42E8"/>
    <w:rsid w:val="008F162A"/>
    <w:rsid w:val="00917671"/>
    <w:rsid w:val="009C3BFB"/>
    <w:rsid w:val="009F7E46"/>
    <w:rsid w:val="00A0658E"/>
    <w:rsid w:val="00AA1D8D"/>
    <w:rsid w:val="00AB6423"/>
    <w:rsid w:val="00AC4318"/>
    <w:rsid w:val="00B24DF1"/>
    <w:rsid w:val="00B26A35"/>
    <w:rsid w:val="00B3341B"/>
    <w:rsid w:val="00B47730"/>
    <w:rsid w:val="00BB1632"/>
    <w:rsid w:val="00CB0664"/>
    <w:rsid w:val="00CC0E05"/>
    <w:rsid w:val="00D4097C"/>
    <w:rsid w:val="00DD10E0"/>
    <w:rsid w:val="00DE7EAE"/>
    <w:rsid w:val="00E0610B"/>
    <w:rsid w:val="00E319E4"/>
    <w:rsid w:val="00E511D4"/>
    <w:rsid w:val="00E6798E"/>
    <w:rsid w:val="00E95CD7"/>
    <w:rsid w:val="00EF6BA4"/>
    <w:rsid w:val="00F365E4"/>
    <w:rsid w:val="00F660ED"/>
    <w:rsid w:val="00FC02D3"/>
    <w:rsid w:val="00FC693F"/>
    <w:rsid w:val="00FD7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FCB75D"/>
  <w14:defaultImageDpi w14:val="330"/>
  <w15:docId w15:val="{65DC4B7D-BC25-41BE-8592-B8484962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3116">
      <w:bodyDiv w:val="1"/>
      <w:marLeft w:val="0"/>
      <w:marRight w:val="0"/>
      <w:marTop w:val="0"/>
      <w:marBottom w:val="0"/>
      <w:divBdr>
        <w:top w:val="none" w:sz="0" w:space="0" w:color="auto"/>
        <w:left w:val="none" w:sz="0" w:space="0" w:color="auto"/>
        <w:bottom w:val="none" w:sz="0" w:space="0" w:color="auto"/>
        <w:right w:val="none" w:sz="0" w:space="0" w:color="auto"/>
      </w:divBdr>
    </w:div>
    <w:div w:id="881864373">
      <w:bodyDiv w:val="1"/>
      <w:marLeft w:val="0"/>
      <w:marRight w:val="0"/>
      <w:marTop w:val="0"/>
      <w:marBottom w:val="0"/>
      <w:divBdr>
        <w:top w:val="none" w:sz="0" w:space="0" w:color="auto"/>
        <w:left w:val="none" w:sz="0" w:space="0" w:color="auto"/>
        <w:bottom w:val="none" w:sz="0" w:space="0" w:color="auto"/>
        <w:right w:val="none" w:sz="0" w:space="0" w:color="auto"/>
      </w:divBdr>
    </w:div>
    <w:div w:id="989479529">
      <w:bodyDiv w:val="1"/>
      <w:marLeft w:val="0"/>
      <w:marRight w:val="0"/>
      <w:marTop w:val="0"/>
      <w:marBottom w:val="0"/>
      <w:divBdr>
        <w:top w:val="none" w:sz="0" w:space="0" w:color="auto"/>
        <w:left w:val="none" w:sz="0" w:space="0" w:color="auto"/>
        <w:bottom w:val="none" w:sz="0" w:space="0" w:color="auto"/>
        <w:right w:val="none" w:sz="0" w:space="0" w:color="auto"/>
      </w:divBdr>
    </w:div>
    <w:div w:id="19763320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3790</Words>
  <Characters>21603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andi sahrul</cp:lastModifiedBy>
  <cp:revision>47</cp:revision>
  <dcterms:created xsi:type="dcterms:W3CDTF">2013-12-23T23:15:00Z</dcterms:created>
  <dcterms:modified xsi:type="dcterms:W3CDTF">2026-09-24T21:24:00Z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26e859ca-20ed-3671-be86-52d7b4e20787</vt:lpwstr>
  </property>
  <property fmtid="{D5CDD505-2E9C-101B-9397-08002B2CF9AE}" pid="25" name="Mendeley Citation Style_1">
    <vt:lpwstr>http://www.zotero.org/styles/apa</vt:lpwstr>
  </property>
</Properties>
</file>